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E8A2" w14:textId="36CFEEE7" w:rsidR="008E65E7" w:rsidRPr="001C56D5" w:rsidRDefault="00EA3CC6">
      <w:pPr>
        <w:jc w:val="center"/>
      </w:pPr>
      <w:r w:rsidRPr="001C56D5">
        <w:rPr>
          <w:b/>
          <w:sz w:val="56"/>
        </w:rPr>
        <w:t>Skuvlaálgopáhkka</w:t>
      </w:r>
      <w:r w:rsidR="000A4724" w:rsidRPr="001C56D5">
        <w:rPr>
          <w:b/>
          <w:sz w:val="56"/>
        </w:rPr>
        <w:t xml:space="preserve"> 2026</w:t>
      </w:r>
    </w:p>
    <w:p w14:paraId="0DBC43E7" w14:textId="00F0D0D0" w:rsidR="008E65E7" w:rsidRPr="001C56D5" w:rsidRDefault="00EA3CC6">
      <w:pPr>
        <w:jc w:val="center"/>
      </w:pPr>
      <w:r w:rsidRPr="001C56D5">
        <w:rPr>
          <w:b/>
          <w:sz w:val="36"/>
        </w:rPr>
        <w:t>Oadjebas álgu. Čielga rávesolbmot</w:t>
      </w:r>
      <w:r w:rsidR="00121161" w:rsidRPr="001C56D5">
        <w:rPr>
          <w:b/>
          <w:sz w:val="36"/>
        </w:rPr>
        <w:t xml:space="preserve">. Ruoná searvevuođat. </w:t>
      </w:r>
    </w:p>
    <w:p w14:paraId="0A85BF7A" w14:textId="7B681042" w:rsidR="008E65E7" w:rsidRPr="001C56D5" w:rsidRDefault="008E65E7"/>
    <w:p w14:paraId="357090A6" w14:textId="5B71629F" w:rsidR="00121161" w:rsidRPr="001C56D5" w:rsidRDefault="00144044">
      <w:pPr>
        <w:jc w:val="center"/>
        <w:rPr>
          <w:sz w:val="28"/>
          <w:szCs w:val="28"/>
        </w:rPr>
      </w:pPr>
      <w:r w:rsidRPr="001C56D5">
        <w:rPr>
          <w:sz w:val="28"/>
          <w:szCs w:val="28"/>
        </w:rPr>
        <w:t>1. luohká gitta jo</w:t>
      </w:r>
      <w:r w:rsidR="00305422" w:rsidRPr="001C56D5">
        <w:rPr>
          <w:sz w:val="28"/>
          <w:szCs w:val="28"/>
        </w:rPr>
        <w:t>atkkaoahpahusa skuvlaba</w:t>
      </w:r>
      <w:r w:rsidR="00B33020" w:rsidRPr="001C56D5">
        <w:rPr>
          <w:sz w:val="28"/>
          <w:szCs w:val="28"/>
        </w:rPr>
        <w:t>rgiide</w:t>
      </w:r>
    </w:p>
    <w:p w14:paraId="0FDACDA2" w14:textId="3681ECA3" w:rsidR="00B33020" w:rsidRPr="001C56D5" w:rsidRDefault="00D72657">
      <w:pPr>
        <w:jc w:val="center"/>
        <w:rPr>
          <w:sz w:val="28"/>
          <w:szCs w:val="28"/>
        </w:rPr>
      </w:pPr>
      <w:r w:rsidRPr="001C56D5">
        <w:rPr>
          <w:sz w:val="28"/>
          <w:szCs w:val="28"/>
        </w:rPr>
        <w:t>Nordlándda, Romssa ja Finnmárkku o</w:t>
      </w:r>
      <w:r w:rsidR="00B33020" w:rsidRPr="001C56D5">
        <w:rPr>
          <w:sz w:val="28"/>
          <w:szCs w:val="28"/>
        </w:rPr>
        <w:t xml:space="preserve">ktasaš skuvlaálgopáhkka </w:t>
      </w:r>
    </w:p>
    <w:p w14:paraId="777185C4" w14:textId="5D45221B" w:rsidR="008E65E7" w:rsidRPr="001C56D5" w:rsidRDefault="008E65E7"/>
    <w:p w14:paraId="5925998D" w14:textId="1806C1D0" w:rsidR="008E65E7" w:rsidRPr="001C56D5" w:rsidRDefault="008E65E7"/>
    <w:tbl>
      <w:tblPr>
        <w:tblW w:w="0" w:type="auto"/>
        <w:jc w:val="center"/>
        <w:tblLook w:val="04A0" w:firstRow="1" w:lastRow="0" w:firstColumn="1" w:lastColumn="0" w:noHBand="0" w:noVBand="1"/>
      </w:tblPr>
      <w:tblGrid>
        <w:gridCol w:w="10200"/>
      </w:tblGrid>
      <w:tr w:rsidR="008E65E7" w:rsidRPr="001C56D5" w14:paraId="3A143392" w14:textId="77777777">
        <w:trPr>
          <w:jc w:val="center"/>
        </w:trPr>
        <w:tc>
          <w:tcPr>
            <w:tcW w:w="10200" w:type="dxa"/>
            <w:shd w:val="clear" w:color="auto" w:fill="EAF7F2"/>
          </w:tcPr>
          <w:p w14:paraId="12809F0D" w14:textId="519DBC50" w:rsidR="008E65E7" w:rsidRPr="001C56D5" w:rsidRDefault="00EB421F">
            <w:pPr>
              <w:rPr>
                <w:szCs w:val="24"/>
              </w:rPr>
            </w:pPr>
            <w:r w:rsidRPr="001C56D5">
              <w:rPr>
                <w:b/>
                <w:szCs w:val="24"/>
              </w:rPr>
              <w:t xml:space="preserve">Váldosáttasátni </w:t>
            </w:r>
          </w:p>
          <w:p w14:paraId="702D334E" w14:textId="5CC79DFE" w:rsidR="005939D3" w:rsidRPr="001C56D5" w:rsidRDefault="005939D3" w:rsidP="005939D3">
            <w:pPr>
              <w:rPr>
                <w:b/>
                <w:bCs/>
                <w:sz w:val="27"/>
                <w:szCs w:val="27"/>
                <w:lang w:eastAsia="nb-NO"/>
              </w:rPr>
            </w:pPr>
            <w:r w:rsidRPr="001C56D5">
              <w:t>Buorre álgu skuvllas ii mearkkaš dušše vuosttaš beivviid borgemánus. Muhtin ohppiide lea juohke beaivi, juohke vahkku ja juohke ođđa latnja ođđa álgu. Danne fertejit buot bargit ráhkkanan, oktasaš ja čielga áigumušain fuolahit juohke oahppi ja hukset searvevuođa mii buktá gullevašvuođa, oadjebasvuođa, ulbmila ja nákcema.</w:t>
            </w:r>
          </w:p>
          <w:p w14:paraId="6B626D9E" w14:textId="2B4E1FFB" w:rsidR="005939D3" w:rsidRPr="001C56D5" w:rsidRDefault="005939D3">
            <w:pPr>
              <w:spacing w:after="0"/>
            </w:pPr>
          </w:p>
        </w:tc>
      </w:tr>
    </w:tbl>
    <w:p w14:paraId="340B348B" w14:textId="4BCD244E" w:rsidR="008E65E7" w:rsidRPr="001C56D5" w:rsidRDefault="00D7555B">
      <w:r w:rsidRPr="001C56D5">
        <w:rPr>
          <w:noProof/>
        </w:rPr>
        <w:drawing>
          <wp:anchor distT="0" distB="0" distL="114300" distR="114300" simplePos="0" relativeHeight="251658245" behindDoc="1" locked="0" layoutInCell="1" allowOverlap="1" wp14:anchorId="46155F98" wp14:editId="1465F07F">
            <wp:simplePos x="0" y="0"/>
            <wp:positionH relativeFrom="column">
              <wp:posOffset>3438525</wp:posOffset>
            </wp:positionH>
            <wp:positionV relativeFrom="paragraph">
              <wp:posOffset>783590</wp:posOffset>
            </wp:positionV>
            <wp:extent cx="3038475" cy="327924"/>
            <wp:effectExtent l="0" t="0" r="0" b="0"/>
            <wp:wrapNone/>
            <wp:docPr id="5" name="Bilde 4">
              <a:extLst xmlns:a="http://schemas.openxmlformats.org/drawingml/2006/main">
                <a:ext uri="{FF2B5EF4-FFF2-40B4-BE49-F238E27FC236}">
                  <a16:creationId xmlns:a16="http://schemas.microsoft.com/office/drawing/2014/main" id="{679D420E-7865-A80A-675F-A5F2922DD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4">
                      <a:extLst>
                        <a:ext uri="{FF2B5EF4-FFF2-40B4-BE49-F238E27FC236}">
                          <a16:creationId xmlns:a16="http://schemas.microsoft.com/office/drawing/2014/main" id="{679D420E-7865-A80A-675F-A5F2922DD403}"/>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038475" cy="327924"/>
                    </a:xfrm>
                    <a:prstGeom prst="rect">
                      <a:avLst/>
                    </a:prstGeom>
                  </pic:spPr>
                </pic:pic>
              </a:graphicData>
            </a:graphic>
            <wp14:sizeRelH relativeFrom="margin">
              <wp14:pctWidth>0</wp14:pctWidth>
            </wp14:sizeRelH>
            <wp14:sizeRelV relativeFrom="margin">
              <wp14:pctHeight>0</wp14:pctHeight>
            </wp14:sizeRelV>
          </wp:anchor>
        </w:drawing>
      </w:r>
      <w:r w:rsidR="00913427" w:rsidRPr="001C56D5">
        <w:rPr>
          <w:noProof/>
        </w:rPr>
        <w:drawing>
          <wp:anchor distT="0" distB="0" distL="114300" distR="114300" simplePos="0" relativeHeight="251658241" behindDoc="0" locked="0" layoutInCell="1" allowOverlap="1" wp14:anchorId="5CC73284" wp14:editId="51DF3025">
            <wp:simplePos x="0" y="0"/>
            <wp:positionH relativeFrom="column">
              <wp:posOffset>3541395</wp:posOffset>
            </wp:positionH>
            <wp:positionV relativeFrom="paragraph">
              <wp:posOffset>1389380</wp:posOffset>
            </wp:positionV>
            <wp:extent cx="1874520" cy="452755"/>
            <wp:effectExtent l="0" t="0" r="0" b="4445"/>
            <wp:wrapNone/>
            <wp:docPr id="27" name="Bilde 26" descr="Et bilde som inneholder symbol, Grafikk, appelsin&#10;&#10;KI-generert innhold kan være feil.">
              <a:extLst xmlns:a="http://schemas.openxmlformats.org/drawingml/2006/main">
                <a:ext uri="{FF2B5EF4-FFF2-40B4-BE49-F238E27FC236}">
                  <a16:creationId xmlns:a16="http://schemas.microsoft.com/office/drawing/2014/main" id="{CAE33B7B-CF5E-41D5-E8C4-D8CA451C40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e 26" descr="Et bilde som inneholder symbol, Grafikk, appelsin&#10;&#10;KI-generert innhold kan være feil.">
                      <a:extLst>
                        <a:ext uri="{FF2B5EF4-FFF2-40B4-BE49-F238E27FC236}">
                          <a16:creationId xmlns:a16="http://schemas.microsoft.com/office/drawing/2014/main" id="{CAE33B7B-CF5E-41D5-E8C4-D8CA451C40C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874520" cy="452755"/>
                    </a:xfrm>
                    <a:prstGeom prst="rect">
                      <a:avLst/>
                    </a:prstGeom>
                  </pic:spPr>
                </pic:pic>
              </a:graphicData>
            </a:graphic>
          </wp:anchor>
        </w:drawing>
      </w:r>
      <w:r w:rsidR="00913427" w:rsidRPr="001C56D5">
        <w:rPr>
          <w:noProof/>
        </w:rPr>
        <w:drawing>
          <wp:anchor distT="0" distB="0" distL="114300" distR="114300" simplePos="0" relativeHeight="251658242" behindDoc="0" locked="0" layoutInCell="1" allowOverlap="1" wp14:anchorId="05B76B5A" wp14:editId="3426DC53">
            <wp:simplePos x="0" y="0"/>
            <wp:positionH relativeFrom="column">
              <wp:posOffset>609600</wp:posOffset>
            </wp:positionH>
            <wp:positionV relativeFrom="paragraph">
              <wp:posOffset>1278255</wp:posOffset>
            </wp:positionV>
            <wp:extent cx="2642870" cy="494030"/>
            <wp:effectExtent l="0" t="0" r="5080" b="1270"/>
            <wp:wrapNone/>
            <wp:docPr id="29" name="Bilde 28" descr="Et bilde som inneholder illustrasjon, Grafikk, grafisk design, kunst&#10;&#10;KI-generert innhold kan være feil.">
              <a:extLst xmlns:a="http://schemas.openxmlformats.org/drawingml/2006/main">
                <a:ext uri="{FF2B5EF4-FFF2-40B4-BE49-F238E27FC236}">
                  <a16:creationId xmlns:a16="http://schemas.microsoft.com/office/drawing/2014/main" id="{4CA180BB-C03C-18C3-92FA-AEEA2556D0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e 28" descr="Et bilde som inneholder illustrasjon, Grafikk, grafisk design, kunst&#10;&#10;KI-generert innhold kan være feil.">
                      <a:extLst>
                        <a:ext uri="{FF2B5EF4-FFF2-40B4-BE49-F238E27FC236}">
                          <a16:creationId xmlns:a16="http://schemas.microsoft.com/office/drawing/2014/main" id="{4CA180BB-C03C-18C3-92FA-AEEA2556D0C1}"/>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642870" cy="494030"/>
                    </a:xfrm>
                    <a:prstGeom prst="rect">
                      <a:avLst/>
                    </a:prstGeom>
                  </pic:spPr>
                </pic:pic>
              </a:graphicData>
            </a:graphic>
          </wp:anchor>
        </w:drawing>
      </w:r>
      <w:r w:rsidR="00913427" w:rsidRPr="001C56D5">
        <w:rPr>
          <w:noProof/>
        </w:rPr>
        <w:drawing>
          <wp:anchor distT="0" distB="0" distL="114300" distR="114300" simplePos="0" relativeHeight="251658243" behindDoc="0" locked="0" layoutInCell="1" allowOverlap="1" wp14:anchorId="119F2955" wp14:editId="7BEFA8AD">
            <wp:simplePos x="0" y="0"/>
            <wp:positionH relativeFrom="column">
              <wp:posOffset>3488055</wp:posOffset>
            </wp:positionH>
            <wp:positionV relativeFrom="paragraph">
              <wp:posOffset>2061210</wp:posOffset>
            </wp:positionV>
            <wp:extent cx="2110740" cy="574040"/>
            <wp:effectExtent l="0" t="0" r="3810" b="0"/>
            <wp:wrapNone/>
            <wp:docPr id="31" name="Bilde 30" descr="Et bilde som inneholder silhuett&#10;&#10;KI-generert innhold kan være feil.">
              <a:extLst xmlns:a="http://schemas.openxmlformats.org/drawingml/2006/main">
                <a:ext uri="{FF2B5EF4-FFF2-40B4-BE49-F238E27FC236}">
                  <a16:creationId xmlns:a16="http://schemas.microsoft.com/office/drawing/2014/main" id="{4372A474-7D97-5D21-6642-1B976E98ED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 30" descr="Et bilde som inneholder silhuett&#10;&#10;KI-generert innhold kan være feil.">
                      <a:extLst>
                        <a:ext uri="{FF2B5EF4-FFF2-40B4-BE49-F238E27FC236}">
                          <a16:creationId xmlns:a16="http://schemas.microsoft.com/office/drawing/2014/main" id="{4372A474-7D97-5D21-6642-1B976E98EDE8}"/>
                        </a:ext>
                      </a:extLst>
                    </pic:cNvPr>
                    <pic:cNvPicPr>
                      <a:picLocks noChangeAspect="1"/>
                    </pic:cNvPicPr>
                  </pic:nvPicPr>
                  <pic:blipFill>
                    <a:blip r:embed="rId11">
                      <a:extLst>
                        <a:ext uri="{28A0092B-C50C-407E-A947-70E740481C1C}">
                          <a14:useLocalDpi xmlns:a14="http://schemas.microsoft.com/office/drawing/2010/main" val="0"/>
                        </a:ext>
                      </a:extLst>
                    </a:blip>
                    <a:srcRect l="6818" t="14608" r="7739" b="21204"/>
                    <a:stretch>
                      <a:fillRect/>
                    </a:stretch>
                  </pic:blipFill>
                  <pic:spPr>
                    <a:xfrm>
                      <a:off x="0" y="0"/>
                      <a:ext cx="2110740" cy="574040"/>
                    </a:xfrm>
                    <a:prstGeom prst="rect">
                      <a:avLst/>
                    </a:prstGeom>
                  </pic:spPr>
                </pic:pic>
              </a:graphicData>
            </a:graphic>
          </wp:anchor>
        </w:drawing>
      </w:r>
      <w:r w:rsidR="00913427" w:rsidRPr="001C56D5">
        <w:rPr>
          <w:noProof/>
        </w:rPr>
        <w:drawing>
          <wp:anchor distT="0" distB="0" distL="114300" distR="114300" simplePos="0" relativeHeight="251658240" behindDoc="0" locked="0" layoutInCell="1" allowOverlap="1" wp14:anchorId="1FA71212" wp14:editId="2A619075">
            <wp:simplePos x="0" y="0"/>
            <wp:positionH relativeFrom="column">
              <wp:posOffset>609600</wp:posOffset>
            </wp:positionH>
            <wp:positionV relativeFrom="paragraph">
              <wp:posOffset>776605</wp:posOffset>
            </wp:positionV>
            <wp:extent cx="2527935" cy="294640"/>
            <wp:effectExtent l="0" t="0" r="5715" b="0"/>
            <wp:wrapNone/>
            <wp:docPr id="19" name="Bilde 18">
              <a:extLst xmlns:a="http://schemas.openxmlformats.org/drawingml/2006/main">
                <a:ext uri="{FF2B5EF4-FFF2-40B4-BE49-F238E27FC236}">
                  <a16:creationId xmlns:a16="http://schemas.microsoft.com/office/drawing/2014/main" id="{5A9FD8EE-0898-2300-34C3-EDBF8F9BD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 18">
                      <a:extLst>
                        <a:ext uri="{FF2B5EF4-FFF2-40B4-BE49-F238E27FC236}">
                          <a16:creationId xmlns:a16="http://schemas.microsoft.com/office/drawing/2014/main" id="{5A9FD8EE-0898-2300-34C3-EDBF8F9BD369}"/>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27935" cy="294640"/>
                    </a:xfrm>
                    <a:prstGeom prst="rect">
                      <a:avLst/>
                    </a:prstGeom>
                  </pic:spPr>
                </pic:pic>
              </a:graphicData>
            </a:graphic>
          </wp:anchor>
        </w:drawing>
      </w:r>
      <w:r w:rsidR="00913427" w:rsidRPr="001C56D5">
        <w:rPr>
          <w:noProof/>
        </w:rPr>
        <w:drawing>
          <wp:anchor distT="0" distB="0" distL="114300" distR="114300" simplePos="0" relativeHeight="251658244" behindDoc="0" locked="0" layoutInCell="1" allowOverlap="1" wp14:anchorId="2B2B3397" wp14:editId="445C338C">
            <wp:simplePos x="0" y="0"/>
            <wp:positionH relativeFrom="column">
              <wp:posOffset>610235</wp:posOffset>
            </wp:positionH>
            <wp:positionV relativeFrom="paragraph">
              <wp:posOffset>2006600</wp:posOffset>
            </wp:positionV>
            <wp:extent cx="1833245" cy="649605"/>
            <wp:effectExtent l="0" t="0" r="0" b="0"/>
            <wp:wrapNone/>
            <wp:docPr id="33" name="Bilde 32" descr="Et bilde som inneholder Grafikk, grafisk design, clip art, illustrasjon&#10;&#10;KI-generert innhold kan være feil.">
              <a:extLst xmlns:a="http://schemas.openxmlformats.org/drawingml/2006/main">
                <a:ext uri="{FF2B5EF4-FFF2-40B4-BE49-F238E27FC236}">
                  <a16:creationId xmlns:a16="http://schemas.microsoft.com/office/drawing/2014/main" id="{931C3F74-1879-6CA1-4A62-0EFBF86DB6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e 32" descr="Et bilde som inneholder Grafikk, grafisk design, clip art, illustrasjon&#10;&#10;KI-generert innhold kan være feil.">
                      <a:extLst>
                        <a:ext uri="{FF2B5EF4-FFF2-40B4-BE49-F238E27FC236}">
                          <a16:creationId xmlns:a16="http://schemas.microsoft.com/office/drawing/2014/main" id="{931C3F74-1879-6CA1-4A62-0EFBF86DB674}"/>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833245" cy="649605"/>
                    </a:xfrm>
                    <a:prstGeom prst="rect">
                      <a:avLst/>
                    </a:prstGeom>
                  </pic:spPr>
                </pic:pic>
              </a:graphicData>
            </a:graphic>
          </wp:anchor>
        </w:drawing>
      </w:r>
      <w:r w:rsidR="00913427" w:rsidRPr="001C56D5">
        <w:br w:type="page"/>
      </w:r>
    </w:p>
    <w:sdt>
      <w:sdtPr>
        <w:rPr>
          <w:rFonts w:ascii="Aptos" w:eastAsia="Aptos" w:hAnsi="Aptos" w:cstheme="minorBidi"/>
          <w:b w:val="0"/>
          <w:bCs w:val="0"/>
          <w:color w:val="auto"/>
          <w:sz w:val="21"/>
          <w:szCs w:val="22"/>
        </w:rPr>
        <w:id w:val="1087584751"/>
        <w:docPartObj>
          <w:docPartGallery w:val="Table of Contents"/>
          <w:docPartUnique/>
        </w:docPartObj>
      </w:sdtPr>
      <w:sdtEndPr>
        <w:rPr>
          <w:sz w:val="24"/>
        </w:rPr>
      </w:sdtEndPr>
      <w:sdtContent>
        <w:p w14:paraId="1B1FE17B" w14:textId="27A7DDB7" w:rsidR="00F36731" w:rsidRPr="001C56D5" w:rsidRDefault="00905C61">
          <w:pPr>
            <w:pStyle w:val="Overskriftforinnholdsfortegnelse"/>
          </w:pPr>
          <w:r w:rsidRPr="001C56D5">
            <w:t>Sis</w:t>
          </w:r>
          <w:r w:rsidR="00D718FF">
            <w:t>d</w:t>
          </w:r>
          <w:r w:rsidRPr="001C56D5">
            <w:t>oallu</w:t>
          </w:r>
        </w:p>
        <w:p w14:paraId="6D068358" w14:textId="7C61CBAE" w:rsidR="00D718FF" w:rsidRDefault="00F36731">
          <w:pPr>
            <w:pStyle w:val="INNH1"/>
            <w:tabs>
              <w:tab w:val="right" w:leader="dot" w:pos="10190"/>
            </w:tabs>
            <w:rPr>
              <w:rFonts w:asciiTheme="minorHAnsi" w:eastAsiaTheme="minorEastAsia" w:hAnsiTheme="minorHAnsi"/>
              <w:noProof/>
              <w:kern w:val="2"/>
              <w:szCs w:val="24"/>
              <w:lang w:val="nb-NO" w:eastAsia="nb-NO"/>
              <w14:ligatures w14:val="standardContextual"/>
            </w:rPr>
          </w:pPr>
          <w:r w:rsidRPr="001C56D5">
            <w:fldChar w:fldCharType="begin"/>
          </w:r>
          <w:r w:rsidRPr="001C56D5">
            <w:instrText xml:space="preserve"> TOC \o "1-3" \h \z \u </w:instrText>
          </w:r>
          <w:r w:rsidRPr="001C56D5">
            <w:fldChar w:fldCharType="separate"/>
          </w:r>
          <w:hyperlink w:anchor="_Toc238470106" w:history="1">
            <w:r w:rsidR="00D718FF" w:rsidRPr="00C5749A">
              <w:rPr>
                <w:rStyle w:val="Hyperkobling"/>
                <w:noProof/>
              </w:rPr>
              <w:t>Mo geavahit páhka</w:t>
            </w:r>
            <w:r w:rsidR="00D718FF">
              <w:rPr>
                <w:noProof/>
                <w:webHidden/>
              </w:rPr>
              <w:tab/>
            </w:r>
            <w:r w:rsidR="00D718FF">
              <w:rPr>
                <w:noProof/>
                <w:webHidden/>
              </w:rPr>
              <w:fldChar w:fldCharType="begin"/>
            </w:r>
            <w:r w:rsidR="00D718FF">
              <w:rPr>
                <w:noProof/>
                <w:webHidden/>
              </w:rPr>
              <w:instrText xml:space="preserve"> PAGEREF _Toc238470106 \h </w:instrText>
            </w:r>
            <w:r w:rsidR="00D718FF">
              <w:rPr>
                <w:noProof/>
                <w:webHidden/>
              </w:rPr>
            </w:r>
            <w:r w:rsidR="00D718FF">
              <w:rPr>
                <w:noProof/>
                <w:webHidden/>
              </w:rPr>
              <w:fldChar w:fldCharType="separate"/>
            </w:r>
            <w:r w:rsidR="00D718FF">
              <w:rPr>
                <w:noProof/>
                <w:webHidden/>
              </w:rPr>
              <w:t>3</w:t>
            </w:r>
            <w:r w:rsidR="00D718FF">
              <w:rPr>
                <w:noProof/>
                <w:webHidden/>
              </w:rPr>
              <w:fldChar w:fldCharType="end"/>
            </w:r>
          </w:hyperlink>
        </w:p>
        <w:p w14:paraId="2DE9C1B4" w14:textId="12B461B1"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07" w:history="1">
            <w:r w:rsidRPr="00C5749A">
              <w:rPr>
                <w:rStyle w:val="Hyperkobling"/>
                <w:noProof/>
              </w:rPr>
              <w:t>Manne skuvlaálgopáhkka?</w:t>
            </w:r>
            <w:r>
              <w:rPr>
                <w:noProof/>
                <w:webHidden/>
              </w:rPr>
              <w:tab/>
            </w:r>
            <w:r>
              <w:rPr>
                <w:noProof/>
                <w:webHidden/>
              </w:rPr>
              <w:fldChar w:fldCharType="begin"/>
            </w:r>
            <w:r>
              <w:rPr>
                <w:noProof/>
                <w:webHidden/>
              </w:rPr>
              <w:instrText xml:space="preserve"> PAGEREF _Toc238470107 \h </w:instrText>
            </w:r>
            <w:r>
              <w:rPr>
                <w:noProof/>
                <w:webHidden/>
              </w:rPr>
            </w:r>
            <w:r>
              <w:rPr>
                <w:noProof/>
                <w:webHidden/>
              </w:rPr>
              <w:fldChar w:fldCharType="separate"/>
            </w:r>
            <w:r>
              <w:rPr>
                <w:noProof/>
                <w:webHidden/>
              </w:rPr>
              <w:t>3</w:t>
            </w:r>
            <w:r>
              <w:rPr>
                <w:noProof/>
                <w:webHidden/>
              </w:rPr>
              <w:fldChar w:fldCharType="end"/>
            </w:r>
          </w:hyperlink>
        </w:p>
        <w:p w14:paraId="7BB8DE3E" w14:textId="0895BA02"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08" w:history="1">
            <w:r w:rsidRPr="00C5749A">
              <w:rPr>
                <w:rStyle w:val="Hyperkobling"/>
                <w:noProof/>
              </w:rPr>
              <w:t>Fágalaš vuođđu: vuoigatvuođat, givssidanáddejupmi ja searvevuohta</w:t>
            </w:r>
            <w:r>
              <w:rPr>
                <w:noProof/>
                <w:webHidden/>
              </w:rPr>
              <w:tab/>
            </w:r>
            <w:r>
              <w:rPr>
                <w:noProof/>
                <w:webHidden/>
              </w:rPr>
              <w:fldChar w:fldCharType="begin"/>
            </w:r>
            <w:r>
              <w:rPr>
                <w:noProof/>
                <w:webHidden/>
              </w:rPr>
              <w:instrText xml:space="preserve"> PAGEREF _Toc238470108 \h </w:instrText>
            </w:r>
            <w:r>
              <w:rPr>
                <w:noProof/>
                <w:webHidden/>
              </w:rPr>
            </w:r>
            <w:r>
              <w:rPr>
                <w:noProof/>
                <w:webHidden/>
              </w:rPr>
              <w:fldChar w:fldCharType="separate"/>
            </w:r>
            <w:r>
              <w:rPr>
                <w:noProof/>
                <w:webHidden/>
              </w:rPr>
              <w:t>4</w:t>
            </w:r>
            <w:r>
              <w:rPr>
                <w:noProof/>
                <w:webHidden/>
              </w:rPr>
              <w:fldChar w:fldCharType="end"/>
            </w:r>
          </w:hyperlink>
        </w:p>
        <w:p w14:paraId="7E32F824" w14:textId="6980D424"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09" w:history="1">
            <w:r w:rsidRPr="00C5749A">
              <w:rPr>
                <w:rStyle w:val="Hyperkobling"/>
                <w:noProof/>
              </w:rPr>
              <w:t>Oahppi vuoigatvuohta oadjebas ja buorre skuvlabirrasii</w:t>
            </w:r>
            <w:r>
              <w:rPr>
                <w:noProof/>
                <w:webHidden/>
              </w:rPr>
              <w:tab/>
            </w:r>
            <w:r>
              <w:rPr>
                <w:noProof/>
                <w:webHidden/>
              </w:rPr>
              <w:fldChar w:fldCharType="begin"/>
            </w:r>
            <w:r>
              <w:rPr>
                <w:noProof/>
                <w:webHidden/>
              </w:rPr>
              <w:instrText xml:space="preserve"> PAGEREF _Toc238470109 \h </w:instrText>
            </w:r>
            <w:r>
              <w:rPr>
                <w:noProof/>
                <w:webHidden/>
              </w:rPr>
            </w:r>
            <w:r>
              <w:rPr>
                <w:noProof/>
                <w:webHidden/>
              </w:rPr>
              <w:fldChar w:fldCharType="separate"/>
            </w:r>
            <w:r>
              <w:rPr>
                <w:noProof/>
                <w:webHidden/>
              </w:rPr>
              <w:t>4</w:t>
            </w:r>
            <w:r>
              <w:rPr>
                <w:noProof/>
                <w:webHidden/>
              </w:rPr>
              <w:fldChar w:fldCharType="end"/>
            </w:r>
          </w:hyperlink>
        </w:p>
        <w:p w14:paraId="04667498" w14:textId="463BB132"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0" w:history="1">
            <w:r w:rsidRPr="00C5749A">
              <w:rPr>
                <w:rStyle w:val="Hyperkobling"/>
                <w:noProof/>
              </w:rPr>
              <w:t>Givssideapmi lea eambbo go eaŋkildagut</w:t>
            </w:r>
            <w:r>
              <w:rPr>
                <w:noProof/>
                <w:webHidden/>
              </w:rPr>
              <w:tab/>
            </w:r>
            <w:r>
              <w:rPr>
                <w:noProof/>
                <w:webHidden/>
              </w:rPr>
              <w:fldChar w:fldCharType="begin"/>
            </w:r>
            <w:r>
              <w:rPr>
                <w:noProof/>
                <w:webHidden/>
              </w:rPr>
              <w:instrText xml:space="preserve"> PAGEREF _Toc238470110 \h </w:instrText>
            </w:r>
            <w:r>
              <w:rPr>
                <w:noProof/>
                <w:webHidden/>
              </w:rPr>
            </w:r>
            <w:r>
              <w:rPr>
                <w:noProof/>
                <w:webHidden/>
              </w:rPr>
              <w:fldChar w:fldCharType="separate"/>
            </w:r>
            <w:r>
              <w:rPr>
                <w:noProof/>
                <w:webHidden/>
              </w:rPr>
              <w:t>4</w:t>
            </w:r>
            <w:r>
              <w:rPr>
                <w:noProof/>
                <w:webHidden/>
              </w:rPr>
              <w:fldChar w:fldCharType="end"/>
            </w:r>
          </w:hyperlink>
        </w:p>
        <w:p w14:paraId="699393E7" w14:textId="3CFD5E2C"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1" w:history="1">
            <w:r w:rsidRPr="00C5749A">
              <w:rPr>
                <w:rStyle w:val="Hyperkobling"/>
                <w:noProof/>
              </w:rPr>
              <w:t>Ruoná ja rukses searvevuođat</w:t>
            </w:r>
            <w:r>
              <w:rPr>
                <w:noProof/>
                <w:webHidden/>
              </w:rPr>
              <w:tab/>
            </w:r>
            <w:r>
              <w:rPr>
                <w:noProof/>
                <w:webHidden/>
              </w:rPr>
              <w:fldChar w:fldCharType="begin"/>
            </w:r>
            <w:r>
              <w:rPr>
                <w:noProof/>
                <w:webHidden/>
              </w:rPr>
              <w:instrText xml:space="preserve"> PAGEREF _Toc238470111 \h </w:instrText>
            </w:r>
            <w:r>
              <w:rPr>
                <w:noProof/>
                <w:webHidden/>
              </w:rPr>
            </w:r>
            <w:r>
              <w:rPr>
                <w:noProof/>
                <w:webHidden/>
              </w:rPr>
              <w:fldChar w:fldCharType="separate"/>
            </w:r>
            <w:r>
              <w:rPr>
                <w:noProof/>
                <w:webHidden/>
              </w:rPr>
              <w:t>4</w:t>
            </w:r>
            <w:r>
              <w:rPr>
                <w:noProof/>
                <w:webHidden/>
              </w:rPr>
              <w:fldChar w:fldCharType="end"/>
            </w:r>
          </w:hyperlink>
        </w:p>
        <w:p w14:paraId="5D9DF6F5" w14:textId="67294D64"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2" w:history="1">
            <w:r w:rsidRPr="00C5749A">
              <w:rPr>
                <w:rStyle w:val="Hyperkobling"/>
                <w:noProof/>
              </w:rPr>
              <w:t>Rávesolbmuid rolla oadjebas skuvlabirrasis ja skuvlaálgimis</w:t>
            </w:r>
            <w:r>
              <w:rPr>
                <w:noProof/>
                <w:webHidden/>
              </w:rPr>
              <w:tab/>
            </w:r>
            <w:r>
              <w:rPr>
                <w:noProof/>
                <w:webHidden/>
              </w:rPr>
              <w:fldChar w:fldCharType="begin"/>
            </w:r>
            <w:r>
              <w:rPr>
                <w:noProof/>
                <w:webHidden/>
              </w:rPr>
              <w:instrText xml:space="preserve"> PAGEREF _Toc238470112 \h </w:instrText>
            </w:r>
            <w:r>
              <w:rPr>
                <w:noProof/>
                <w:webHidden/>
              </w:rPr>
            </w:r>
            <w:r>
              <w:rPr>
                <w:noProof/>
                <w:webHidden/>
              </w:rPr>
              <w:fldChar w:fldCharType="separate"/>
            </w:r>
            <w:r>
              <w:rPr>
                <w:noProof/>
                <w:webHidden/>
              </w:rPr>
              <w:t>5</w:t>
            </w:r>
            <w:r>
              <w:rPr>
                <w:noProof/>
                <w:webHidden/>
              </w:rPr>
              <w:fldChar w:fldCharType="end"/>
            </w:r>
          </w:hyperlink>
        </w:p>
        <w:p w14:paraId="10180061" w14:textId="0A4B077B"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3" w:history="1">
            <w:r w:rsidRPr="00C5749A">
              <w:rPr>
                <w:rStyle w:val="Hyperkobling"/>
                <w:noProof/>
              </w:rPr>
              <w:t>Vuordámušat rávesolbmuide vuosttaš vahkuid</w:t>
            </w:r>
            <w:r>
              <w:rPr>
                <w:noProof/>
                <w:webHidden/>
              </w:rPr>
              <w:tab/>
            </w:r>
            <w:r>
              <w:rPr>
                <w:noProof/>
                <w:webHidden/>
              </w:rPr>
              <w:fldChar w:fldCharType="begin"/>
            </w:r>
            <w:r>
              <w:rPr>
                <w:noProof/>
                <w:webHidden/>
              </w:rPr>
              <w:instrText xml:space="preserve"> PAGEREF _Toc238470113 \h </w:instrText>
            </w:r>
            <w:r>
              <w:rPr>
                <w:noProof/>
                <w:webHidden/>
              </w:rPr>
            </w:r>
            <w:r>
              <w:rPr>
                <w:noProof/>
                <w:webHidden/>
              </w:rPr>
              <w:fldChar w:fldCharType="separate"/>
            </w:r>
            <w:r>
              <w:rPr>
                <w:noProof/>
                <w:webHidden/>
              </w:rPr>
              <w:t>5</w:t>
            </w:r>
            <w:r>
              <w:rPr>
                <w:noProof/>
                <w:webHidden/>
              </w:rPr>
              <w:fldChar w:fldCharType="end"/>
            </w:r>
          </w:hyperlink>
        </w:p>
        <w:p w14:paraId="03D347E2" w14:textId="471748D7"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4" w:history="1">
            <w:r w:rsidRPr="00C5749A">
              <w:rPr>
                <w:rStyle w:val="Hyperkobling"/>
                <w:noProof/>
              </w:rPr>
              <w:t>Rávvagat iešguđetge dásis</w:t>
            </w:r>
            <w:r>
              <w:rPr>
                <w:noProof/>
                <w:webHidden/>
              </w:rPr>
              <w:tab/>
            </w:r>
            <w:r>
              <w:rPr>
                <w:noProof/>
                <w:webHidden/>
              </w:rPr>
              <w:fldChar w:fldCharType="begin"/>
            </w:r>
            <w:r>
              <w:rPr>
                <w:noProof/>
                <w:webHidden/>
              </w:rPr>
              <w:instrText xml:space="preserve"> PAGEREF _Toc238470114 \h </w:instrText>
            </w:r>
            <w:r>
              <w:rPr>
                <w:noProof/>
                <w:webHidden/>
              </w:rPr>
            </w:r>
            <w:r>
              <w:rPr>
                <w:noProof/>
                <w:webHidden/>
              </w:rPr>
              <w:fldChar w:fldCharType="separate"/>
            </w:r>
            <w:r>
              <w:rPr>
                <w:noProof/>
                <w:webHidden/>
              </w:rPr>
              <w:t>6</w:t>
            </w:r>
            <w:r>
              <w:rPr>
                <w:noProof/>
                <w:webHidden/>
              </w:rPr>
              <w:fldChar w:fldCharType="end"/>
            </w:r>
          </w:hyperlink>
        </w:p>
        <w:p w14:paraId="5B7956E2" w14:textId="66DBAFAF"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15" w:history="1">
            <w:r w:rsidRPr="00C5749A">
              <w:rPr>
                <w:rStyle w:val="Hyperkobling"/>
                <w:noProof/>
              </w:rPr>
              <w:t>Mo ráhkkanit skuvlaálgimii</w:t>
            </w:r>
            <w:r>
              <w:rPr>
                <w:noProof/>
                <w:webHidden/>
              </w:rPr>
              <w:tab/>
            </w:r>
            <w:r>
              <w:rPr>
                <w:noProof/>
                <w:webHidden/>
              </w:rPr>
              <w:fldChar w:fldCharType="begin"/>
            </w:r>
            <w:r>
              <w:rPr>
                <w:noProof/>
                <w:webHidden/>
              </w:rPr>
              <w:instrText xml:space="preserve"> PAGEREF _Toc238470115 \h </w:instrText>
            </w:r>
            <w:r>
              <w:rPr>
                <w:noProof/>
                <w:webHidden/>
              </w:rPr>
            </w:r>
            <w:r>
              <w:rPr>
                <w:noProof/>
                <w:webHidden/>
              </w:rPr>
              <w:fldChar w:fldCharType="separate"/>
            </w:r>
            <w:r>
              <w:rPr>
                <w:noProof/>
                <w:webHidden/>
              </w:rPr>
              <w:t>7</w:t>
            </w:r>
            <w:r>
              <w:rPr>
                <w:noProof/>
                <w:webHidden/>
              </w:rPr>
              <w:fldChar w:fldCharType="end"/>
            </w:r>
          </w:hyperlink>
        </w:p>
        <w:p w14:paraId="5906F544" w14:textId="4C849780"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6" w:history="1">
            <w:r w:rsidRPr="00C5749A">
              <w:rPr>
                <w:rStyle w:val="Hyperkobling"/>
                <w:noProof/>
              </w:rPr>
              <w:t>Vuosttaš skuvlabeaivi, vuosttaš skuvlavahkku ja vuosttaš mánnu</w:t>
            </w:r>
            <w:r>
              <w:rPr>
                <w:noProof/>
                <w:webHidden/>
              </w:rPr>
              <w:tab/>
            </w:r>
            <w:r>
              <w:rPr>
                <w:noProof/>
                <w:webHidden/>
              </w:rPr>
              <w:fldChar w:fldCharType="begin"/>
            </w:r>
            <w:r>
              <w:rPr>
                <w:noProof/>
                <w:webHidden/>
              </w:rPr>
              <w:instrText xml:space="preserve"> PAGEREF _Toc238470116 \h </w:instrText>
            </w:r>
            <w:r>
              <w:rPr>
                <w:noProof/>
                <w:webHidden/>
              </w:rPr>
            </w:r>
            <w:r>
              <w:rPr>
                <w:noProof/>
                <w:webHidden/>
              </w:rPr>
              <w:fldChar w:fldCharType="separate"/>
            </w:r>
            <w:r>
              <w:rPr>
                <w:noProof/>
                <w:webHidden/>
              </w:rPr>
              <w:t>8</w:t>
            </w:r>
            <w:r>
              <w:rPr>
                <w:noProof/>
                <w:webHidden/>
              </w:rPr>
              <w:fldChar w:fldCharType="end"/>
            </w:r>
          </w:hyperlink>
        </w:p>
        <w:p w14:paraId="7AFC1162" w14:textId="5A9BAE95"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7" w:history="1">
            <w:r w:rsidRPr="00C5749A">
              <w:rPr>
                <w:rStyle w:val="Hyperkobling"/>
                <w:noProof/>
              </w:rPr>
              <w:t>Mo dagahit oadjebasvuođa ja ásahit buriid rutiinnaid</w:t>
            </w:r>
            <w:r>
              <w:rPr>
                <w:noProof/>
                <w:webHidden/>
              </w:rPr>
              <w:tab/>
            </w:r>
            <w:r>
              <w:rPr>
                <w:noProof/>
                <w:webHidden/>
              </w:rPr>
              <w:fldChar w:fldCharType="begin"/>
            </w:r>
            <w:r>
              <w:rPr>
                <w:noProof/>
                <w:webHidden/>
              </w:rPr>
              <w:instrText xml:space="preserve"> PAGEREF _Toc238470117 \h </w:instrText>
            </w:r>
            <w:r>
              <w:rPr>
                <w:noProof/>
                <w:webHidden/>
              </w:rPr>
            </w:r>
            <w:r>
              <w:rPr>
                <w:noProof/>
                <w:webHidden/>
              </w:rPr>
              <w:fldChar w:fldCharType="separate"/>
            </w:r>
            <w:r>
              <w:rPr>
                <w:noProof/>
                <w:webHidden/>
              </w:rPr>
              <w:t>8</w:t>
            </w:r>
            <w:r>
              <w:rPr>
                <w:noProof/>
                <w:webHidden/>
              </w:rPr>
              <w:fldChar w:fldCharType="end"/>
            </w:r>
          </w:hyperlink>
        </w:p>
        <w:p w14:paraId="3333DB15" w14:textId="174D1C44"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8" w:history="1">
            <w:r w:rsidRPr="00C5749A">
              <w:rPr>
                <w:rStyle w:val="Hyperkobling"/>
                <w:noProof/>
              </w:rPr>
              <w:t>Gaskaboddosaš uksalasánjuolggadusat</w:t>
            </w:r>
            <w:r>
              <w:rPr>
                <w:noProof/>
                <w:webHidden/>
              </w:rPr>
              <w:tab/>
            </w:r>
            <w:r>
              <w:rPr>
                <w:noProof/>
                <w:webHidden/>
              </w:rPr>
              <w:fldChar w:fldCharType="begin"/>
            </w:r>
            <w:r>
              <w:rPr>
                <w:noProof/>
                <w:webHidden/>
              </w:rPr>
              <w:instrText xml:space="preserve"> PAGEREF _Toc238470118 \h </w:instrText>
            </w:r>
            <w:r>
              <w:rPr>
                <w:noProof/>
                <w:webHidden/>
              </w:rPr>
            </w:r>
            <w:r>
              <w:rPr>
                <w:noProof/>
                <w:webHidden/>
              </w:rPr>
              <w:fldChar w:fldCharType="separate"/>
            </w:r>
            <w:r>
              <w:rPr>
                <w:noProof/>
                <w:webHidden/>
              </w:rPr>
              <w:t>9</w:t>
            </w:r>
            <w:r>
              <w:rPr>
                <w:noProof/>
                <w:webHidden/>
              </w:rPr>
              <w:fldChar w:fldCharType="end"/>
            </w:r>
          </w:hyperlink>
        </w:p>
        <w:p w14:paraId="67687F7B" w14:textId="772872B9"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19" w:history="1">
            <w:r w:rsidRPr="00C5749A">
              <w:rPr>
                <w:rStyle w:val="Hyperkobling"/>
                <w:noProof/>
                <w:lang w:eastAsia="nb-NO"/>
              </w:rPr>
              <w:t>Árgabeaivve sirdašumit</w:t>
            </w:r>
            <w:r>
              <w:rPr>
                <w:noProof/>
                <w:webHidden/>
              </w:rPr>
              <w:tab/>
            </w:r>
            <w:r>
              <w:rPr>
                <w:noProof/>
                <w:webHidden/>
              </w:rPr>
              <w:fldChar w:fldCharType="begin"/>
            </w:r>
            <w:r>
              <w:rPr>
                <w:noProof/>
                <w:webHidden/>
              </w:rPr>
              <w:instrText xml:space="preserve"> PAGEREF _Toc238470119 \h </w:instrText>
            </w:r>
            <w:r>
              <w:rPr>
                <w:noProof/>
                <w:webHidden/>
              </w:rPr>
            </w:r>
            <w:r>
              <w:rPr>
                <w:noProof/>
                <w:webHidden/>
              </w:rPr>
              <w:fldChar w:fldCharType="separate"/>
            </w:r>
            <w:r>
              <w:rPr>
                <w:noProof/>
                <w:webHidden/>
              </w:rPr>
              <w:t>9</w:t>
            </w:r>
            <w:r>
              <w:rPr>
                <w:noProof/>
                <w:webHidden/>
              </w:rPr>
              <w:fldChar w:fldCharType="end"/>
            </w:r>
          </w:hyperlink>
        </w:p>
        <w:p w14:paraId="2EEF7D22" w14:textId="7B551B64"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20" w:history="1">
            <w:r w:rsidRPr="00C5749A">
              <w:rPr>
                <w:rStyle w:val="Hyperkobling"/>
                <w:noProof/>
              </w:rPr>
              <w:t>Mo čađahit searvadahtti doaimmaid</w:t>
            </w:r>
            <w:r>
              <w:rPr>
                <w:noProof/>
                <w:webHidden/>
              </w:rPr>
              <w:tab/>
            </w:r>
            <w:r>
              <w:rPr>
                <w:noProof/>
                <w:webHidden/>
              </w:rPr>
              <w:fldChar w:fldCharType="begin"/>
            </w:r>
            <w:r>
              <w:rPr>
                <w:noProof/>
                <w:webHidden/>
              </w:rPr>
              <w:instrText xml:space="preserve"> PAGEREF _Toc238470120 \h </w:instrText>
            </w:r>
            <w:r>
              <w:rPr>
                <w:noProof/>
                <w:webHidden/>
              </w:rPr>
            </w:r>
            <w:r>
              <w:rPr>
                <w:noProof/>
                <w:webHidden/>
              </w:rPr>
              <w:fldChar w:fldCharType="separate"/>
            </w:r>
            <w:r>
              <w:rPr>
                <w:noProof/>
                <w:webHidden/>
              </w:rPr>
              <w:t>10</w:t>
            </w:r>
            <w:r>
              <w:rPr>
                <w:noProof/>
                <w:webHidden/>
              </w:rPr>
              <w:fldChar w:fldCharType="end"/>
            </w:r>
          </w:hyperlink>
        </w:p>
        <w:p w14:paraId="34A046F6" w14:textId="6AA8DB42"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21" w:history="1">
            <w:r w:rsidRPr="00C5749A">
              <w:rPr>
                <w:rStyle w:val="Hyperkobling"/>
                <w:noProof/>
              </w:rPr>
              <w:t>Ohppiid 10 jiellat doaimmat</w:t>
            </w:r>
            <w:r>
              <w:rPr>
                <w:noProof/>
                <w:webHidden/>
              </w:rPr>
              <w:tab/>
            </w:r>
            <w:r>
              <w:rPr>
                <w:noProof/>
                <w:webHidden/>
              </w:rPr>
              <w:fldChar w:fldCharType="begin"/>
            </w:r>
            <w:r>
              <w:rPr>
                <w:noProof/>
                <w:webHidden/>
              </w:rPr>
              <w:instrText xml:space="preserve"> PAGEREF _Toc238470121 \h </w:instrText>
            </w:r>
            <w:r>
              <w:rPr>
                <w:noProof/>
                <w:webHidden/>
              </w:rPr>
            </w:r>
            <w:r>
              <w:rPr>
                <w:noProof/>
                <w:webHidden/>
              </w:rPr>
              <w:fldChar w:fldCharType="separate"/>
            </w:r>
            <w:r>
              <w:rPr>
                <w:noProof/>
                <w:webHidden/>
              </w:rPr>
              <w:t>11</w:t>
            </w:r>
            <w:r>
              <w:rPr>
                <w:noProof/>
                <w:webHidden/>
              </w:rPr>
              <w:fldChar w:fldCharType="end"/>
            </w:r>
          </w:hyperlink>
        </w:p>
        <w:p w14:paraId="03CF1B65" w14:textId="234936DD"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22" w:history="1">
            <w:r w:rsidRPr="00C5749A">
              <w:rPr>
                <w:rStyle w:val="Hyperkobling"/>
                <w:noProof/>
              </w:rPr>
              <w:t>OEBD: ovddidit, eastadit, bissehit ja doarjut</w:t>
            </w:r>
            <w:r>
              <w:rPr>
                <w:noProof/>
                <w:webHidden/>
              </w:rPr>
              <w:tab/>
            </w:r>
            <w:r>
              <w:rPr>
                <w:noProof/>
                <w:webHidden/>
              </w:rPr>
              <w:fldChar w:fldCharType="begin"/>
            </w:r>
            <w:r>
              <w:rPr>
                <w:noProof/>
                <w:webHidden/>
              </w:rPr>
              <w:instrText xml:space="preserve"> PAGEREF _Toc238470122 \h </w:instrText>
            </w:r>
            <w:r>
              <w:rPr>
                <w:noProof/>
                <w:webHidden/>
              </w:rPr>
            </w:r>
            <w:r>
              <w:rPr>
                <w:noProof/>
                <w:webHidden/>
              </w:rPr>
              <w:fldChar w:fldCharType="separate"/>
            </w:r>
            <w:r>
              <w:rPr>
                <w:noProof/>
                <w:webHidden/>
              </w:rPr>
              <w:t>12</w:t>
            </w:r>
            <w:r>
              <w:rPr>
                <w:noProof/>
                <w:webHidden/>
              </w:rPr>
              <w:fldChar w:fldCharType="end"/>
            </w:r>
          </w:hyperlink>
        </w:p>
        <w:p w14:paraId="3B5AA4DE" w14:textId="540E936C" w:rsidR="00D718FF" w:rsidRDefault="00D718FF">
          <w:pPr>
            <w:pStyle w:val="INNH2"/>
            <w:tabs>
              <w:tab w:val="right" w:leader="dot" w:pos="10190"/>
            </w:tabs>
            <w:rPr>
              <w:rFonts w:asciiTheme="minorHAnsi" w:eastAsiaTheme="minorEastAsia" w:hAnsiTheme="minorHAnsi"/>
              <w:noProof/>
              <w:kern w:val="2"/>
              <w:szCs w:val="24"/>
              <w:lang w:val="nb-NO" w:eastAsia="nb-NO"/>
              <w14:ligatures w14:val="standardContextual"/>
            </w:rPr>
          </w:pPr>
          <w:hyperlink w:anchor="_Toc238470123" w:history="1">
            <w:r w:rsidRPr="00C5749A">
              <w:rPr>
                <w:rStyle w:val="Hyperkobling"/>
                <w:noProof/>
              </w:rPr>
              <w:t>Uhkki ja doaibmabijut</w:t>
            </w:r>
            <w:r>
              <w:rPr>
                <w:noProof/>
                <w:webHidden/>
              </w:rPr>
              <w:tab/>
            </w:r>
            <w:r>
              <w:rPr>
                <w:noProof/>
                <w:webHidden/>
              </w:rPr>
              <w:fldChar w:fldCharType="begin"/>
            </w:r>
            <w:r>
              <w:rPr>
                <w:noProof/>
                <w:webHidden/>
              </w:rPr>
              <w:instrText xml:space="preserve"> PAGEREF _Toc238470123 \h </w:instrText>
            </w:r>
            <w:r>
              <w:rPr>
                <w:noProof/>
                <w:webHidden/>
              </w:rPr>
            </w:r>
            <w:r>
              <w:rPr>
                <w:noProof/>
                <w:webHidden/>
              </w:rPr>
              <w:fldChar w:fldCharType="separate"/>
            </w:r>
            <w:r>
              <w:rPr>
                <w:noProof/>
                <w:webHidden/>
              </w:rPr>
              <w:t>13</w:t>
            </w:r>
            <w:r>
              <w:rPr>
                <w:noProof/>
                <w:webHidden/>
              </w:rPr>
              <w:fldChar w:fldCharType="end"/>
            </w:r>
          </w:hyperlink>
        </w:p>
        <w:p w14:paraId="1F73B4D0" w14:textId="366B323A"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24" w:history="1">
            <w:r w:rsidRPr="00C5749A">
              <w:rPr>
                <w:rStyle w:val="Hyperkobling"/>
                <w:noProof/>
              </w:rPr>
              <w:t>Iskanlisttut ja skovit</w:t>
            </w:r>
            <w:r>
              <w:rPr>
                <w:noProof/>
                <w:webHidden/>
              </w:rPr>
              <w:tab/>
            </w:r>
            <w:r>
              <w:rPr>
                <w:noProof/>
                <w:webHidden/>
              </w:rPr>
              <w:fldChar w:fldCharType="begin"/>
            </w:r>
            <w:r>
              <w:rPr>
                <w:noProof/>
                <w:webHidden/>
              </w:rPr>
              <w:instrText xml:space="preserve"> PAGEREF _Toc238470124 \h </w:instrText>
            </w:r>
            <w:r>
              <w:rPr>
                <w:noProof/>
                <w:webHidden/>
              </w:rPr>
            </w:r>
            <w:r>
              <w:rPr>
                <w:noProof/>
                <w:webHidden/>
              </w:rPr>
              <w:fldChar w:fldCharType="separate"/>
            </w:r>
            <w:r>
              <w:rPr>
                <w:noProof/>
                <w:webHidden/>
              </w:rPr>
              <w:t>14</w:t>
            </w:r>
            <w:r>
              <w:rPr>
                <w:noProof/>
                <w:webHidden/>
              </w:rPr>
              <w:fldChar w:fldCharType="end"/>
            </w:r>
          </w:hyperlink>
        </w:p>
        <w:p w14:paraId="34EC5313" w14:textId="4D8B033C" w:rsidR="00D718FF" w:rsidRDefault="00D718FF">
          <w:pPr>
            <w:pStyle w:val="INNH1"/>
            <w:tabs>
              <w:tab w:val="right" w:leader="dot" w:pos="10190"/>
            </w:tabs>
            <w:rPr>
              <w:rFonts w:asciiTheme="minorHAnsi" w:eastAsiaTheme="minorEastAsia" w:hAnsiTheme="minorHAnsi"/>
              <w:noProof/>
              <w:kern w:val="2"/>
              <w:szCs w:val="24"/>
              <w:lang w:val="nb-NO" w:eastAsia="nb-NO"/>
              <w14:ligatures w14:val="standardContextual"/>
            </w:rPr>
          </w:pPr>
          <w:hyperlink w:anchor="_Toc238470125" w:history="1">
            <w:r w:rsidRPr="00C5749A">
              <w:rPr>
                <w:rStyle w:val="Hyperkobling"/>
                <w:noProof/>
              </w:rPr>
              <w:t>Gáldut</w:t>
            </w:r>
            <w:r>
              <w:rPr>
                <w:noProof/>
                <w:webHidden/>
              </w:rPr>
              <w:tab/>
            </w:r>
            <w:r>
              <w:rPr>
                <w:noProof/>
                <w:webHidden/>
              </w:rPr>
              <w:fldChar w:fldCharType="begin"/>
            </w:r>
            <w:r>
              <w:rPr>
                <w:noProof/>
                <w:webHidden/>
              </w:rPr>
              <w:instrText xml:space="preserve"> PAGEREF _Toc238470125 \h </w:instrText>
            </w:r>
            <w:r>
              <w:rPr>
                <w:noProof/>
                <w:webHidden/>
              </w:rPr>
            </w:r>
            <w:r>
              <w:rPr>
                <w:noProof/>
                <w:webHidden/>
              </w:rPr>
              <w:fldChar w:fldCharType="separate"/>
            </w:r>
            <w:r>
              <w:rPr>
                <w:noProof/>
                <w:webHidden/>
              </w:rPr>
              <w:t>16</w:t>
            </w:r>
            <w:r>
              <w:rPr>
                <w:noProof/>
                <w:webHidden/>
              </w:rPr>
              <w:fldChar w:fldCharType="end"/>
            </w:r>
          </w:hyperlink>
        </w:p>
        <w:p w14:paraId="7E107DF2" w14:textId="693BCCA0" w:rsidR="008E65E7" w:rsidRPr="001C56D5" w:rsidRDefault="00F36731" w:rsidP="00F36731">
          <w:pPr>
            <w:rPr>
              <w:sz w:val="32"/>
              <w:szCs w:val="32"/>
            </w:rPr>
          </w:pPr>
          <w:r w:rsidRPr="001C56D5">
            <w:rPr>
              <w:b/>
              <w:bCs/>
            </w:rPr>
            <w:fldChar w:fldCharType="end"/>
          </w:r>
        </w:p>
      </w:sdtContent>
    </w:sdt>
    <w:p w14:paraId="347E3E57" w14:textId="6C559008" w:rsidR="005661C0" w:rsidRPr="001C56D5" w:rsidRDefault="000A4724" w:rsidP="00221497">
      <w:r w:rsidRPr="001C56D5">
        <w:br w:type="page"/>
      </w:r>
    </w:p>
    <w:p w14:paraId="697334F1" w14:textId="1A780889" w:rsidR="008E65E7" w:rsidRPr="001C56D5" w:rsidRDefault="008E65E7">
      <w:pPr>
        <w:rPr>
          <w:szCs w:val="24"/>
        </w:rPr>
      </w:pPr>
    </w:p>
    <w:p w14:paraId="50524680" w14:textId="49E1AB2B" w:rsidR="00426BB8" w:rsidRPr="001C56D5" w:rsidRDefault="00E45CB0" w:rsidP="000D6C01">
      <w:pPr>
        <w:pStyle w:val="Overskrift1"/>
      </w:pPr>
      <w:bookmarkStart w:id="0" w:name="_Toc238470106"/>
      <w:r w:rsidRPr="001C56D5">
        <w:t>Mo geavahit páhka</w:t>
      </w:r>
      <w:bookmarkEnd w:id="0"/>
    </w:p>
    <w:p w14:paraId="7F677B0E" w14:textId="170C35C7" w:rsidR="00426BB8" w:rsidRPr="001C56D5" w:rsidRDefault="00080118" w:rsidP="00080118">
      <w:pPr>
        <w:pStyle w:val="Nummerertliste"/>
        <w:rPr>
          <w:szCs w:val="24"/>
        </w:rPr>
      </w:pPr>
      <w:r w:rsidRPr="001C56D5">
        <w:rPr>
          <w:szCs w:val="24"/>
        </w:rPr>
        <w:t xml:space="preserve">Loga vuostáiváldinreivve bargiide ja čielggat searvevuođas mii oadjebas skuvlaálgin mearkkaša. </w:t>
      </w:r>
    </w:p>
    <w:p w14:paraId="3FE8D121" w14:textId="328F036D" w:rsidR="00426BB8" w:rsidRPr="001C56D5" w:rsidRDefault="00881F16" w:rsidP="00426BB8">
      <w:pPr>
        <w:pStyle w:val="Nummerertliste"/>
        <w:rPr>
          <w:szCs w:val="24"/>
        </w:rPr>
      </w:pPr>
      <w:r w:rsidRPr="001C56D5">
        <w:rPr>
          <w:szCs w:val="24"/>
        </w:rPr>
        <w:t>Geavat «skuvlaálgima iskanlist</w:t>
      </w:r>
      <w:r w:rsidR="00B81F24" w:rsidRPr="001C56D5">
        <w:rPr>
          <w:szCs w:val="24"/>
        </w:rPr>
        <w:t>u</w:t>
      </w:r>
      <w:r w:rsidRPr="001C56D5">
        <w:rPr>
          <w:szCs w:val="24"/>
        </w:rPr>
        <w:t>»</w:t>
      </w:r>
      <w:r w:rsidR="00B81F24" w:rsidRPr="001C56D5">
        <w:rPr>
          <w:szCs w:val="24"/>
        </w:rPr>
        <w:t xml:space="preserve"> (s. 14) ba</w:t>
      </w:r>
      <w:r w:rsidR="004B1E2D">
        <w:rPr>
          <w:szCs w:val="24"/>
        </w:rPr>
        <w:t>r</w:t>
      </w:r>
      <w:r w:rsidR="00B81F24" w:rsidRPr="001C56D5">
        <w:rPr>
          <w:szCs w:val="24"/>
        </w:rPr>
        <w:t xml:space="preserve">gojoavkkus, ossodagas dahje </w:t>
      </w:r>
      <w:r w:rsidR="0049292E" w:rsidRPr="001C56D5">
        <w:rPr>
          <w:szCs w:val="24"/>
        </w:rPr>
        <w:t>luohkkáoahpaheaddjeráđis.</w:t>
      </w:r>
    </w:p>
    <w:p w14:paraId="23747BD0" w14:textId="535E1C51" w:rsidR="002903DA" w:rsidRPr="001C56D5" w:rsidRDefault="002903DA" w:rsidP="002903DA">
      <w:pPr>
        <w:pStyle w:val="Nummerertliste"/>
        <w:rPr>
          <w:szCs w:val="24"/>
        </w:rPr>
      </w:pPr>
      <w:r w:rsidRPr="001C56D5">
        <w:rPr>
          <w:szCs w:val="24"/>
        </w:rPr>
        <w:t xml:space="preserve">Pláne vuosttaš skuvlabeaivvi ja </w:t>
      </w:r>
      <w:r w:rsidR="0040215F" w:rsidRPr="001C56D5">
        <w:rPr>
          <w:szCs w:val="24"/>
        </w:rPr>
        <w:t xml:space="preserve">vuosttaš skuvlavahku </w:t>
      </w:r>
      <w:r w:rsidRPr="001C56D5">
        <w:rPr>
          <w:szCs w:val="24"/>
        </w:rPr>
        <w:t xml:space="preserve">čielga ovddasvástádusain, áigeplánain ja rutiinnaiguin. </w:t>
      </w:r>
    </w:p>
    <w:p w14:paraId="35093CA8" w14:textId="2361A0B0" w:rsidR="006E0010" w:rsidRPr="001C56D5" w:rsidRDefault="006E0010" w:rsidP="006E0010">
      <w:pPr>
        <w:pStyle w:val="Nummerertliste"/>
        <w:rPr>
          <w:szCs w:val="24"/>
        </w:rPr>
      </w:pPr>
      <w:r w:rsidRPr="001C56D5">
        <w:rPr>
          <w:szCs w:val="24"/>
        </w:rPr>
        <w:t xml:space="preserve">Vállje searvadahtti doaimmaid ja iskka daid </w:t>
      </w:r>
      <w:proofErr w:type="spellStart"/>
      <w:r w:rsidRPr="001C56D5">
        <w:rPr>
          <w:szCs w:val="24"/>
        </w:rPr>
        <w:t>OEBD</w:t>
      </w:r>
      <w:proofErr w:type="spellEnd"/>
      <w:r w:rsidRPr="001C56D5">
        <w:rPr>
          <w:szCs w:val="24"/>
        </w:rPr>
        <w:t xml:space="preserve"> bargomodeallain: ovddidit, eastadit, bissehit ja doarjut. </w:t>
      </w:r>
    </w:p>
    <w:p w14:paraId="17D29042" w14:textId="64E61BDE" w:rsidR="00E15F29" w:rsidRPr="001C56D5" w:rsidRDefault="00E15F29" w:rsidP="00E15F29">
      <w:pPr>
        <w:pStyle w:val="Nummerertliste"/>
        <w:rPr>
          <w:szCs w:val="24"/>
        </w:rPr>
      </w:pPr>
      <w:r w:rsidRPr="001C56D5">
        <w:t xml:space="preserve">Ráhkat gaskaboddosaš uksalasánjuolggadusaid. Oahppit galget beassat mielváikkuhit dađistaga, muhto rávesolbmot fertejit álggu rájes bidjat oadjebas rámmaid. </w:t>
      </w:r>
    </w:p>
    <w:p w14:paraId="1921565F" w14:textId="5F476522" w:rsidR="006212FF" w:rsidRPr="001C56D5" w:rsidRDefault="006212FF" w:rsidP="006212FF">
      <w:pPr>
        <w:pStyle w:val="Nummerertliste"/>
      </w:pPr>
      <w:r w:rsidRPr="001C56D5">
        <w:t xml:space="preserve">Árvvoštala vuosttaš beaivvi, vuosttaš vahku ja vuosttaš mánu. Jeara vásihit go oahppit oadjebasvuođa, gullevašvuođa ja diehttevašvuođa. </w:t>
      </w:r>
    </w:p>
    <w:p w14:paraId="6758A6A0" w14:textId="574FFAEA" w:rsidR="008E65E7" w:rsidRPr="001C56D5" w:rsidRDefault="00D35CD7" w:rsidP="000D6C01">
      <w:pPr>
        <w:pStyle w:val="Overskrift1"/>
      </w:pPr>
      <w:bookmarkStart w:id="1" w:name="_Toc238470107"/>
      <w:r w:rsidRPr="001C56D5">
        <w:t>Manne skuvlaálgopáhkka?</w:t>
      </w:r>
      <w:bookmarkEnd w:id="1"/>
    </w:p>
    <w:p w14:paraId="4EFD3179" w14:textId="0277622A" w:rsidR="008E65E7" w:rsidRPr="001C56D5" w:rsidRDefault="0067437E">
      <w:pPr>
        <w:rPr>
          <w:szCs w:val="24"/>
        </w:rPr>
      </w:pPr>
      <w:r w:rsidRPr="001C56D5">
        <w:rPr>
          <w:szCs w:val="24"/>
        </w:rPr>
        <w:t xml:space="preserve">Buorre álgu skuvllas lea vuođđun </w:t>
      </w:r>
      <w:r w:rsidR="00F26235" w:rsidRPr="001C56D5">
        <w:rPr>
          <w:szCs w:val="24"/>
        </w:rPr>
        <w:t xml:space="preserve">olles skuvlajahkái. Vuosttaš beivviid ja vahkuid ii leat dušše </w:t>
      </w:r>
      <w:r w:rsidR="001C1BF3" w:rsidRPr="001C56D5">
        <w:rPr>
          <w:szCs w:val="24"/>
        </w:rPr>
        <w:t>praktihkalaš</w:t>
      </w:r>
      <w:r w:rsidR="00F26235" w:rsidRPr="001C56D5">
        <w:rPr>
          <w:szCs w:val="24"/>
        </w:rPr>
        <w:t xml:space="preserve"> organiseremis sáhka. Lea maid das sáhka ahte</w:t>
      </w:r>
      <w:r w:rsidR="008D675A" w:rsidRPr="001C56D5">
        <w:rPr>
          <w:szCs w:val="24"/>
        </w:rPr>
        <w:t xml:space="preserve"> vuođđudit oadjebasvuođa,</w:t>
      </w:r>
      <w:r w:rsidR="00D331BF" w:rsidRPr="001C56D5">
        <w:rPr>
          <w:szCs w:val="24"/>
        </w:rPr>
        <w:t xml:space="preserve"> diehttevašvuođa, gaskavuođaid ja oktasaš njuolggadusaid.</w:t>
      </w:r>
      <w:r w:rsidR="005B1137" w:rsidRPr="001C56D5">
        <w:rPr>
          <w:szCs w:val="24"/>
        </w:rPr>
        <w:t xml:space="preserve"> Go dán bargat </w:t>
      </w:r>
      <w:r w:rsidR="001C1BF3" w:rsidRPr="001C56D5">
        <w:rPr>
          <w:szCs w:val="24"/>
        </w:rPr>
        <w:t>vuđolaččat,</w:t>
      </w:r>
      <w:r w:rsidR="005B1137" w:rsidRPr="001C56D5">
        <w:rPr>
          <w:szCs w:val="24"/>
        </w:rPr>
        <w:t xml:space="preserve"> de šaddá álkit ohppiide oahppa</w:t>
      </w:r>
      <w:r w:rsidR="00102653" w:rsidRPr="001C56D5">
        <w:rPr>
          <w:szCs w:val="24"/>
        </w:rPr>
        <w:t>t ja searvat</w:t>
      </w:r>
      <w:r w:rsidR="005456FF" w:rsidRPr="001C56D5">
        <w:rPr>
          <w:szCs w:val="24"/>
        </w:rPr>
        <w:t xml:space="preserve">. </w:t>
      </w:r>
      <w:r w:rsidR="001C1BF3" w:rsidRPr="001C56D5">
        <w:rPr>
          <w:szCs w:val="24"/>
        </w:rPr>
        <w:t>Jus baicce</w:t>
      </w:r>
      <w:r w:rsidR="005456FF" w:rsidRPr="001C56D5">
        <w:rPr>
          <w:szCs w:val="24"/>
        </w:rPr>
        <w:t xml:space="preserve"> dahkko s</w:t>
      </w:r>
      <w:r w:rsidR="001C1BF3" w:rsidRPr="001C56D5">
        <w:rPr>
          <w:szCs w:val="24"/>
        </w:rPr>
        <w:t xml:space="preserve">ahtedohko, de besset dorvvohis minstarat álggu rájes šaddat. </w:t>
      </w:r>
      <w:r w:rsidR="00772561" w:rsidRPr="001C56D5">
        <w:rPr>
          <w:szCs w:val="24"/>
        </w:rPr>
        <w:t xml:space="preserve"> </w:t>
      </w:r>
    </w:p>
    <w:p w14:paraId="099264BE" w14:textId="53BC777B" w:rsidR="00BE2B9D" w:rsidRPr="001C56D5" w:rsidRDefault="00BE2B9D">
      <w:pPr>
        <w:rPr>
          <w:szCs w:val="24"/>
        </w:rPr>
      </w:pPr>
      <w:r w:rsidRPr="001C56D5">
        <w:rPr>
          <w:szCs w:val="24"/>
        </w:rPr>
        <w:t xml:space="preserve">Skuvlaálgin lea erenoamážit dehálaš danne go ohppiin leat sierralágan vásáhusat. Muhtimat illudit ja dovdet </w:t>
      </w:r>
      <w:r w:rsidR="00AE5C5C" w:rsidRPr="001C56D5">
        <w:rPr>
          <w:szCs w:val="24"/>
        </w:rPr>
        <w:t>olusiid. Earát ges eai dovdda geange, leat ovdal vásihan olggušteami,</w:t>
      </w:r>
      <w:r w:rsidR="00A815F4" w:rsidRPr="001C56D5">
        <w:rPr>
          <w:szCs w:val="24"/>
        </w:rPr>
        <w:t xml:space="preserve"> rahčet gielain, doaibmahehttehusaiguin, jávkamiin, </w:t>
      </w:r>
      <w:r w:rsidR="00FA6E22" w:rsidRPr="001C56D5">
        <w:rPr>
          <w:szCs w:val="24"/>
        </w:rPr>
        <w:t xml:space="preserve">psyhkalaš dearvvašvuođain, sosiála </w:t>
      </w:r>
      <w:r w:rsidR="00A4446C" w:rsidRPr="001C56D5">
        <w:rPr>
          <w:szCs w:val="24"/>
        </w:rPr>
        <w:t xml:space="preserve">eahpesihkkarvuođain dahje dorvvohis gaskavuođaiguin. </w:t>
      </w:r>
      <w:r w:rsidR="00A0554B" w:rsidRPr="001C56D5">
        <w:rPr>
          <w:szCs w:val="24"/>
        </w:rPr>
        <w:t>Oahppit guđet</w:t>
      </w:r>
      <w:r w:rsidR="00CE1330" w:rsidRPr="001C56D5">
        <w:rPr>
          <w:szCs w:val="24"/>
        </w:rPr>
        <w:t xml:space="preserve"> dárbbašit eanemus doarjaga fertejit danne vuolggasadjin go plánet oadjebas skuvlaálgima, eaige oahppit guđet nagodit ieža sajáiduhttet. </w:t>
      </w:r>
    </w:p>
    <w:p w14:paraId="064FBC45" w14:textId="2E9DC5CE" w:rsidR="00DA4DFA" w:rsidRPr="001C56D5" w:rsidRDefault="00FD166B">
      <w:pPr>
        <w:rPr>
          <w:szCs w:val="24"/>
        </w:rPr>
      </w:pPr>
      <w:r w:rsidRPr="001C56D5">
        <w:rPr>
          <w:szCs w:val="24"/>
        </w:rPr>
        <w:t>Dát mielddisbuktá ahte bargit fertejit ráhkkan</w:t>
      </w:r>
      <w:r w:rsidR="007F6F12" w:rsidRPr="001C56D5">
        <w:rPr>
          <w:szCs w:val="24"/>
        </w:rPr>
        <w:t>it</w:t>
      </w:r>
      <w:r w:rsidRPr="001C56D5">
        <w:rPr>
          <w:szCs w:val="24"/>
        </w:rPr>
        <w:t xml:space="preserve"> skuvlaálgimii. </w:t>
      </w:r>
      <w:r w:rsidR="00E34D82" w:rsidRPr="001C56D5">
        <w:rPr>
          <w:szCs w:val="24"/>
        </w:rPr>
        <w:t>Ferte čielggad</w:t>
      </w:r>
      <w:r w:rsidR="008B7993" w:rsidRPr="001C56D5">
        <w:rPr>
          <w:szCs w:val="24"/>
        </w:rPr>
        <w:t>it</w:t>
      </w:r>
      <w:r w:rsidR="00E34D82" w:rsidRPr="001C56D5">
        <w:rPr>
          <w:szCs w:val="24"/>
        </w:rPr>
        <w:t xml:space="preserve"> mo </w:t>
      </w:r>
      <w:r w:rsidR="00A24C03" w:rsidRPr="001C56D5">
        <w:rPr>
          <w:szCs w:val="24"/>
        </w:rPr>
        <w:t>váldit vuostá ohppiid, mo joavkkuid hábmet</w:t>
      </w:r>
      <w:r w:rsidR="00C45DFC" w:rsidRPr="001C56D5">
        <w:rPr>
          <w:szCs w:val="24"/>
        </w:rPr>
        <w:t xml:space="preserve">, </w:t>
      </w:r>
      <w:r w:rsidR="008B7993" w:rsidRPr="001C56D5">
        <w:rPr>
          <w:szCs w:val="24"/>
        </w:rPr>
        <w:t xml:space="preserve">mo čađahit doaimmaid, </w:t>
      </w:r>
      <w:r w:rsidR="00207A81" w:rsidRPr="001C56D5">
        <w:rPr>
          <w:szCs w:val="24"/>
        </w:rPr>
        <w:t>mo rávesolbmot galget čuovvut mielde, ja mo skuvla galgá reageret jus</w:t>
      </w:r>
      <w:r w:rsidR="00966923" w:rsidRPr="001C56D5">
        <w:rPr>
          <w:szCs w:val="24"/>
        </w:rPr>
        <w:t xml:space="preserve"> soames báhcá olggobeallai. Ferte</w:t>
      </w:r>
      <w:r w:rsidR="0066741A" w:rsidRPr="001C56D5">
        <w:rPr>
          <w:szCs w:val="24"/>
        </w:rPr>
        <w:t xml:space="preserve"> ráhkadit rutiinnaid maid sáhttá geardduhit </w:t>
      </w:r>
      <w:r w:rsidR="00873353" w:rsidRPr="001C56D5">
        <w:rPr>
          <w:szCs w:val="24"/>
        </w:rPr>
        <w:t>– ii dušše vuosttaš skuvlabeaivvi, muhto juohke diimmu,</w:t>
      </w:r>
      <w:r w:rsidR="007F6F12" w:rsidRPr="001C56D5">
        <w:rPr>
          <w:szCs w:val="24"/>
        </w:rPr>
        <w:t xml:space="preserve"> juohke vahku ja juohke lanjas gos oahppit deaivvadit. </w:t>
      </w:r>
    </w:p>
    <w:tbl>
      <w:tblPr>
        <w:tblW w:w="0" w:type="auto"/>
        <w:jc w:val="center"/>
        <w:tblLook w:val="04A0" w:firstRow="1" w:lastRow="0" w:firstColumn="1" w:lastColumn="0" w:noHBand="0" w:noVBand="1"/>
      </w:tblPr>
      <w:tblGrid>
        <w:gridCol w:w="10200"/>
      </w:tblGrid>
      <w:tr w:rsidR="008E65E7" w:rsidRPr="001C56D5" w14:paraId="3A37E44E" w14:textId="77777777">
        <w:trPr>
          <w:jc w:val="center"/>
        </w:trPr>
        <w:tc>
          <w:tcPr>
            <w:tcW w:w="10200" w:type="dxa"/>
            <w:shd w:val="clear" w:color="auto" w:fill="EAF7F2"/>
          </w:tcPr>
          <w:p w14:paraId="60F1B765" w14:textId="7C9EC811" w:rsidR="008E65E7" w:rsidRPr="001C56D5" w:rsidRDefault="00DA4DFA">
            <w:pPr>
              <w:rPr>
                <w:szCs w:val="24"/>
              </w:rPr>
            </w:pPr>
            <w:r w:rsidRPr="001C56D5">
              <w:rPr>
                <w:b/>
                <w:szCs w:val="24"/>
              </w:rPr>
              <w:t>Vuođđojurdda</w:t>
            </w:r>
          </w:p>
          <w:p w14:paraId="34158FBC" w14:textId="6C784C7F" w:rsidR="008E65E7" w:rsidRPr="001C56D5" w:rsidRDefault="00DA4DFA">
            <w:pPr>
              <w:spacing w:after="0"/>
              <w:rPr>
                <w:szCs w:val="24"/>
              </w:rPr>
            </w:pPr>
            <w:r w:rsidRPr="001C56D5">
              <w:rPr>
                <w:szCs w:val="24"/>
              </w:rPr>
              <w:t xml:space="preserve">Buorre álgu mearkkaša unnidit sosiála uhki ja loktet oadjebasvuođavásáhusa. Dat eaktuda čielga rávesolbmuid, searvadahtti doaimmaid, fásta rutiinnaid, buorre struktuvrra, ohppiid mielváikkuheami ja rašes ohppiid systemáhtalaš čuovvoleami. </w:t>
            </w:r>
          </w:p>
        </w:tc>
      </w:tr>
    </w:tbl>
    <w:p w14:paraId="0D3E6958" w14:textId="19868A36" w:rsidR="008E65E7" w:rsidRPr="001C56D5" w:rsidRDefault="007F6F12" w:rsidP="001F3FB1">
      <w:pPr>
        <w:pStyle w:val="Overskrift1"/>
      </w:pPr>
      <w:bookmarkStart w:id="2" w:name="_Toc238470108"/>
      <w:r w:rsidRPr="001C56D5">
        <w:lastRenderedPageBreak/>
        <w:t>Fágalaš vuođđu: vuoigatvuođat, givssidanáddejupmi ja searvevuohta</w:t>
      </w:r>
      <w:bookmarkEnd w:id="2"/>
    </w:p>
    <w:p w14:paraId="3CA301F0" w14:textId="66F6FC2D" w:rsidR="000321FD" w:rsidRPr="001C56D5" w:rsidRDefault="008378EC" w:rsidP="000321FD">
      <w:r w:rsidRPr="001C56D5">
        <w:t>Skuvlaálgopáhka v</w:t>
      </w:r>
      <w:r w:rsidR="00616362" w:rsidRPr="001C56D5">
        <w:t>uođđun l</w:t>
      </w:r>
      <w:r w:rsidRPr="001C56D5">
        <w:t>ea</w:t>
      </w:r>
      <w:r w:rsidR="00D70E41" w:rsidRPr="001C56D5">
        <w:t xml:space="preserve"> </w:t>
      </w:r>
      <w:proofErr w:type="spellStart"/>
      <w:r w:rsidR="003A0879" w:rsidRPr="001C56D5">
        <w:t>workshop</w:t>
      </w:r>
      <w:proofErr w:type="spellEnd"/>
      <w:r w:rsidR="00F47D9A" w:rsidRPr="001C56D5">
        <w:t xml:space="preserve"> </w:t>
      </w:r>
      <w:r w:rsidR="00AF4BCB" w:rsidRPr="001C56D5">
        <w:t>buorre skuvlaálgima birra</w:t>
      </w:r>
      <w:r w:rsidR="006377D0" w:rsidRPr="001C56D5">
        <w:t xml:space="preserve"> </w:t>
      </w:r>
      <w:r w:rsidR="00616362" w:rsidRPr="001C56D5">
        <w:t xml:space="preserve">mii lágiduvvui </w:t>
      </w:r>
      <w:r w:rsidR="006377D0" w:rsidRPr="001C56D5">
        <w:t>joatkkaskuvllaide čavčča 2025</w:t>
      </w:r>
      <w:r w:rsidR="00AF4BCB" w:rsidRPr="001C56D5">
        <w:t xml:space="preserve">, </w:t>
      </w:r>
      <w:r w:rsidR="004F2254" w:rsidRPr="001C56D5">
        <w:t>árvvoštallanskov</w:t>
      </w:r>
      <w:r w:rsidR="002F6426" w:rsidRPr="001C56D5">
        <w:t>v</w:t>
      </w:r>
      <w:r w:rsidR="00616362" w:rsidRPr="001C56D5">
        <w:t>i</w:t>
      </w:r>
      <w:r w:rsidR="002F6426" w:rsidRPr="001C56D5">
        <w:t xml:space="preserve"> mii </w:t>
      </w:r>
      <w:r w:rsidR="00616362" w:rsidRPr="001C56D5">
        <w:t>sáddejuvvui</w:t>
      </w:r>
      <w:r w:rsidR="002F6426" w:rsidRPr="001C56D5">
        <w:t xml:space="preserve"> bargiide ja ohppiide </w:t>
      </w:r>
      <w:r w:rsidR="00616362" w:rsidRPr="001C56D5">
        <w:t>maŋŋelaš</w:t>
      </w:r>
      <w:r w:rsidR="002F6426" w:rsidRPr="001C56D5">
        <w:t>, ja oh</w:t>
      </w:r>
      <w:r w:rsidR="00616362" w:rsidRPr="001C56D5">
        <w:t xml:space="preserve">ppiid cealkámušat doaimmaid hárrái. </w:t>
      </w:r>
    </w:p>
    <w:p w14:paraId="688F6581" w14:textId="77777777" w:rsidR="000C07B1" w:rsidRDefault="008378EC" w:rsidP="000C07B1">
      <w:pPr>
        <w:pStyle w:val="Overskrift2"/>
      </w:pPr>
      <w:bookmarkStart w:id="3" w:name="_Toc238470109"/>
      <w:r w:rsidRPr="001C56D5">
        <w:t>Oahppi vuoigatvuohta oadjebas ja buorre skuvlabirrasii</w:t>
      </w:r>
      <w:bookmarkEnd w:id="3"/>
    </w:p>
    <w:p w14:paraId="699E5896" w14:textId="4E31D399" w:rsidR="00547666" w:rsidRPr="000C07B1" w:rsidRDefault="00B27AA9" w:rsidP="000C07B1">
      <w:pPr>
        <w:rPr>
          <w:rFonts w:eastAsiaTheme="majorEastAsia" w:cstheme="majorBidi"/>
          <w:sz w:val="28"/>
          <w:szCs w:val="26"/>
        </w:rPr>
      </w:pPr>
      <w:r w:rsidRPr="001C56D5">
        <w:rPr>
          <w:lang w:eastAsia="nb-NO"/>
        </w:rPr>
        <w:t>Oahpahuslága § 12-2 cealká ahte b</w:t>
      </w:r>
      <w:r w:rsidR="00547666" w:rsidRPr="001C56D5">
        <w:rPr>
          <w:lang w:eastAsia="nb-NO"/>
        </w:rPr>
        <w:t xml:space="preserve">uot </w:t>
      </w:r>
      <w:r w:rsidRPr="001C56D5">
        <w:rPr>
          <w:lang w:eastAsia="nb-NO"/>
        </w:rPr>
        <w:t>ohppiin</w:t>
      </w:r>
      <w:r w:rsidR="00547666" w:rsidRPr="001C56D5">
        <w:rPr>
          <w:lang w:eastAsia="nb-NO"/>
        </w:rPr>
        <w:t xml:space="preserve"> lea riekti oadjebas ja buorre </w:t>
      </w:r>
      <w:r w:rsidRPr="001C56D5">
        <w:rPr>
          <w:lang w:eastAsia="nb-NO"/>
        </w:rPr>
        <w:t>skuvla</w:t>
      </w:r>
      <w:r w:rsidR="00547666" w:rsidRPr="001C56D5">
        <w:rPr>
          <w:lang w:eastAsia="nb-NO"/>
        </w:rPr>
        <w:t xml:space="preserve">birrasii mii ovddida dearvvašvuođa, </w:t>
      </w:r>
      <w:r w:rsidR="00AE7D7E" w:rsidRPr="001C56D5">
        <w:rPr>
          <w:lang w:eastAsia="nb-NO"/>
        </w:rPr>
        <w:t xml:space="preserve">searvadahttima, </w:t>
      </w:r>
      <w:r w:rsidR="00547666" w:rsidRPr="001C56D5">
        <w:rPr>
          <w:lang w:eastAsia="nb-NO"/>
        </w:rPr>
        <w:t xml:space="preserve">loaktima ja oahppama. Ii leat dušše vuoigatvuohta eallit loavkidemiid haga, muhto maiddái vuoigatvuohta vásihit oadjebasvuođa, searvevuođa ja oahppama. </w:t>
      </w:r>
      <w:r w:rsidR="00AE7D7E" w:rsidRPr="001C56D5">
        <w:rPr>
          <w:lang w:eastAsia="nb-NO"/>
        </w:rPr>
        <w:t>Oahppi</w:t>
      </w:r>
      <w:r w:rsidRPr="001C56D5">
        <w:rPr>
          <w:lang w:eastAsia="nb-NO"/>
        </w:rPr>
        <w:t xml:space="preserve"> vásáhusa galgá duođas váldit. </w:t>
      </w:r>
    </w:p>
    <w:p w14:paraId="7879E8B0" w14:textId="0B1E6D08" w:rsidR="008E65E7" w:rsidRPr="001C56D5" w:rsidRDefault="003211BA" w:rsidP="00AD682D">
      <w:pPr>
        <w:pStyle w:val="Overskrift2"/>
      </w:pPr>
      <w:bookmarkStart w:id="4" w:name="_Toc237424987"/>
      <w:bookmarkStart w:id="5" w:name="_Toc238470110"/>
      <w:r w:rsidRPr="001C56D5">
        <w:t>Givssideapmi lea eambbo go eaŋkildagut</w:t>
      </w:r>
      <w:bookmarkEnd w:id="4"/>
      <w:bookmarkEnd w:id="5"/>
    </w:p>
    <w:p w14:paraId="33ADAFFF" w14:textId="234A0334" w:rsidR="00307C8B" w:rsidRPr="001C56D5" w:rsidRDefault="00307C8B">
      <w:pPr>
        <w:rPr>
          <w:rFonts w:cs="Segoe UI"/>
          <w:szCs w:val="20"/>
        </w:rPr>
      </w:pPr>
      <w:r w:rsidRPr="001C56D5">
        <w:rPr>
          <w:rFonts w:cs="Segoe UI"/>
          <w:szCs w:val="20"/>
        </w:rPr>
        <w:t xml:space="preserve">Bargiin berre leat oktasaš givssidanáddejupmi go barget skuvlaálgimiin. Ingrid Lund </w:t>
      </w:r>
      <w:proofErr w:type="spellStart"/>
      <w:r w:rsidRPr="001C56D5">
        <w:rPr>
          <w:rFonts w:cs="Segoe UI"/>
          <w:szCs w:val="20"/>
        </w:rPr>
        <w:t>m.fl</w:t>
      </w:r>
      <w:proofErr w:type="spellEnd"/>
      <w:r w:rsidRPr="001C56D5">
        <w:rPr>
          <w:rFonts w:cs="Segoe UI"/>
          <w:szCs w:val="20"/>
        </w:rPr>
        <w:t xml:space="preserve">. (2017) leat váikkuhan áddejupmái gos givssideapmi lea rávesolbmuid ja/dahje mánáid </w:t>
      </w:r>
      <w:r w:rsidR="00144FEB" w:rsidRPr="001C56D5">
        <w:rPr>
          <w:rFonts w:cs="Segoe UI"/>
          <w:szCs w:val="20"/>
        </w:rPr>
        <w:t>daguid birra</w:t>
      </w:r>
      <w:r w:rsidRPr="001C56D5">
        <w:rPr>
          <w:rFonts w:cs="Segoe UI"/>
          <w:szCs w:val="20"/>
        </w:rPr>
        <w:t xml:space="preserve"> </w:t>
      </w:r>
      <w:r w:rsidR="00CD6649" w:rsidRPr="001C56D5">
        <w:rPr>
          <w:rFonts w:cs="Segoe UI"/>
          <w:szCs w:val="20"/>
        </w:rPr>
        <w:t>mat</w:t>
      </w:r>
      <w:r w:rsidRPr="001C56D5">
        <w:rPr>
          <w:rFonts w:cs="Segoe UI"/>
          <w:szCs w:val="20"/>
        </w:rPr>
        <w:t xml:space="preserve"> hehttejit </w:t>
      </w:r>
      <w:r w:rsidR="00CD6649" w:rsidRPr="001C56D5">
        <w:rPr>
          <w:rFonts w:cs="Segoe UI"/>
          <w:szCs w:val="20"/>
        </w:rPr>
        <w:t>soapmás</w:t>
      </w:r>
      <w:r w:rsidR="00BF650C" w:rsidRPr="001C56D5">
        <w:rPr>
          <w:rFonts w:cs="Segoe UI"/>
          <w:szCs w:val="20"/>
        </w:rPr>
        <w:t>a</w:t>
      </w:r>
      <w:r w:rsidRPr="001C56D5">
        <w:rPr>
          <w:rFonts w:cs="Segoe UI"/>
          <w:szCs w:val="20"/>
        </w:rPr>
        <w:t xml:space="preserve"> dovdat gullevašvuođa, leat earáide mearkkašahtti, ja vejolašvuođa mielváikkuhit. </w:t>
      </w:r>
    </w:p>
    <w:p w14:paraId="1C984C85" w14:textId="02A5DAD9" w:rsidR="002D0349" w:rsidRPr="001C56D5" w:rsidRDefault="002D0349">
      <w:r w:rsidRPr="001C56D5">
        <w:t xml:space="preserve">Dát áddejupmi lea erenoamáš dehálaš skuvlaálgimis. Máŋga loavkidemiid lea váttis fuomášit stuorát dáhpáhusaid ektui. Olggušteapmi sáhttá leat geahčastat, jaskatvuohta, váilevaš bovdehus, smávva kommentárat, fásta joavkkut, čaimmas go soames vástida boastut, dahje jus </w:t>
      </w:r>
      <w:r w:rsidR="00291E36" w:rsidRPr="001C56D5">
        <w:t>oahppi</w:t>
      </w:r>
      <w:r w:rsidRPr="001C56D5">
        <w:t xml:space="preserve"> ii goassege válljejuvvo </w:t>
      </w:r>
      <w:r w:rsidR="00381D92" w:rsidRPr="001C56D5">
        <w:t>ovttasbargoguoibmin</w:t>
      </w:r>
      <w:r w:rsidRPr="001C56D5">
        <w:t xml:space="preserve">. Soaitá váttis fuomášit dakkár passiiva daguid ja gaskavuođaid, muhto sáhttá dattege rivvet </w:t>
      </w:r>
      <w:r w:rsidR="00381D92" w:rsidRPr="001C56D5">
        <w:t>oahppis</w:t>
      </w:r>
      <w:r w:rsidRPr="001C56D5">
        <w:t xml:space="preserve"> oadjebas ja mearkkašahtti saji. </w:t>
      </w:r>
    </w:p>
    <w:p w14:paraId="5455A77B" w14:textId="21988C1E" w:rsidR="004110C4" w:rsidRPr="001C56D5" w:rsidRDefault="00A65DFD" w:rsidP="004110C4">
      <w:r w:rsidRPr="001C56D5">
        <w:t xml:space="preserve">Rávesolbmot fertejit danne jearrat: Gii oažžu váikkuhit? Gii gullo? Gii válljejuvvo eret? Gii čohkohallá okto? Gii heivehaddá </w:t>
      </w:r>
      <w:r w:rsidR="0082262E" w:rsidRPr="001C56D5">
        <w:t xml:space="preserve">álohii vai beassá searvat? </w:t>
      </w:r>
      <w:r w:rsidRPr="001C56D5">
        <w:t xml:space="preserve">Geas lea vuollelaš sosiála uhkki, ja gii ferte gierdat </w:t>
      </w:r>
      <w:r w:rsidR="00D91152">
        <w:t xml:space="preserve">olu </w:t>
      </w:r>
      <w:r w:rsidR="005178D6">
        <w:t xml:space="preserve">vai </w:t>
      </w:r>
      <w:r w:rsidR="00D91152">
        <w:t>beass</w:t>
      </w:r>
      <w:r w:rsidR="005178D6">
        <w:t xml:space="preserve">á </w:t>
      </w:r>
      <w:r w:rsidR="00D91152">
        <w:t>searvat</w:t>
      </w:r>
      <w:r w:rsidRPr="001C56D5">
        <w:t>?</w:t>
      </w:r>
    </w:p>
    <w:p w14:paraId="30935CC3" w14:textId="68632E8A" w:rsidR="004110C4" w:rsidRPr="001C56D5" w:rsidRDefault="000C07B1" w:rsidP="004110C4">
      <w:pPr>
        <w:rPr>
          <w:szCs w:val="24"/>
        </w:rPr>
      </w:pPr>
      <w:hyperlink r:id="rId14" w:history="1">
        <w:r w:rsidR="00EA6A55" w:rsidRPr="000C07B1">
          <w:rPr>
            <w:rStyle w:val="Hyperkobling"/>
          </w:rPr>
          <w:t>Omnimodeallas</w:t>
        </w:r>
      </w:hyperlink>
      <w:r w:rsidR="00EA6A55" w:rsidRPr="001C56D5">
        <w:t xml:space="preserve"> sáhtát lohkat lasi </w:t>
      </w:r>
      <w:r w:rsidR="00AD7523" w:rsidRPr="001C56D5">
        <w:t>ruoná</w:t>
      </w:r>
      <w:r w:rsidR="00EA6A55" w:rsidRPr="001C56D5">
        <w:t xml:space="preserve"> ja oadjebas</w:t>
      </w:r>
      <w:r w:rsidR="00C2790B" w:rsidRPr="001C56D5">
        <w:t xml:space="preserve"> dahje rukses ja dorvvohis searvevuođaid birra: </w:t>
      </w:r>
    </w:p>
    <w:p w14:paraId="1C01015F" w14:textId="45FC5CA5" w:rsidR="00F81897" w:rsidRPr="001C56D5" w:rsidRDefault="00AD7523" w:rsidP="00F81897">
      <w:pPr>
        <w:pStyle w:val="Overskrift2"/>
      </w:pPr>
      <w:bookmarkStart w:id="6" w:name="_Toc238470111"/>
      <w:r w:rsidRPr="001C56D5">
        <w:t>Ruoná ja rukses searvevuođat</w:t>
      </w:r>
      <w:bookmarkEnd w:id="6"/>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4387"/>
        <w:gridCol w:w="4677"/>
      </w:tblGrid>
      <w:tr w:rsidR="00F81897" w:rsidRPr="001C56D5" w14:paraId="647B2528" w14:textId="77777777" w:rsidTr="000C07B1">
        <w:trPr>
          <w:trHeight w:val="118"/>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9EE81D9" w14:textId="067B3FF2" w:rsidR="00F81897" w:rsidRPr="001C56D5" w:rsidRDefault="00356AC1" w:rsidP="00703886">
            <w:pPr>
              <w:spacing w:after="0" w:line="240" w:lineRule="auto"/>
              <w:jc w:val="center"/>
              <w:rPr>
                <w:rFonts w:eastAsia="Times New Roman" w:cs="Segoe UI"/>
                <w:b/>
                <w:bCs/>
                <w:lang w:eastAsia="nb-NO"/>
              </w:rPr>
            </w:pPr>
            <w:r w:rsidRPr="001C56D5">
              <w:rPr>
                <w:rFonts w:eastAsia="Times New Roman" w:cs="Segoe UI"/>
                <w:b/>
                <w:bCs/>
                <w:lang w:eastAsia="nb-NO"/>
              </w:rPr>
              <w:t>Ruoná searvevuođat</w:t>
            </w:r>
          </w:p>
        </w:tc>
        <w:tc>
          <w:tcPr>
            <w:tcW w:w="4632" w:type="dxa"/>
            <w:tcBorders>
              <w:top w:val="single" w:sz="6" w:space="0" w:color="E6E6E6"/>
              <w:left w:val="single" w:sz="6" w:space="0" w:color="E6E6E6"/>
              <w:bottom w:val="single" w:sz="6" w:space="0" w:color="E6E6E6"/>
              <w:right w:val="single" w:sz="6" w:space="0" w:color="E6E6E6"/>
            </w:tcBorders>
            <w:shd w:val="clear" w:color="auto" w:fill="EE0000"/>
            <w:vAlign w:val="center"/>
            <w:hideMark/>
          </w:tcPr>
          <w:p w14:paraId="6DF82A49" w14:textId="31DAD1A4" w:rsidR="00F81897" w:rsidRPr="001C56D5" w:rsidRDefault="00DA63D1" w:rsidP="00703886">
            <w:pPr>
              <w:spacing w:after="0" w:line="240" w:lineRule="auto"/>
              <w:jc w:val="center"/>
              <w:rPr>
                <w:rFonts w:eastAsia="Times New Roman" w:cs="Segoe UI"/>
                <w:b/>
                <w:bCs/>
                <w:lang w:eastAsia="nb-NO"/>
              </w:rPr>
            </w:pPr>
            <w:r w:rsidRPr="001C56D5">
              <w:rPr>
                <w:rFonts w:eastAsia="Times New Roman" w:cs="Segoe UI"/>
                <w:b/>
                <w:bCs/>
                <w:lang w:eastAsia="nb-NO"/>
              </w:rPr>
              <w:t>Rukses searvevuođat</w:t>
            </w:r>
          </w:p>
        </w:tc>
      </w:tr>
      <w:tr w:rsidR="009F6276" w:rsidRPr="001C56D5" w14:paraId="0E48E04C"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634D6C6F" w14:textId="2CFF49FA"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Buohkat oidnojit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2C45D6A9" w14:textId="52479CA1"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Badjelgeahččan</w:t>
            </w:r>
          </w:p>
        </w:tc>
      </w:tr>
      <w:tr w:rsidR="009F6276" w:rsidRPr="001C56D5" w14:paraId="664EF62B"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1CD1815A" w14:textId="66895F85"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Oahppit bovdejuvvojit sisa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2C5C26F3" w14:textId="3639724D"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Oahppit fertejit doarrut saji oažžut</w:t>
            </w:r>
          </w:p>
        </w:tc>
      </w:tr>
      <w:tr w:rsidR="009F6276" w:rsidRPr="001C56D5" w14:paraId="24692A8E"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E46AACE" w14:textId="77D49D3E"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Girjáivuohta árvvusadno</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7813A335" w14:textId="36C855A3"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Šaddá sosiála maŋŋálastin</w:t>
            </w:r>
          </w:p>
        </w:tc>
      </w:tr>
      <w:tr w:rsidR="009F6276" w:rsidRPr="001C56D5" w14:paraId="52E49D9A"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1925EA0" w14:textId="7288D324"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Aktiiva rávesolbmot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1745268D" w14:textId="564EE5D3"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Rávesolbmot gehččet dagakeahttá</w:t>
            </w:r>
          </w:p>
        </w:tc>
      </w:tr>
      <w:tr w:rsidR="009F6276" w:rsidRPr="001C56D5" w14:paraId="3103F34F"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tcPr>
          <w:p w14:paraId="277F077F" w14:textId="093E2063"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Buohkat dovdet njuolggadusaid</w:t>
            </w:r>
          </w:p>
        </w:tc>
        <w:tc>
          <w:tcPr>
            <w:tcW w:w="4632" w:type="dxa"/>
            <w:tcBorders>
              <w:top w:val="single" w:sz="6" w:space="0" w:color="E6E6E6"/>
              <w:left w:val="single" w:sz="6" w:space="0" w:color="E6E6E6"/>
              <w:bottom w:val="single" w:sz="6" w:space="0" w:color="E6E6E6"/>
              <w:right w:val="single" w:sz="6" w:space="0" w:color="E6E6E6"/>
            </w:tcBorders>
          </w:tcPr>
          <w:p w14:paraId="4F4F51DA" w14:textId="73844826" w:rsidR="009F6276" w:rsidRPr="001C56D5" w:rsidRDefault="009F6276" w:rsidP="009F6276">
            <w:pPr>
              <w:spacing w:after="0" w:line="240" w:lineRule="auto"/>
              <w:rPr>
                <w:rFonts w:eastAsia="Times New Roman" w:cs="Segoe UI"/>
                <w:lang w:eastAsia="nb-NO"/>
              </w:rPr>
            </w:pPr>
            <w:r w:rsidRPr="001C56D5">
              <w:t>Eai buohkat dovdda njuolggadusaid</w:t>
            </w:r>
          </w:p>
        </w:tc>
      </w:tr>
      <w:tr w:rsidR="009F6276" w:rsidRPr="001C56D5" w14:paraId="01D45160"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F99F2BD" w14:textId="0BC72F9D"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Rabas searvevuohta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50024315" w14:textId="482374AF"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Searvevuohta lea gitta</w:t>
            </w:r>
          </w:p>
        </w:tc>
      </w:tr>
      <w:tr w:rsidR="009F6276" w:rsidRPr="001C56D5" w14:paraId="47837529" w14:textId="77777777" w:rsidTr="00703886">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4942940F" w14:textId="33CBE57B"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Soahpameahttunvuohta gieđahallo ávkkálaččat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1A36E888" w14:textId="2307BEC2" w:rsidR="009F6276" w:rsidRPr="001C56D5" w:rsidRDefault="009F6276" w:rsidP="009F6276">
            <w:pPr>
              <w:spacing w:after="0" w:line="240" w:lineRule="auto"/>
              <w:rPr>
                <w:rFonts w:eastAsia="Times New Roman" w:cs="Segoe UI"/>
                <w:lang w:eastAsia="nb-NO"/>
              </w:rPr>
            </w:pPr>
            <w:r w:rsidRPr="001C56D5">
              <w:rPr>
                <w:rFonts w:eastAsia="Times New Roman" w:cs="Segoe UI"/>
                <w:lang w:eastAsia="nb-NO"/>
              </w:rPr>
              <w:t>Riiddut besset stuorrut</w:t>
            </w:r>
          </w:p>
        </w:tc>
      </w:tr>
    </w:tbl>
    <w:p w14:paraId="269AC118" w14:textId="77777777" w:rsidR="00F81897" w:rsidRPr="001C56D5" w:rsidRDefault="00F81897" w:rsidP="00F81897"/>
    <w:p w14:paraId="4BC05852" w14:textId="5598E967" w:rsidR="00D776E6" w:rsidRPr="001C56D5" w:rsidRDefault="00D776E6" w:rsidP="00036AAF">
      <w:pPr>
        <w:pStyle w:val="Overskrift2"/>
      </w:pPr>
      <w:bookmarkStart w:id="7" w:name="_Toc238470112"/>
      <w:r w:rsidRPr="001C56D5">
        <w:t>Rávesolbmuid rolla oadjebas skuvlabirrasis ja skuvlaálgimis</w:t>
      </w:r>
      <w:bookmarkEnd w:id="7"/>
    </w:p>
    <w:p w14:paraId="48E9BAB1" w14:textId="1536B48A" w:rsidR="008E65E7" w:rsidRPr="001C56D5" w:rsidRDefault="008E384C">
      <w:pPr>
        <w:rPr>
          <w:szCs w:val="24"/>
        </w:rPr>
      </w:pPr>
      <w:r w:rsidRPr="001C56D5">
        <w:rPr>
          <w:szCs w:val="24"/>
        </w:rPr>
        <w:t xml:space="preserve">Buot bargit </w:t>
      </w:r>
      <w:r w:rsidR="00AB24C8" w:rsidRPr="001C56D5">
        <w:rPr>
          <w:szCs w:val="24"/>
        </w:rPr>
        <w:t xml:space="preserve">geat deivet ohppiid </w:t>
      </w:r>
      <w:r w:rsidRPr="001C56D5">
        <w:rPr>
          <w:szCs w:val="24"/>
        </w:rPr>
        <w:t>leat mielde hábmemin</w:t>
      </w:r>
      <w:r w:rsidR="00AB24C8" w:rsidRPr="001C56D5">
        <w:rPr>
          <w:szCs w:val="24"/>
        </w:rPr>
        <w:t xml:space="preserve"> skuvlaálgima.</w:t>
      </w:r>
      <w:r w:rsidR="00F529F6" w:rsidRPr="001C56D5">
        <w:rPr>
          <w:szCs w:val="24"/>
        </w:rPr>
        <w:t xml:space="preserve"> Gulahallan</w:t>
      </w:r>
      <w:r w:rsidR="005F4774" w:rsidRPr="001C56D5">
        <w:rPr>
          <w:szCs w:val="24"/>
        </w:rPr>
        <w:t xml:space="preserve">oahpaheaddjit, fágaoahpaheaddjit, </w:t>
      </w:r>
      <w:r w:rsidR="0094472A" w:rsidRPr="001C56D5">
        <w:rPr>
          <w:szCs w:val="24"/>
        </w:rPr>
        <w:t>veahkkebargit, birasbargit, ráđđeaddi</w:t>
      </w:r>
      <w:r w:rsidR="00053462" w:rsidRPr="001C56D5">
        <w:rPr>
          <w:szCs w:val="24"/>
        </w:rPr>
        <w:t>t</w:t>
      </w:r>
      <w:r w:rsidR="00D66A07" w:rsidRPr="001C56D5">
        <w:rPr>
          <w:szCs w:val="24"/>
        </w:rPr>
        <w:t>, skuvladearvvašvuođabálvalus, jođihangoddi</w:t>
      </w:r>
      <w:r w:rsidR="00910FB2" w:rsidRPr="001C56D5">
        <w:rPr>
          <w:szCs w:val="24"/>
        </w:rPr>
        <w:t>, kantiidna</w:t>
      </w:r>
      <w:r w:rsidR="00077DE6" w:rsidRPr="001C56D5">
        <w:rPr>
          <w:szCs w:val="24"/>
        </w:rPr>
        <w:t xml:space="preserve">-, </w:t>
      </w:r>
      <w:proofErr w:type="spellStart"/>
      <w:r w:rsidR="00077DE6" w:rsidRPr="001C56D5">
        <w:rPr>
          <w:szCs w:val="24"/>
        </w:rPr>
        <w:t>girjerádjo</w:t>
      </w:r>
      <w:proofErr w:type="spellEnd"/>
      <w:r w:rsidR="00077DE6" w:rsidRPr="001C56D5">
        <w:rPr>
          <w:szCs w:val="24"/>
        </w:rPr>
        <w:t>-</w:t>
      </w:r>
      <w:r w:rsidR="00845FAD" w:rsidRPr="001C56D5">
        <w:rPr>
          <w:szCs w:val="24"/>
        </w:rPr>
        <w:t>, re</w:t>
      </w:r>
      <w:r w:rsidR="00DE2436" w:rsidRPr="001C56D5">
        <w:rPr>
          <w:szCs w:val="24"/>
        </w:rPr>
        <w:t>sepšuvdna-</w:t>
      </w:r>
      <w:r w:rsidR="00593483" w:rsidRPr="001C56D5">
        <w:rPr>
          <w:szCs w:val="24"/>
        </w:rPr>
        <w:t xml:space="preserve"> ja</w:t>
      </w:r>
      <w:r w:rsidR="00DE2436" w:rsidRPr="001C56D5">
        <w:rPr>
          <w:szCs w:val="24"/>
        </w:rPr>
        <w:t xml:space="preserve"> </w:t>
      </w:r>
      <w:proofErr w:type="spellStart"/>
      <w:r w:rsidR="00DE2436" w:rsidRPr="001C56D5">
        <w:rPr>
          <w:szCs w:val="24"/>
        </w:rPr>
        <w:t>SÁO</w:t>
      </w:r>
      <w:r w:rsidR="00593483" w:rsidRPr="001C56D5">
        <w:rPr>
          <w:szCs w:val="24"/>
        </w:rPr>
        <w:t>-bargit</w:t>
      </w:r>
      <w:proofErr w:type="spellEnd"/>
      <w:r w:rsidR="00593483" w:rsidRPr="001C56D5">
        <w:rPr>
          <w:szCs w:val="24"/>
        </w:rPr>
        <w:t xml:space="preserve">, ja muđui </w:t>
      </w:r>
      <w:r w:rsidR="005C2789">
        <w:rPr>
          <w:szCs w:val="24"/>
        </w:rPr>
        <w:t xml:space="preserve">bargit </w:t>
      </w:r>
      <w:r w:rsidR="00593483" w:rsidRPr="001C56D5">
        <w:rPr>
          <w:szCs w:val="24"/>
        </w:rPr>
        <w:t>geat deivet ohppiid árgabeivviid. Oahppit jođánit</w:t>
      </w:r>
      <w:r w:rsidR="00315D24" w:rsidRPr="001C56D5">
        <w:rPr>
          <w:szCs w:val="24"/>
        </w:rPr>
        <w:t xml:space="preserve"> fuomášit jus</w:t>
      </w:r>
      <w:r w:rsidR="004E083A" w:rsidRPr="001C56D5">
        <w:rPr>
          <w:szCs w:val="24"/>
        </w:rPr>
        <w:t xml:space="preserve"> rávesolbmot eai</w:t>
      </w:r>
      <w:r w:rsidR="00EB5406" w:rsidRPr="001C56D5">
        <w:rPr>
          <w:szCs w:val="24"/>
        </w:rPr>
        <w:t xml:space="preserve"> ovttasbargga dahje jus geavahus molsašuddá </w:t>
      </w:r>
      <w:r w:rsidR="00A56259" w:rsidRPr="001C56D5">
        <w:rPr>
          <w:szCs w:val="24"/>
        </w:rPr>
        <w:t>lanjas latnjii</w:t>
      </w:r>
      <w:r w:rsidR="00EB5406" w:rsidRPr="001C56D5">
        <w:rPr>
          <w:szCs w:val="24"/>
        </w:rPr>
        <w:t>.</w:t>
      </w:r>
    </w:p>
    <w:p w14:paraId="45562634" w14:textId="67C33EF9" w:rsidR="00E93F7F" w:rsidRPr="001C56D5" w:rsidRDefault="00E93F7F" w:rsidP="00E93F7F">
      <w:pPr>
        <w:rPr>
          <w:rFonts w:cs="Times New Roman"/>
          <w:szCs w:val="32"/>
        </w:rPr>
      </w:pPr>
      <w:r w:rsidRPr="001C56D5">
        <w:rPr>
          <w:rFonts w:cs="Times New Roman"/>
          <w:szCs w:val="32"/>
        </w:rPr>
        <w:t xml:space="preserve">Oassin skuvlaálgimis lea dasto «mun rávesolmmožin ohppiideamet deaivvadettiin». Juohke bargi ferte diehtit mo váldit vuostá </w:t>
      </w:r>
      <w:r w:rsidR="009D53DB">
        <w:rPr>
          <w:rFonts w:cs="Times New Roman"/>
          <w:szCs w:val="32"/>
        </w:rPr>
        <w:t>ohppiid</w:t>
      </w:r>
      <w:r w:rsidRPr="001C56D5">
        <w:rPr>
          <w:rFonts w:cs="Times New Roman"/>
          <w:szCs w:val="32"/>
        </w:rPr>
        <w:t xml:space="preserve">, mo oččodit ráfi ja ulbmila, mo čuovvolit gaskavuođaid, ja maid bargat go soames olgguštuvvo. </w:t>
      </w:r>
    </w:p>
    <w:p w14:paraId="1B60173E" w14:textId="17DDBFCC" w:rsidR="00397BE5" w:rsidRPr="000C07B1" w:rsidRDefault="00397BE5">
      <w:pPr>
        <w:rPr>
          <w:rFonts w:cs="Times New Roman"/>
          <w:szCs w:val="32"/>
        </w:rPr>
      </w:pPr>
      <w:r w:rsidRPr="001C56D5">
        <w:rPr>
          <w:rFonts w:cs="Times New Roman"/>
          <w:szCs w:val="32"/>
        </w:rPr>
        <w:t>Lea juogalágan skuvlaálgin juohke vahku, juohke beaivvi ja juohke diimmu. Fágabargi guhte deaivá luohká vuosttaš háve, sáhttá nannet buori álgobarggu – dahje bilidit dan. Danne fertejit buohkat dovdat oktasaš rutiinnaid.</w:t>
      </w:r>
    </w:p>
    <w:tbl>
      <w:tblPr>
        <w:tblStyle w:val="Tabellrutenett"/>
        <w:tblW w:w="0" w:type="auto"/>
        <w:jc w:val="center"/>
        <w:tblLook w:val="04A0" w:firstRow="1" w:lastRow="0" w:firstColumn="1" w:lastColumn="0" w:noHBand="0" w:noVBand="1"/>
      </w:tblPr>
      <w:tblGrid>
        <w:gridCol w:w="3463"/>
        <w:gridCol w:w="6635"/>
      </w:tblGrid>
      <w:tr w:rsidR="008E65E7" w:rsidRPr="001C56D5" w14:paraId="64F6AA34" w14:textId="77777777" w:rsidTr="000D6C01">
        <w:trPr>
          <w:jc w:val="center"/>
        </w:trPr>
        <w:tc>
          <w:tcPr>
            <w:tcW w:w="3463" w:type="dxa"/>
            <w:shd w:val="clear" w:color="auto" w:fill="DDF1EA"/>
          </w:tcPr>
          <w:p w14:paraId="6913FF2E" w14:textId="50F0E809" w:rsidR="008E65E7" w:rsidRPr="001C56D5" w:rsidRDefault="00D74B94">
            <w:pPr>
              <w:rPr>
                <w:szCs w:val="24"/>
              </w:rPr>
            </w:pPr>
            <w:r w:rsidRPr="001C56D5">
              <w:rPr>
                <w:b/>
                <w:szCs w:val="24"/>
              </w:rPr>
              <w:t>Gelbbolašvuohta</w:t>
            </w:r>
          </w:p>
        </w:tc>
        <w:tc>
          <w:tcPr>
            <w:tcW w:w="6635" w:type="dxa"/>
            <w:shd w:val="clear" w:color="auto" w:fill="DDF1EA"/>
          </w:tcPr>
          <w:p w14:paraId="3F3164D9" w14:textId="0757E77B" w:rsidR="008E65E7" w:rsidRPr="001C56D5" w:rsidRDefault="00A165D8">
            <w:pPr>
              <w:rPr>
                <w:szCs w:val="24"/>
              </w:rPr>
            </w:pPr>
            <w:r w:rsidRPr="001C56D5">
              <w:rPr>
                <w:b/>
                <w:szCs w:val="24"/>
              </w:rPr>
              <w:t>Mearkkašupmi skuvlaálgimis</w:t>
            </w:r>
          </w:p>
        </w:tc>
      </w:tr>
      <w:tr w:rsidR="008E65E7" w:rsidRPr="001C56D5" w14:paraId="69A9B20B" w14:textId="77777777" w:rsidTr="000D6C01">
        <w:trPr>
          <w:jc w:val="center"/>
        </w:trPr>
        <w:tc>
          <w:tcPr>
            <w:tcW w:w="3463" w:type="dxa"/>
          </w:tcPr>
          <w:p w14:paraId="65EC70C5" w14:textId="3E54D11A" w:rsidR="008E65E7" w:rsidRPr="001C56D5" w:rsidRDefault="001F7BB5">
            <w:pPr>
              <w:rPr>
                <w:szCs w:val="24"/>
              </w:rPr>
            </w:pPr>
            <w:r w:rsidRPr="001C56D5">
              <w:rPr>
                <w:szCs w:val="24"/>
              </w:rPr>
              <w:t>Gaskavuođaid gelbbolašvuohta</w:t>
            </w:r>
          </w:p>
        </w:tc>
        <w:tc>
          <w:tcPr>
            <w:tcW w:w="6635" w:type="dxa"/>
          </w:tcPr>
          <w:p w14:paraId="3AAF1447" w14:textId="185D52BF" w:rsidR="008E65E7" w:rsidRPr="001C56D5" w:rsidRDefault="006A5173">
            <w:pPr>
              <w:rPr>
                <w:szCs w:val="24"/>
              </w:rPr>
            </w:pPr>
            <w:r w:rsidRPr="001C56D5">
              <w:rPr>
                <w:szCs w:val="24"/>
              </w:rPr>
              <w:t xml:space="preserve">Vuođđudit, ovddidit, doalahit ja divodit gaskavuođaid. Oaidnit </w:t>
            </w:r>
            <w:r w:rsidR="00C951EC" w:rsidRPr="001C56D5">
              <w:rPr>
                <w:szCs w:val="24"/>
              </w:rPr>
              <w:t>oahppi</w:t>
            </w:r>
            <w:r w:rsidRPr="001C56D5">
              <w:rPr>
                <w:szCs w:val="24"/>
              </w:rPr>
              <w:t xml:space="preserve">, dearvvahit, geavahit </w:t>
            </w:r>
            <w:r w:rsidR="00C951EC" w:rsidRPr="001C56D5">
              <w:rPr>
                <w:szCs w:val="24"/>
              </w:rPr>
              <w:t xml:space="preserve">su </w:t>
            </w:r>
            <w:r w:rsidRPr="001C56D5">
              <w:rPr>
                <w:szCs w:val="24"/>
              </w:rPr>
              <w:t xml:space="preserve">nama, čájehit liekkusvuođa, čuovvolit ja gierdat eahpesihkkarvuođa. </w:t>
            </w:r>
          </w:p>
        </w:tc>
      </w:tr>
      <w:tr w:rsidR="00352B95" w:rsidRPr="001C56D5" w14:paraId="08496998" w14:textId="77777777" w:rsidTr="000D6C01">
        <w:trPr>
          <w:jc w:val="center"/>
        </w:trPr>
        <w:tc>
          <w:tcPr>
            <w:tcW w:w="3463" w:type="dxa"/>
          </w:tcPr>
          <w:p w14:paraId="2E20506D" w14:textId="42925A64" w:rsidR="00352B95" w:rsidRPr="001C56D5" w:rsidRDefault="00352B95" w:rsidP="00352B95">
            <w:pPr>
              <w:rPr>
                <w:szCs w:val="24"/>
              </w:rPr>
            </w:pPr>
            <w:r w:rsidRPr="001C56D5">
              <w:rPr>
                <w:szCs w:val="24"/>
              </w:rPr>
              <w:t>Gelbbolašvuohta njuolggadusaiguin jođihit</w:t>
            </w:r>
          </w:p>
        </w:tc>
        <w:tc>
          <w:tcPr>
            <w:tcW w:w="6635" w:type="dxa"/>
          </w:tcPr>
          <w:p w14:paraId="28BA25D0" w14:textId="3B3EFDB9" w:rsidR="00352B95" w:rsidRPr="001C56D5" w:rsidRDefault="00352B95" w:rsidP="00352B95">
            <w:pPr>
              <w:rPr>
                <w:szCs w:val="24"/>
              </w:rPr>
            </w:pPr>
            <w:r w:rsidRPr="001C56D5">
              <w:t xml:space="preserve">Sajáiduhttit čielga, diehttevaš rámmaid ovttasdoaibmamii. Diehtit mii gusto juohke lanjas, sirdašumiin, joavkkuin ja digitála arenain. </w:t>
            </w:r>
          </w:p>
        </w:tc>
      </w:tr>
      <w:tr w:rsidR="00352B95" w:rsidRPr="001C56D5" w14:paraId="1B0870F1" w14:textId="77777777" w:rsidTr="000D6C01">
        <w:trPr>
          <w:jc w:val="center"/>
        </w:trPr>
        <w:tc>
          <w:tcPr>
            <w:tcW w:w="3463" w:type="dxa"/>
          </w:tcPr>
          <w:p w14:paraId="03649535" w14:textId="733323A7" w:rsidR="00352B95" w:rsidRPr="001C56D5" w:rsidRDefault="00352B95" w:rsidP="00352B95">
            <w:pPr>
              <w:rPr>
                <w:szCs w:val="24"/>
              </w:rPr>
            </w:pPr>
            <w:r w:rsidRPr="001C56D5">
              <w:rPr>
                <w:szCs w:val="24"/>
              </w:rPr>
              <w:t>Didákttalaš gelbbolašvuohta</w:t>
            </w:r>
          </w:p>
        </w:tc>
        <w:tc>
          <w:tcPr>
            <w:tcW w:w="6635" w:type="dxa"/>
          </w:tcPr>
          <w:p w14:paraId="16A17977" w14:textId="5B9551CF" w:rsidR="00872003" w:rsidRPr="001C56D5" w:rsidRDefault="00872003" w:rsidP="00872003">
            <w:r w:rsidRPr="001C56D5">
              <w:t xml:space="preserve">Plánet oahpahusa ja doaimmaid nu ahte oahppit vásihit máhttima, ulbmila, searvama ja ovttasbarggu </w:t>
            </w:r>
            <w:r w:rsidRPr="001C56D5">
              <w:rPr>
                <w:szCs w:val="24"/>
              </w:rPr>
              <w:t>– ii dušše fágalaš</w:t>
            </w:r>
            <w:r w:rsidR="00AA6671" w:rsidRPr="001C56D5">
              <w:rPr>
                <w:szCs w:val="24"/>
              </w:rPr>
              <w:t xml:space="preserve"> olahusaid.</w:t>
            </w:r>
          </w:p>
          <w:p w14:paraId="44BCD371" w14:textId="4BBD9A7A" w:rsidR="00352B95" w:rsidRPr="001C56D5" w:rsidRDefault="00352B95" w:rsidP="00352B95">
            <w:pPr>
              <w:rPr>
                <w:szCs w:val="24"/>
              </w:rPr>
            </w:pPr>
          </w:p>
        </w:tc>
      </w:tr>
    </w:tbl>
    <w:p w14:paraId="4105855C" w14:textId="7D3740F0" w:rsidR="008E65E7" w:rsidRPr="001C56D5" w:rsidRDefault="00D93531" w:rsidP="009C4378">
      <w:pPr>
        <w:pStyle w:val="Overskrift2"/>
      </w:pPr>
      <w:bookmarkStart w:id="8" w:name="_Toc238470113"/>
      <w:r w:rsidRPr="001C56D5">
        <w:t>Vuordámušat rávesolbmuide vuosttaš vahkuid</w:t>
      </w:r>
      <w:bookmarkEnd w:id="8"/>
    </w:p>
    <w:p w14:paraId="0BD9EDE5" w14:textId="47BB1E77" w:rsidR="008E65E7" w:rsidRPr="001C56D5" w:rsidRDefault="00A200DE">
      <w:pPr>
        <w:pStyle w:val="Punktliste"/>
        <w:rPr>
          <w:szCs w:val="24"/>
        </w:rPr>
      </w:pPr>
      <w:r w:rsidRPr="001C56D5">
        <w:rPr>
          <w:szCs w:val="24"/>
        </w:rPr>
        <w:t>Mii d</w:t>
      </w:r>
      <w:r w:rsidR="00D93531" w:rsidRPr="001C56D5">
        <w:rPr>
          <w:szCs w:val="24"/>
        </w:rPr>
        <w:t xml:space="preserve">earvvahat juohke oahppi </w:t>
      </w:r>
      <w:r w:rsidR="008525D5" w:rsidRPr="001C56D5">
        <w:rPr>
          <w:szCs w:val="24"/>
        </w:rPr>
        <w:t>čalbmeoktavuođain</w:t>
      </w:r>
      <w:r w:rsidR="00D93531" w:rsidRPr="001C56D5">
        <w:rPr>
          <w:szCs w:val="24"/>
        </w:rPr>
        <w:t xml:space="preserve"> ja namai</w:t>
      </w:r>
      <w:r w:rsidR="008525D5" w:rsidRPr="001C56D5">
        <w:rPr>
          <w:szCs w:val="24"/>
        </w:rPr>
        <w:t>n</w:t>
      </w:r>
    </w:p>
    <w:p w14:paraId="42882B01" w14:textId="16F74454" w:rsidR="008E65E7" w:rsidRPr="001C56D5" w:rsidRDefault="00A200DE">
      <w:pPr>
        <w:pStyle w:val="Punktliste"/>
        <w:rPr>
          <w:szCs w:val="24"/>
        </w:rPr>
      </w:pPr>
      <w:r w:rsidRPr="001C56D5">
        <w:rPr>
          <w:szCs w:val="24"/>
        </w:rPr>
        <w:t>Mii geavahit</w:t>
      </w:r>
      <w:r w:rsidR="001D0CDC" w:rsidRPr="001C56D5">
        <w:rPr>
          <w:szCs w:val="24"/>
        </w:rPr>
        <w:t xml:space="preserve"> fásta čohkkánsajiid dahje </w:t>
      </w:r>
      <w:r w:rsidR="005D1880" w:rsidRPr="001C56D5">
        <w:rPr>
          <w:szCs w:val="24"/>
        </w:rPr>
        <w:t xml:space="preserve">oahpaheaddji hábme joavkkuid go dat </w:t>
      </w:r>
      <w:r w:rsidR="00D5583E" w:rsidRPr="001C56D5">
        <w:rPr>
          <w:szCs w:val="24"/>
        </w:rPr>
        <w:t>buktá oadjebasvuođa</w:t>
      </w:r>
    </w:p>
    <w:p w14:paraId="7CE6A3C5" w14:textId="26CA7F63" w:rsidR="008E65E7" w:rsidRPr="001C56D5" w:rsidRDefault="00D5583E">
      <w:pPr>
        <w:pStyle w:val="Punktliste"/>
        <w:rPr>
          <w:szCs w:val="24"/>
        </w:rPr>
      </w:pPr>
      <w:r w:rsidRPr="001C56D5">
        <w:rPr>
          <w:szCs w:val="24"/>
        </w:rPr>
        <w:t>Mii čilget áigumušaid, plán</w:t>
      </w:r>
      <w:r w:rsidR="004145B6" w:rsidRPr="001C56D5">
        <w:rPr>
          <w:szCs w:val="24"/>
        </w:rPr>
        <w:t>a ja rámmaid ovdal go álggahit doaimma</w:t>
      </w:r>
    </w:p>
    <w:p w14:paraId="3725B7AD" w14:textId="1B614998" w:rsidR="008E65E7" w:rsidRPr="001C56D5" w:rsidRDefault="004145B6">
      <w:pPr>
        <w:pStyle w:val="Punktliste"/>
        <w:rPr>
          <w:szCs w:val="24"/>
        </w:rPr>
      </w:pPr>
      <w:r w:rsidRPr="001C56D5">
        <w:rPr>
          <w:szCs w:val="24"/>
        </w:rPr>
        <w:t>Mii válljet dakkár doaimmaid main lea unn</w:t>
      </w:r>
      <w:r w:rsidR="00122FA5" w:rsidRPr="001C56D5">
        <w:rPr>
          <w:szCs w:val="24"/>
        </w:rPr>
        <w:t xml:space="preserve">it </w:t>
      </w:r>
      <w:r w:rsidRPr="001C56D5">
        <w:rPr>
          <w:szCs w:val="24"/>
        </w:rPr>
        <w:t>persovnnalaš riska álggus</w:t>
      </w:r>
    </w:p>
    <w:p w14:paraId="3D042C1C" w14:textId="57D8214C" w:rsidR="008E65E7" w:rsidRPr="001C56D5" w:rsidRDefault="00122FA5">
      <w:pPr>
        <w:pStyle w:val="Punktliste"/>
        <w:rPr>
          <w:szCs w:val="24"/>
        </w:rPr>
      </w:pPr>
      <w:r w:rsidRPr="001C56D5">
        <w:rPr>
          <w:szCs w:val="24"/>
        </w:rPr>
        <w:t>Mii erenoamážit čuovvolat ohppiid guđet eai dovdda geange, eai háliit oktasaš doaimmaide searvat dahje dávjá eai válljejuvvo.</w:t>
      </w:r>
    </w:p>
    <w:p w14:paraId="641CF3DA" w14:textId="2BF1D656" w:rsidR="008E65E7" w:rsidRPr="001C56D5" w:rsidRDefault="00122FA5">
      <w:pPr>
        <w:pStyle w:val="Punktliste"/>
        <w:rPr>
          <w:szCs w:val="24"/>
        </w:rPr>
      </w:pPr>
      <w:r w:rsidRPr="001C56D5">
        <w:rPr>
          <w:szCs w:val="24"/>
        </w:rPr>
        <w:t>Mii seaguhat iežamet</w:t>
      </w:r>
      <w:r w:rsidR="00160EAC" w:rsidRPr="001C56D5">
        <w:rPr>
          <w:szCs w:val="24"/>
        </w:rPr>
        <w:t xml:space="preserve"> jođánit jus leat kommentárat, </w:t>
      </w:r>
      <w:r w:rsidR="00AE2503" w:rsidRPr="001C56D5">
        <w:rPr>
          <w:szCs w:val="24"/>
        </w:rPr>
        <w:t xml:space="preserve">hárdin, </w:t>
      </w:r>
      <w:r w:rsidR="00BA6266" w:rsidRPr="001C56D5">
        <w:rPr>
          <w:szCs w:val="24"/>
        </w:rPr>
        <w:t>olggušteapmi</w:t>
      </w:r>
      <w:r w:rsidR="00AE2503" w:rsidRPr="001C56D5">
        <w:rPr>
          <w:szCs w:val="24"/>
        </w:rPr>
        <w:t xml:space="preserve"> dahje digitála </w:t>
      </w:r>
      <w:r w:rsidR="00BA6266" w:rsidRPr="001C56D5">
        <w:rPr>
          <w:szCs w:val="24"/>
        </w:rPr>
        <w:t>mearkkat.</w:t>
      </w:r>
    </w:p>
    <w:p w14:paraId="45C3EF8D" w14:textId="24F517C0" w:rsidR="008E65E7" w:rsidRPr="001C56D5" w:rsidRDefault="00BA6266">
      <w:pPr>
        <w:pStyle w:val="Punktliste"/>
        <w:rPr>
          <w:szCs w:val="24"/>
        </w:rPr>
      </w:pPr>
      <w:r w:rsidRPr="001C56D5">
        <w:rPr>
          <w:szCs w:val="24"/>
        </w:rPr>
        <w:t xml:space="preserve">Mii árvvoštallat šaddá go oahppis </w:t>
      </w:r>
      <w:r w:rsidR="00121EBC" w:rsidRPr="001C56D5">
        <w:rPr>
          <w:szCs w:val="24"/>
        </w:rPr>
        <w:t xml:space="preserve">duođas </w:t>
      </w:r>
      <w:r w:rsidRPr="001C56D5">
        <w:rPr>
          <w:szCs w:val="24"/>
        </w:rPr>
        <w:t xml:space="preserve">oadjebas dilli </w:t>
      </w:r>
      <w:r w:rsidR="00121EBC" w:rsidRPr="001C56D5">
        <w:rPr>
          <w:szCs w:val="24"/>
        </w:rPr>
        <w:t>– ii ge dušše lea go plána čađahuvvon.</w:t>
      </w:r>
    </w:p>
    <w:p w14:paraId="05588C1C" w14:textId="77777777" w:rsidR="00AD682D" w:rsidRPr="001C56D5" w:rsidRDefault="00AD682D">
      <w:pPr>
        <w:rPr>
          <w:rStyle w:val="Overskrift2Tegn"/>
          <w:lang w:val="se-NO"/>
        </w:rPr>
      </w:pPr>
      <w:r w:rsidRPr="001C56D5">
        <w:rPr>
          <w:rStyle w:val="Overskrift2Tegn"/>
          <w:b w:val="0"/>
          <w:bCs w:val="0"/>
          <w:lang w:val="se-NO"/>
        </w:rPr>
        <w:br w:type="page"/>
      </w:r>
    </w:p>
    <w:p w14:paraId="0AF9A44B" w14:textId="0AD05DD9" w:rsidR="00401658" w:rsidRDefault="00ED151D" w:rsidP="00AD682D">
      <w:pPr>
        <w:pStyle w:val="Overskrift2"/>
        <w:rPr>
          <w:rStyle w:val="Overskrift2Tegn"/>
          <w:b/>
          <w:bCs/>
          <w:lang w:val="se-NO"/>
        </w:rPr>
      </w:pPr>
      <w:bookmarkStart w:id="9" w:name="_Toc238470114"/>
      <w:r w:rsidRPr="001C56D5">
        <w:rPr>
          <w:rStyle w:val="Overskrift2Tegn"/>
          <w:b/>
          <w:bCs/>
          <w:lang w:val="se-NO"/>
        </w:rPr>
        <w:lastRenderedPageBreak/>
        <w:t>R</w:t>
      </w:r>
      <w:r w:rsidR="00070AE1" w:rsidRPr="001C56D5">
        <w:rPr>
          <w:rStyle w:val="Overskrift2Tegn"/>
          <w:b/>
          <w:bCs/>
          <w:lang w:val="se-NO"/>
        </w:rPr>
        <w:t>ávvagat iešguđetge dásis</w:t>
      </w:r>
      <w:bookmarkEnd w:id="9"/>
    </w:p>
    <w:p w14:paraId="5D567036" w14:textId="77777777" w:rsidR="000C07B1" w:rsidRPr="000C07B1" w:rsidRDefault="000C07B1" w:rsidP="000C07B1"/>
    <w:tbl>
      <w:tblPr>
        <w:tblStyle w:val="Tabellrutenett"/>
        <w:tblW w:w="0" w:type="auto"/>
        <w:jc w:val="center"/>
        <w:tblLook w:val="04A0" w:firstRow="1" w:lastRow="0" w:firstColumn="1" w:lastColumn="0" w:noHBand="0" w:noVBand="1"/>
      </w:tblPr>
      <w:tblGrid>
        <w:gridCol w:w="2463"/>
        <w:gridCol w:w="3402"/>
        <w:gridCol w:w="4256"/>
      </w:tblGrid>
      <w:tr w:rsidR="008E65E7" w:rsidRPr="001C56D5" w14:paraId="656B9E38" w14:textId="77777777" w:rsidTr="000D6C01">
        <w:trPr>
          <w:jc w:val="center"/>
        </w:trPr>
        <w:tc>
          <w:tcPr>
            <w:tcW w:w="2463" w:type="dxa"/>
            <w:shd w:val="clear" w:color="auto" w:fill="DDF1EA"/>
          </w:tcPr>
          <w:p w14:paraId="30F9E67E" w14:textId="438AB1B6" w:rsidR="008E65E7" w:rsidRPr="001C56D5" w:rsidRDefault="00070AE1">
            <w:pPr>
              <w:rPr>
                <w:szCs w:val="24"/>
              </w:rPr>
            </w:pPr>
            <w:r w:rsidRPr="001C56D5">
              <w:rPr>
                <w:b/>
                <w:szCs w:val="24"/>
              </w:rPr>
              <w:t>Dássi</w:t>
            </w:r>
          </w:p>
        </w:tc>
        <w:tc>
          <w:tcPr>
            <w:tcW w:w="3402" w:type="dxa"/>
            <w:shd w:val="clear" w:color="auto" w:fill="DDF1EA"/>
          </w:tcPr>
          <w:p w14:paraId="7E0C324E" w14:textId="2EFCD176" w:rsidR="008E65E7" w:rsidRPr="001C56D5" w:rsidRDefault="00070AE1">
            <w:pPr>
              <w:rPr>
                <w:szCs w:val="24"/>
              </w:rPr>
            </w:pPr>
            <w:r w:rsidRPr="001C56D5">
              <w:rPr>
                <w:b/>
                <w:szCs w:val="24"/>
              </w:rPr>
              <w:t>Erenoamáš dehálaš skuvlaálgimis</w:t>
            </w:r>
          </w:p>
        </w:tc>
        <w:tc>
          <w:tcPr>
            <w:tcW w:w="4256" w:type="dxa"/>
            <w:shd w:val="clear" w:color="auto" w:fill="DDF1EA"/>
          </w:tcPr>
          <w:p w14:paraId="34F2E5EE" w14:textId="07A20E8C" w:rsidR="008E65E7" w:rsidRPr="001C56D5" w:rsidRDefault="00070AE1">
            <w:pPr>
              <w:rPr>
                <w:szCs w:val="24"/>
              </w:rPr>
            </w:pPr>
            <w:r w:rsidRPr="001C56D5">
              <w:rPr>
                <w:b/>
                <w:szCs w:val="24"/>
              </w:rPr>
              <w:t>Geavatlaš ovdamearkkat</w:t>
            </w:r>
          </w:p>
        </w:tc>
      </w:tr>
      <w:tr w:rsidR="008E65E7" w:rsidRPr="001C56D5" w14:paraId="51D50FC8" w14:textId="77777777" w:rsidTr="000D6C01">
        <w:trPr>
          <w:jc w:val="center"/>
        </w:trPr>
        <w:tc>
          <w:tcPr>
            <w:tcW w:w="2463" w:type="dxa"/>
          </w:tcPr>
          <w:p w14:paraId="6CA1C479" w14:textId="68E7202A" w:rsidR="008E65E7" w:rsidRPr="001C56D5" w:rsidRDefault="000A4724">
            <w:pPr>
              <w:rPr>
                <w:szCs w:val="24"/>
              </w:rPr>
            </w:pPr>
            <w:r w:rsidRPr="001C56D5">
              <w:rPr>
                <w:szCs w:val="24"/>
              </w:rPr>
              <w:t>1.–</w:t>
            </w:r>
            <w:r w:rsidR="00F67BB7" w:rsidRPr="001C56D5">
              <w:rPr>
                <w:szCs w:val="24"/>
              </w:rPr>
              <w:t xml:space="preserve"> </w:t>
            </w:r>
            <w:r w:rsidRPr="001C56D5">
              <w:rPr>
                <w:szCs w:val="24"/>
              </w:rPr>
              <w:t>4.</w:t>
            </w:r>
            <w:r w:rsidR="00070AE1" w:rsidRPr="001C56D5">
              <w:rPr>
                <w:szCs w:val="24"/>
              </w:rPr>
              <w:t xml:space="preserve"> ceahkki</w:t>
            </w:r>
          </w:p>
        </w:tc>
        <w:tc>
          <w:tcPr>
            <w:tcW w:w="3402" w:type="dxa"/>
          </w:tcPr>
          <w:p w14:paraId="14FB5902" w14:textId="384936C1" w:rsidR="008E65E7" w:rsidRPr="001C56D5" w:rsidRDefault="00972DCF">
            <w:pPr>
              <w:rPr>
                <w:szCs w:val="24"/>
              </w:rPr>
            </w:pPr>
            <w:r w:rsidRPr="001C56D5">
              <w:rPr>
                <w:szCs w:val="24"/>
              </w:rPr>
              <w:t>Oadje</w:t>
            </w:r>
            <w:r w:rsidR="006A1399" w:rsidRPr="001C56D5">
              <w:rPr>
                <w:szCs w:val="24"/>
              </w:rPr>
              <w:t xml:space="preserve">bas rávesolbmot, fásta rutiinnat, stoahkan, </w:t>
            </w:r>
            <w:r w:rsidR="0067461E" w:rsidRPr="001C56D5">
              <w:rPr>
                <w:szCs w:val="24"/>
              </w:rPr>
              <w:t xml:space="preserve">visuála doarjja ja oanehis </w:t>
            </w:r>
            <w:r w:rsidR="00C256CC" w:rsidRPr="001C56D5">
              <w:rPr>
                <w:szCs w:val="24"/>
              </w:rPr>
              <w:t>diimmut</w:t>
            </w:r>
          </w:p>
        </w:tc>
        <w:tc>
          <w:tcPr>
            <w:tcW w:w="4256" w:type="dxa"/>
          </w:tcPr>
          <w:p w14:paraId="09926FBB" w14:textId="7D886044" w:rsidR="008E65E7" w:rsidRPr="001C56D5" w:rsidRDefault="0007615F">
            <w:pPr>
              <w:rPr>
                <w:szCs w:val="24"/>
              </w:rPr>
            </w:pPr>
            <w:r w:rsidRPr="001C56D5">
              <w:rPr>
                <w:szCs w:val="24"/>
              </w:rPr>
              <w:t>Dearvvat ohppiid u</w:t>
            </w:r>
            <w:r w:rsidR="00972679" w:rsidRPr="001C56D5">
              <w:rPr>
                <w:szCs w:val="24"/>
              </w:rPr>
              <w:t xml:space="preserve">vssas, geavat nammagalbbaid, fásta čoahkkananvierut, oanehis ovttasbargostoahkan, čielga </w:t>
            </w:r>
            <w:r w:rsidR="00677C52" w:rsidRPr="001C56D5">
              <w:rPr>
                <w:szCs w:val="24"/>
              </w:rPr>
              <w:t xml:space="preserve">sirdámušat ja </w:t>
            </w:r>
            <w:r w:rsidR="00687AAD" w:rsidRPr="001C56D5">
              <w:rPr>
                <w:szCs w:val="24"/>
              </w:rPr>
              <w:t xml:space="preserve">lagas rávesolbmodoarjja </w:t>
            </w:r>
            <w:r w:rsidR="0016599B" w:rsidRPr="001C56D5">
              <w:rPr>
                <w:szCs w:val="24"/>
              </w:rPr>
              <w:t xml:space="preserve">bottuin. </w:t>
            </w:r>
          </w:p>
        </w:tc>
      </w:tr>
      <w:tr w:rsidR="008E65E7" w:rsidRPr="001C56D5" w14:paraId="6B2D4AC4" w14:textId="77777777" w:rsidTr="000D6C01">
        <w:trPr>
          <w:jc w:val="center"/>
        </w:trPr>
        <w:tc>
          <w:tcPr>
            <w:tcW w:w="2463" w:type="dxa"/>
          </w:tcPr>
          <w:p w14:paraId="75CB43FE" w14:textId="15BE20BA" w:rsidR="008E65E7" w:rsidRPr="001C56D5" w:rsidRDefault="000A4724">
            <w:pPr>
              <w:rPr>
                <w:szCs w:val="24"/>
              </w:rPr>
            </w:pPr>
            <w:r w:rsidRPr="001C56D5">
              <w:rPr>
                <w:szCs w:val="24"/>
              </w:rPr>
              <w:t>5.–7.</w:t>
            </w:r>
            <w:r w:rsidR="00070AE1" w:rsidRPr="001C56D5">
              <w:rPr>
                <w:szCs w:val="24"/>
              </w:rPr>
              <w:t xml:space="preserve"> ceahkki</w:t>
            </w:r>
          </w:p>
        </w:tc>
        <w:tc>
          <w:tcPr>
            <w:tcW w:w="3402" w:type="dxa"/>
          </w:tcPr>
          <w:p w14:paraId="11FC6D66" w14:textId="7017F085" w:rsidR="008E65E7" w:rsidRPr="001C56D5" w:rsidRDefault="00C256CC">
            <w:pPr>
              <w:rPr>
                <w:szCs w:val="24"/>
              </w:rPr>
            </w:pPr>
            <w:r w:rsidRPr="001C56D5">
              <w:rPr>
                <w:szCs w:val="24"/>
              </w:rPr>
              <w:t xml:space="preserve">Oadjebas oktavuohta rávesolbmuiguin, </w:t>
            </w:r>
            <w:r w:rsidR="00C43169" w:rsidRPr="001C56D5">
              <w:rPr>
                <w:szCs w:val="24"/>
              </w:rPr>
              <w:t>stoahkan, ustitvuohta ja</w:t>
            </w:r>
            <w:r w:rsidR="004209CA" w:rsidRPr="001C56D5">
              <w:rPr>
                <w:szCs w:val="24"/>
              </w:rPr>
              <w:t xml:space="preserve"> gullevašvuohta searvevuođas. Oahppit dárbbašit </w:t>
            </w:r>
            <w:r w:rsidR="000B3EA9" w:rsidRPr="001C56D5">
              <w:rPr>
                <w:szCs w:val="24"/>
              </w:rPr>
              <w:t xml:space="preserve">ahte rávesolbmot hábmejit joavkkuid ja </w:t>
            </w:r>
            <w:r w:rsidR="00C15C09" w:rsidRPr="001C56D5">
              <w:rPr>
                <w:szCs w:val="24"/>
              </w:rPr>
              <w:t>aktiivvalaččat</w:t>
            </w:r>
            <w:r w:rsidR="000B3EA9" w:rsidRPr="001C56D5">
              <w:rPr>
                <w:szCs w:val="24"/>
              </w:rPr>
              <w:t xml:space="preserve"> bargat luohkká</w:t>
            </w:r>
            <w:r w:rsidR="00C15C09" w:rsidRPr="001C56D5">
              <w:rPr>
                <w:szCs w:val="24"/>
              </w:rPr>
              <w:t xml:space="preserve">birrasiin. </w:t>
            </w:r>
          </w:p>
        </w:tc>
        <w:tc>
          <w:tcPr>
            <w:tcW w:w="4256" w:type="dxa"/>
          </w:tcPr>
          <w:p w14:paraId="1BFD9AEE" w14:textId="7A1F7217" w:rsidR="008E65E7" w:rsidRPr="001C56D5" w:rsidRDefault="00B444BF">
            <w:pPr>
              <w:rPr>
                <w:szCs w:val="24"/>
              </w:rPr>
            </w:pPr>
            <w:r w:rsidRPr="001C56D5">
              <w:rPr>
                <w:szCs w:val="24"/>
              </w:rPr>
              <w:t>Ovttasbargoguimmiid</w:t>
            </w:r>
            <w:r w:rsidR="001604BB" w:rsidRPr="001C56D5">
              <w:rPr>
                <w:szCs w:val="24"/>
              </w:rPr>
              <w:t xml:space="preserve"> molsašuvvan, ovtta</w:t>
            </w:r>
            <w:r w:rsidR="002242CA" w:rsidRPr="001C56D5">
              <w:rPr>
                <w:szCs w:val="24"/>
              </w:rPr>
              <w:t>s</w:t>
            </w:r>
            <w:r w:rsidR="001604BB" w:rsidRPr="001C56D5">
              <w:rPr>
                <w:szCs w:val="24"/>
              </w:rPr>
              <w:t>bargo</w:t>
            </w:r>
            <w:r w:rsidR="002242CA" w:rsidRPr="001C56D5">
              <w:rPr>
                <w:szCs w:val="24"/>
              </w:rPr>
              <w:t>doaimmaid</w:t>
            </w:r>
            <w:r w:rsidR="001604BB" w:rsidRPr="001C56D5">
              <w:rPr>
                <w:szCs w:val="24"/>
              </w:rPr>
              <w:t xml:space="preserve"> čađahit, </w:t>
            </w:r>
            <w:r w:rsidR="00713198" w:rsidRPr="001C56D5">
              <w:rPr>
                <w:szCs w:val="24"/>
              </w:rPr>
              <w:t xml:space="preserve">fuomáš gii válljejuvvo eret, ráhkat luohkkánjuolggadusaid ohppiiguin ja </w:t>
            </w:r>
            <w:r w:rsidR="000534C1" w:rsidRPr="001C56D5">
              <w:rPr>
                <w:szCs w:val="24"/>
              </w:rPr>
              <w:t>čuovvol ohppiid</w:t>
            </w:r>
            <w:r w:rsidR="002242CA" w:rsidRPr="001C56D5">
              <w:rPr>
                <w:szCs w:val="24"/>
              </w:rPr>
              <w:t xml:space="preserve"> oanehaččat</w:t>
            </w:r>
            <w:r w:rsidR="000534C1" w:rsidRPr="001C56D5">
              <w:rPr>
                <w:szCs w:val="24"/>
              </w:rPr>
              <w:t xml:space="preserve"> juohke vahku</w:t>
            </w:r>
            <w:r w:rsidR="00333710" w:rsidRPr="001C56D5">
              <w:rPr>
                <w:szCs w:val="24"/>
              </w:rPr>
              <w:t>.</w:t>
            </w:r>
          </w:p>
        </w:tc>
      </w:tr>
      <w:tr w:rsidR="008E65E7" w:rsidRPr="001C56D5" w14:paraId="76687F10" w14:textId="77777777" w:rsidTr="000D6C01">
        <w:trPr>
          <w:jc w:val="center"/>
        </w:trPr>
        <w:tc>
          <w:tcPr>
            <w:tcW w:w="2463" w:type="dxa"/>
          </w:tcPr>
          <w:p w14:paraId="439A24C8" w14:textId="352BD8B5" w:rsidR="008E65E7" w:rsidRPr="001C56D5" w:rsidRDefault="000A4724">
            <w:pPr>
              <w:rPr>
                <w:szCs w:val="24"/>
              </w:rPr>
            </w:pPr>
            <w:r w:rsidRPr="001C56D5">
              <w:rPr>
                <w:szCs w:val="24"/>
              </w:rPr>
              <w:t xml:space="preserve">8.–10. </w:t>
            </w:r>
            <w:r w:rsidR="00070AE1" w:rsidRPr="001C56D5">
              <w:rPr>
                <w:szCs w:val="24"/>
              </w:rPr>
              <w:t>ceahkki</w:t>
            </w:r>
          </w:p>
        </w:tc>
        <w:tc>
          <w:tcPr>
            <w:tcW w:w="3402" w:type="dxa"/>
          </w:tcPr>
          <w:p w14:paraId="0B81F5EF" w14:textId="2047FE12" w:rsidR="008E65E7" w:rsidRPr="001C56D5" w:rsidRDefault="00EF6319">
            <w:pPr>
              <w:rPr>
                <w:szCs w:val="24"/>
              </w:rPr>
            </w:pPr>
            <w:r w:rsidRPr="001C56D5">
              <w:rPr>
                <w:szCs w:val="24"/>
              </w:rPr>
              <w:t>O</w:t>
            </w:r>
            <w:r w:rsidR="00EA5FEC" w:rsidRPr="001C56D5">
              <w:rPr>
                <w:szCs w:val="24"/>
              </w:rPr>
              <w:t>adjebas oktavuohta rávesolbmuiguin, identitehta, sosiála gullevašvuohta</w:t>
            </w:r>
            <w:r w:rsidR="00562F2D" w:rsidRPr="001C56D5">
              <w:rPr>
                <w:szCs w:val="24"/>
              </w:rPr>
              <w:t xml:space="preserve">, </w:t>
            </w:r>
            <w:r w:rsidR="0090253A" w:rsidRPr="001C56D5">
              <w:rPr>
                <w:szCs w:val="24"/>
              </w:rPr>
              <w:t>digitála</w:t>
            </w:r>
            <w:r w:rsidR="00562F2D" w:rsidRPr="001C56D5">
              <w:rPr>
                <w:szCs w:val="24"/>
              </w:rPr>
              <w:t xml:space="preserve"> gulahallan ja sirdámušat ođđa joavkkuide. </w:t>
            </w:r>
          </w:p>
        </w:tc>
        <w:tc>
          <w:tcPr>
            <w:tcW w:w="4256" w:type="dxa"/>
          </w:tcPr>
          <w:p w14:paraId="13C48D2C" w14:textId="1144BFE1" w:rsidR="008E65E7" w:rsidRPr="001C56D5" w:rsidRDefault="002242CA">
            <w:pPr>
              <w:rPr>
                <w:szCs w:val="24"/>
              </w:rPr>
            </w:pPr>
            <w:r w:rsidRPr="001C56D5">
              <w:rPr>
                <w:szCs w:val="24"/>
              </w:rPr>
              <w:t xml:space="preserve">Álgge álkes </w:t>
            </w:r>
            <w:r w:rsidR="00D83280" w:rsidRPr="001C56D5">
              <w:rPr>
                <w:szCs w:val="24"/>
              </w:rPr>
              <w:t xml:space="preserve">joavkobargguiguin, </w:t>
            </w:r>
            <w:r w:rsidR="00534AC2" w:rsidRPr="001C56D5">
              <w:rPr>
                <w:szCs w:val="24"/>
              </w:rPr>
              <w:t xml:space="preserve">ale bija ohppiid </w:t>
            </w:r>
            <w:r w:rsidR="00315581" w:rsidRPr="001C56D5">
              <w:rPr>
                <w:szCs w:val="24"/>
              </w:rPr>
              <w:t xml:space="preserve">okto </w:t>
            </w:r>
            <w:r w:rsidR="00534AC2" w:rsidRPr="001C56D5">
              <w:rPr>
                <w:szCs w:val="24"/>
              </w:rPr>
              <w:t xml:space="preserve">ovdanbuktit álggus, geavat fásta joavkkuid, </w:t>
            </w:r>
            <w:r w:rsidR="00CC4FBF" w:rsidRPr="001C56D5">
              <w:rPr>
                <w:szCs w:val="24"/>
              </w:rPr>
              <w:t xml:space="preserve">digaštala digitála </w:t>
            </w:r>
            <w:r w:rsidR="009863EF" w:rsidRPr="001C56D5">
              <w:rPr>
                <w:szCs w:val="24"/>
              </w:rPr>
              <w:t xml:space="preserve">searvadahttima ja divtte ohppiid hárjehallat </w:t>
            </w:r>
            <w:r w:rsidR="00CE2031" w:rsidRPr="001C56D5">
              <w:rPr>
                <w:szCs w:val="24"/>
              </w:rPr>
              <w:t>čábbát</w:t>
            </w:r>
            <w:r w:rsidR="00E42F6C" w:rsidRPr="001C56D5">
              <w:rPr>
                <w:szCs w:val="24"/>
              </w:rPr>
              <w:t xml:space="preserve"> láhttet</w:t>
            </w:r>
            <w:r w:rsidR="00315581" w:rsidRPr="001C56D5">
              <w:rPr>
                <w:szCs w:val="24"/>
              </w:rPr>
              <w:t xml:space="preserve"> </w:t>
            </w:r>
            <w:r w:rsidR="00EF6564" w:rsidRPr="001C56D5">
              <w:rPr>
                <w:szCs w:val="24"/>
              </w:rPr>
              <w:t>nuppit nuppiiguin</w:t>
            </w:r>
            <w:r w:rsidR="00315581" w:rsidRPr="001C56D5">
              <w:rPr>
                <w:szCs w:val="24"/>
              </w:rPr>
              <w:t xml:space="preserve">. </w:t>
            </w:r>
          </w:p>
        </w:tc>
      </w:tr>
      <w:tr w:rsidR="008E65E7" w:rsidRPr="001C56D5" w14:paraId="32042E40" w14:textId="77777777" w:rsidTr="000D6C01">
        <w:trPr>
          <w:jc w:val="center"/>
        </w:trPr>
        <w:tc>
          <w:tcPr>
            <w:tcW w:w="2463" w:type="dxa"/>
          </w:tcPr>
          <w:p w14:paraId="21DF7DDA" w14:textId="7A64FFBD" w:rsidR="008E65E7" w:rsidRPr="001C56D5" w:rsidRDefault="00070AE1">
            <w:pPr>
              <w:rPr>
                <w:szCs w:val="24"/>
              </w:rPr>
            </w:pPr>
            <w:r w:rsidRPr="001C56D5">
              <w:rPr>
                <w:szCs w:val="24"/>
              </w:rPr>
              <w:t>Joatkkaskuvla</w:t>
            </w:r>
          </w:p>
        </w:tc>
        <w:tc>
          <w:tcPr>
            <w:tcW w:w="3402" w:type="dxa"/>
          </w:tcPr>
          <w:p w14:paraId="15EBE38C" w14:textId="3AA90E04" w:rsidR="008E65E7" w:rsidRPr="001C56D5" w:rsidRDefault="00562F2D">
            <w:pPr>
              <w:rPr>
                <w:szCs w:val="24"/>
              </w:rPr>
            </w:pPr>
            <w:r w:rsidRPr="001C56D5">
              <w:rPr>
                <w:szCs w:val="24"/>
              </w:rPr>
              <w:t>Oadjebas oktavuohta rávesolbmuiguin</w:t>
            </w:r>
            <w:r w:rsidR="000412FF" w:rsidRPr="001C56D5">
              <w:rPr>
                <w:szCs w:val="24"/>
              </w:rPr>
              <w:t xml:space="preserve">, ođđa </w:t>
            </w:r>
            <w:r w:rsidR="000B6E6C">
              <w:rPr>
                <w:szCs w:val="24"/>
              </w:rPr>
              <w:t>luohkát</w:t>
            </w:r>
            <w:r w:rsidR="000412FF" w:rsidRPr="001C56D5">
              <w:rPr>
                <w:szCs w:val="24"/>
              </w:rPr>
              <w:t xml:space="preserve">, </w:t>
            </w:r>
            <w:r w:rsidR="00BD594D" w:rsidRPr="001C56D5">
              <w:rPr>
                <w:szCs w:val="24"/>
              </w:rPr>
              <w:t>prográmmasuorggit, fágajoavkkut</w:t>
            </w:r>
            <w:r w:rsidR="00155488" w:rsidRPr="001C56D5">
              <w:rPr>
                <w:szCs w:val="24"/>
              </w:rPr>
              <w:t xml:space="preserve">, skuvlasáhttu, kantiidna, jávkan ja </w:t>
            </w:r>
            <w:r w:rsidR="0007615F" w:rsidRPr="001C56D5">
              <w:rPr>
                <w:szCs w:val="24"/>
              </w:rPr>
              <w:t xml:space="preserve">ovddasvástádus iežas oahppamii lassána. </w:t>
            </w:r>
          </w:p>
        </w:tc>
        <w:tc>
          <w:tcPr>
            <w:tcW w:w="4256" w:type="dxa"/>
          </w:tcPr>
          <w:p w14:paraId="1585330D" w14:textId="630C3B29" w:rsidR="008E65E7" w:rsidRPr="001C56D5" w:rsidRDefault="00CE2031">
            <w:pPr>
              <w:rPr>
                <w:szCs w:val="24"/>
              </w:rPr>
            </w:pPr>
            <w:r w:rsidRPr="001C56D5">
              <w:rPr>
                <w:szCs w:val="24"/>
              </w:rPr>
              <w:t>Pláne vuostáiváldima, fásta čohkkánsajit álggus,</w:t>
            </w:r>
            <w:r w:rsidR="007E7433" w:rsidRPr="001C56D5">
              <w:rPr>
                <w:szCs w:val="24"/>
              </w:rPr>
              <w:t xml:space="preserve"> </w:t>
            </w:r>
            <w:r w:rsidR="003C1D4E" w:rsidRPr="001C56D5">
              <w:rPr>
                <w:szCs w:val="24"/>
              </w:rPr>
              <w:t xml:space="preserve">oahpásmuvvat skuvlaopmodagain, </w:t>
            </w:r>
            <w:r w:rsidR="003A47D8" w:rsidRPr="001C56D5">
              <w:rPr>
                <w:szCs w:val="24"/>
              </w:rPr>
              <w:t xml:space="preserve">fásta guoibmi, ovttaskas sagastallamat, čielga dieđut vuoigatvuođaid ja </w:t>
            </w:r>
            <w:r w:rsidR="0090253A" w:rsidRPr="001C56D5">
              <w:rPr>
                <w:szCs w:val="24"/>
              </w:rPr>
              <w:t>dieđihanrutiinnaid birra.</w:t>
            </w:r>
          </w:p>
        </w:tc>
      </w:tr>
    </w:tbl>
    <w:p w14:paraId="656F0D63" w14:textId="77777777" w:rsidR="008E65E7" w:rsidRPr="001C56D5" w:rsidRDefault="008E65E7">
      <w:pPr>
        <w:rPr>
          <w:szCs w:val="24"/>
        </w:rPr>
      </w:pPr>
    </w:p>
    <w:p w14:paraId="780338BF" w14:textId="77777777" w:rsidR="004B6B42" w:rsidRPr="001C56D5" w:rsidRDefault="004B6B42">
      <w:pPr>
        <w:rPr>
          <w:rFonts w:asciiTheme="majorHAnsi" w:eastAsiaTheme="majorEastAsia" w:hAnsiTheme="majorHAnsi" w:cstheme="majorBidi"/>
          <w:b/>
          <w:bCs/>
          <w:color w:val="000000" w:themeColor="text1"/>
          <w:sz w:val="28"/>
          <w:szCs w:val="26"/>
        </w:rPr>
      </w:pPr>
      <w:r w:rsidRPr="001C56D5">
        <w:br w:type="page"/>
      </w:r>
    </w:p>
    <w:p w14:paraId="70617B62" w14:textId="54ACC7B6" w:rsidR="008E65E7" w:rsidRPr="001C56D5" w:rsidRDefault="0090253A" w:rsidP="001F3FB1">
      <w:pPr>
        <w:pStyle w:val="Overskrift1"/>
      </w:pPr>
      <w:bookmarkStart w:id="10" w:name="_Toc238470115"/>
      <w:r w:rsidRPr="001C56D5">
        <w:lastRenderedPageBreak/>
        <w:t>Mo ráhkkanit skuvlaálgimii</w:t>
      </w:r>
      <w:bookmarkEnd w:id="10"/>
    </w:p>
    <w:p w14:paraId="65238274" w14:textId="6F255040" w:rsidR="00486A63" w:rsidRPr="001C56D5" w:rsidRDefault="00486A63" w:rsidP="00486A63">
      <w:r w:rsidRPr="001C56D5">
        <w:t xml:space="preserve">Ráhkkananbargu berre dahkkot ovdal go oahppit bohtet. Gáibida olu oččodit oadjebasvuođa jus bargit eai leat čielggadan ovddasvástádusa, rutiinnaid ja árvvoštallan uhkiid ovddalgihtii. </w:t>
      </w:r>
    </w:p>
    <w:p w14:paraId="1E507C93" w14:textId="0F8FBDBC" w:rsidR="00486A63" w:rsidRPr="001C56D5" w:rsidRDefault="00486A63" w:rsidP="00486A63">
      <w:r w:rsidRPr="001C56D5">
        <w:t xml:space="preserve">Dorvvuhis ja rašes oahppit </w:t>
      </w:r>
      <w:r w:rsidR="00CC56CC" w:rsidRPr="001C56D5">
        <w:t>berreše</w:t>
      </w:r>
      <w:r w:rsidR="00921EE2">
        <w:t>dje</w:t>
      </w:r>
      <w:r w:rsidRPr="001C56D5">
        <w:t xml:space="preserve"> vuolggasadjin plánenbarggus. Dat mii lea sidjiide buorrin, lea dávjá buorrin buohkaide. Ođđa álgu, friddja sajusteapmi ja eahpečielga sosiála rámmat </w:t>
      </w:r>
      <w:r w:rsidR="008B4840">
        <w:t>soitet</w:t>
      </w:r>
      <w:r w:rsidRPr="001C56D5">
        <w:t xml:space="preserve"> dovdot dego friddjavuohta muhtumiidda, muhto earáide ges oktonas go ii dovdda ovttage dahje </w:t>
      </w:r>
      <w:r w:rsidR="005F7DC7" w:rsidRPr="001C56D5">
        <w:t xml:space="preserve">lea ovdal vásihan </w:t>
      </w:r>
      <w:r w:rsidR="00FD798F" w:rsidRPr="001C56D5">
        <w:t>olggušteami</w:t>
      </w:r>
      <w:r w:rsidRPr="001C56D5">
        <w:t>.</w:t>
      </w:r>
    </w:p>
    <w:p w14:paraId="7C585E38" w14:textId="77777777" w:rsidR="00486A63" w:rsidRPr="001C56D5" w:rsidRDefault="00486A63">
      <w:pPr>
        <w:rPr>
          <w:szCs w:val="24"/>
        </w:rPr>
      </w:pPr>
    </w:p>
    <w:tbl>
      <w:tblPr>
        <w:tblStyle w:val="Tabellrutenett"/>
        <w:tblW w:w="0" w:type="auto"/>
        <w:jc w:val="center"/>
        <w:tblLook w:val="04A0" w:firstRow="1" w:lastRow="0" w:firstColumn="1" w:lastColumn="0" w:noHBand="0" w:noVBand="1"/>
      </w:tblPr>
      <w:tblGrid>
        <w:gridCol w:w="2712"/>
        <w:gridCol w:w="4989"/>
        <w:gridCol w:w="2390"/>
      </w:tblGrid>
      <w:tr w:rsidR="008E65E7" w:rsidRPr="001C56D5" w14:paraId="2EDF7968" w14:textId="77777777" w:rsidTr="00196CA0">
        <w:trPr>
          <w:jc w:val="center"/>
        </w:trPr>
        <w:tc>
          <w:tcPr>
            <w:tcW w:w="2712" w:type="dxa"/>
            <w:shd w:val="clear" w:color="auto" w:fill="DDF1EA"/>
          </w:tcPr>
          <w:p w14:paraId="5DB2A9A6" w14:textId="4AA2474A" w:rsidR="008E65E7" w:rsidRPr="001C56D5" w:rsidRDefault="008D5118">
            <w:pPr>
              <w:rPr>
                <w:szCs w:val="24"/>
              </w:rPr>
            </w:pPr>
            <w:r w:rsidRPr="001C56D5">
              <w:rPr>
                <w:b/>
                <w:szCs w:val="24"/>
              </w:rPr>
              <w:t>Suorgi</w:t>
            </w:r>
          </w:p>
        </w:tc>
        <w:tc>
          <w:tcPr>
            <w:tcW w:w="4989" w:type="dxa"/>
            <w:shd w:val="clear" w:color="auto" w:fill="DDF1EA"/>
          </w:tcPr>
          <w:p w14:paraId="2A23382C" w14:textId="376B44FE" w:rsidR="008E65E7" w:rsidRPr="001C56D5" w:rsidRDefault="008D5118">
            <w:pPr>
              <w:rPr>
                <w:szCs w:val="24"/>
              </w:rPr>
            </w:pPr>
            <w:r w:rsidRPr="001C56D5">
              <w:rPr>
                <w:b/>
                <w:szCs w:val="24"/>
              </w:rPr>
              <w:t>Gažaldat ovdal skuvlaálgima</w:t>
            </w:r>
          </w:p>
        </w:tc>
        <w:tc>
          <w:tcPr>
            <w:tcW w:w="2390" w:type="dxa"/>
            <w:shd w:val="clear" w:color="auto" w:fill="DDF1EA"/>
          </w:tcPr>
          <w:p w14:paraId="242EB4EC" w14:textId="65C392F5" w:rsidR="008E65E7" w:rsidRPr="001C56D5" w:rsidRDefault="008D5118">
            <w:pPr>
              <w:rPr>
                <w:szCs w:val="24"/>
              </w:rPr>
            </w:pPr>
            <w:r w:rsidRPr="001C56D5">
              <w:rPr>
                <w:b/>
                <w:szCs w:val="24"/>
              </w:rPr>
              <w:t>Ovddasvástádus / kommentára</w:t>
            </w:r>
          </w:p>
        </w:tc>
      </w:tr>
      <w:tr w:rsidR="008E65E7" w:rsidRPr="001C56D5" w14:paraId="11DAD673" w14:textId="77777777" w:rsidTr="00196CA0">
        <w:trPr>
          <w:jc w:val="center"/>
        </w:trPr>
        <w:tc>
          <w:tcPr>
            <w:tcW w:w="2712" w:type="dxa"/>
          </w:tcPr>
          <w:p w14:paraId="4E41630C" w14:textId="1F8F2207" w:rsidR="008E65E7" w:rsidRPr="001C56D5" w:rsidRDefault="008D5118">
            <w:pPr>
              <w:rPr>
                <w:szCs w:val="24"/>
              </w:rPr>
            </w:pPr>
            <w:r w:rsidRPr="001C56D5">
              <w:rPr>
                <w:szCs w:val="24"/>
              </w:rPr>
              <w:t>Praktihkalaš</w:t>
            </w:r>
          </w:p>
        </w:tc>
        <w:tc>
          <w:tcPr>
            <w:tcW w:w="4989" w:type="dxa"/>
          </w:tcPr>
          <w:p w14:paraId="3D819C26" w14:textId="1852B17C" w:rsidR="008E65E7" w:rsidRPr="001C56D5" w:rsidRDefault="008D5118">
            <w:pPr>
              <w:rPr>
                <w:szCs w:val="24"/>
              </w:rPr>
            </w:pPr>
            <w:r w:rsidRPr="001C56D5">
              <w:rPr>
                <w:szCs w:val="24"/>
              </w:rPr>
              <w:t>Lea</w:t>
            </w:r>
            <w:r w:rsidR="00BE0275" w:rsidRPr="001C56D5">
              <w:rPr>
                <w:szCs w:val="24"/>
              </w:rPr>
              <w:t>t</w:t>
            </w:r>
            <w:r w:rsidRPr="001C56D5">
              <w:rPr>
                <w:szCs w:val="24"/>
              </w:rPr>
              <w:t xml:space="preserve"> go luohkkála</w:t>
            </w:r>
            <w:r w:rsidR="00BE0275" w:rsidRPr="001C56D5">
              <w:rPr>
                <w:szCs w:val="24"/>
              </w:rPr>
              <w:t>njat</w:t>
            </w:r>
            <w:r w:rsidRPr="001C56D5">
              <w:rPr>
                <w:szCs w:val="24"/>
              </w:rPr>
              <w:t xml:space="preserve">, </w:t>
            </w:r>
            <w:r w:rsidR="00C374E1" w:rsidRPr="001C56D5">
              <w:rPr>
                <w:szCs w:val="24"/>
              </w:rPr>
              <w:t>stohpogálvvut, nammagalbbat, fásta čohkkánsajit, áigeplána ja bargoneavvut</w:t>
            </w:r>
            <w:r w:rsidR="00BE0275" w:rsidRPr="001C56D5">
              <w:rPr>
                <w:szCs w:val="24"/>
              </w:rPr>
              <w:t xml:space="preserve"> ortnegis?</w:t>
            </w:r>
          </w:p>
        </w:tc>
        <w:tc>
          <w:tcPr>
            <w:tcW w:w="2390" w:type="dxa"/>
          </w:tcPr>
          <w:p w14:paraId="30504103" w14:textId="77777777" w:rsidR="008E65E7" w:rsidRPr="001C56D5" w:rsidRDefault="008E65E7">
            <w:pPr>
              <w:rPr>
                <w:szCs w:val="24"/>
              </w:rPr>
            </w:pPr>
          </w:p>
        </w:tc>
      </w:tr>
      <w:tr w:rsidR="008E65E7" w:rsidRPr="001C56D5" w14:paraId="11915011" w14:textId="77777777" w:rsidTr="00196CA0">
        <w:trPr>
          <w:jc w:val="center"/>
        </w:trPr>
        <w:tc>
          <w:tcPr>
            <w:tcW w:w="2712" w:type="dxa"/>
          </w:tcPr>
          <w:p w14:paraId="1361C2C3" w14:textId="3526F42F" w:rsidR="008E65E7" w:rsidRPr="001C56D5" w:rsidRDefault="00BE0275">
            <w:pPr>
              <w:rPr>
                <w:szCs w:val="24"/>
              </w:rPr>
            </w:pPr>
            <w:r w:rsidRPr="001C56D5">
              <w:rPr>
                <w:szCs w:val="24"/>
              </w:rPr>
              <w:t>Luohkkálistu</w:t>
            </w:r>
          </w:p>
        </w:tc>
        <w:tc>
          <w:tcPr>
            <w:tcW w:w="4989" w:type="dxa"/>
          </w:tcPr>
          <w:p w14:paraId="2879632C" w14:textId="5918D860" w:rsidR="008E65E7" w:rsidRPr="001C56D5" w:rsidRDefault="00BE0275">
            <w:pPr>
              <w:rPr>
                <w:szCs w:val="24"/>
              </w:rPr>
            </w:pPr>
            <w:r w:rsidRPr="001C56D5">
              <w:rPr>
                <w:szCs w:val="24"/>
              </w:rPr>
              <w:t>Lea</w:t>
            </w:r>
            <w:r w:rsidR="00531D14" w:rsidRPr="001C56D5">
              <w:rPr>
                <w:szCs w:val="24"/>
              </w:rPr>
              <w:t xml:space="preserve"> go mis </w:t>
            </w:r>
            <w:r w:rsidR="00923345" w:rsidRPr="001C56D5">
              <w:rPr>
                <w:szCs w:val="24"/>
              </w:rPr>
              <w:t xml:space="preserve">bajilgovva </w:t>
            </w:r>
            <w:r w:rsidR="00531D14" w:rsidRPr="001C56D5">
              <w:rPr>
                <w:szCs w:val="24"/>
              </w:rPr>
              <w:t>ođđa ohppii</w:t>
            </w:r>
            <w:r w:rsidR="004F712B" w:rsidRPr="001C56D5">
              <w:rPr>
                <w:szCs w:val="24"/>
              </w:rPr>
              <w:t>d ja rašes ohppiid hárrái, ja</w:t>
            </w:r>
            <w:r w:rsidR="00531D14" w:rsidRPr="001C56D5">
              <w:rPr>
                <w:szCs w:val="24"/>
              </w:rPr>
              <w:t xml:space="preserve"> ovddeš skuvlabirasáššiin ja</w:t>
            </w:r>
            <w:r w:rsidR="00923345" w:rsidRPr="001C56D5">
              <w:rPr>
                <w:szCs w:val="24"/>
              </w:rPr>
              <w:t xml:space="preserve"> sirdašumiin diehtu?</w:t>
            </w:r>
          </w:p>
        </w:tc>
        <w:tc>
          <w:tcPr>
            <w:tcW w:w="2390" w:type="dxa"/>
          </w:tcPr>
          <w:p w14:paraId="53DE4887" w14:textId="77777777" w:rsidR="008E65E7" w:rsidRPr="001C56D5" w:rsidRDefault="008E65E7">
            <w:pPr>
              <w:rPr>
                <w:szCs w:val="24"/>
              </w:rPr>
            </w:pPr>
          </w:p>
        </w:tc>
      </w:tr>
      <w:tr w:rsidR="008E65E7" w:rsidRPr="001C56D5" w14:paraId="457D4FAB" w14:textId="77777777" w:rsidTr="00196CA0">
        <w:trPr>
          <w:jc w:val="center"/>
        </w:trPr>
        <w:tc>
          <w:tcPr>
            <w:tcW w:w="2712" w:type="dxa"/>
          </w:tcPr>
          <w:p w14:paraId="0EB95AAB" w14:textId="313D9D47" w:rsidR="008E65E7" w:rsidRPr="001C56D5" w:rsidRDefault="0013637A">
            <w:pPr>
              <w:rPr>
                <w:szCs w:val="24"/>
              </w:rPr>
            </w:pPr>
            <w:r w:rsidRPr="001C56D5">
              <w:rPr>
                <w:szCs w:val="24"/>
              </w:rPr>
              <w:t>Oktavuohta ovdal álgima</w:t>
            </w:r>
          </w:p>
        </w:tc>
        <w:tc>
          <w:tcPr>
            <w:tcW w:w="4989" w:type="dxa"/>
          </w:tcPr>
          <w:p w14:paraId="77D81853" w14:textId="58F479BE" w:rsidR="008E65E7" w:rsidRPr="001C56D5" w:rsidRDefault="00014C32">
            <w:pPr>
              <w:rPr>
                <w:szCs w:val="24"/>
              </w:rPr>
            </w:pPr>
            <w:r w:rsidRPr="001C56D5">
              <w:rPr>
                <w:szCs w:val="24"/>
              </w:rPr>
              <w:t>Lea go soames oahppi dahje váhnen/fuolaheaddji</w:t>
            </w:r>
            <w:r w:rsidR="00C06240" w:rsidRPr="001C56D5">
              <w:rPr>
                <w:szCs w:val="24"/>
              </w:rPr>
              <w:t xml:space="preserve"> gea</w:t>
            </w:r>
            <w:r w:rsidR="002E5DC3" w:rsidRPr="001C56D5">
              <w:rPr>
                <w:szCs w:val="24"/>
              </w:rPr>
              <w:t xml:space="preserve">iguin </w:t>
            </w:r>
            <w:r w:rsidR="00C06240" w:rsidRPr="001C56D5">
              <w:rPr>
                <w:szCs w:val="24"/>
              </w:rPr>
              <w:t>berrešeimmet váldit oktavuođa ovdal vuosttaš skuvlabeaivvi</w:t>
            </w:r>
            <w:r w:rsidR="002E5DC3" w:rsidRPr="001C56D5">
              <w:rPr>
                <w:szCs w:val="24"/>
              </w:rPr>
              <w:t xml:space="preserve">, </w:t>
            </w:r>
            <w:r w:rsidR="007A5BC4" w:rsidRPr="001C56D5">
              <w:rPr>
                <w:szCs w:val="24"/>
              </w:rPr>
              <w:t>oččodan dihte oadjebasvuođa?</w:t>
            </w:r>
          </w:p>
        </w:tc>
        <w:tc>
          <w:tcPr>
            <w:tcW w:w="2390" w:type="dxa"/>
          </w:tcPr>
          <w:p w14:paraId="382A2FEC" w14:textId="77777777" w:rsidR="008E65E7" w:rsidRPr="001C56D5" w:rsidRDefault="008E65E7">
            <w:pPr>
              <w:rPr>
                <w:szCs w:val="24"/>
              </w:rPr>
            </w:pPr>
          </w:p>
        </w:tc>
      </w:tr>
      <w:tr w:rsidR="008E65E7" w:rsidRPr="001C56D5" w14:paraId="6B3B6AAB" w14:textId="77777777" w:rsidTr="00196CA0">
        <w:trPr>
          <w:jc w:val="center"/>
        </w:trPr>
        <w:tc>
          <w:tcPr>
            <w:tcW w:w="2712" w:type="dxa"/>
          </w:tcPr>
          <w:p w14:paraId="73663247" w14:textId="079688CE" w:rsidR="008E65E7" w:rsidRPr="001C56D5" w:rsidRDefault="007A5BC4">
            <w:pPr>
              <w:rPr>
                <w:szCs w:val="24"/>
              </w:rPr>
            </w:pPr>
            <w:r w:rsidRPr="001C56D5">
              <w:rPr>
                <w:szCs w:val="24"/>
              </w:rPr>
              <w:t>Áigeplána</w:t>
            </w:r>
          </w:p>
        </w:tc>
        <w:tc>
          <w:tcPr>
            <w:tcW w:w="4989" w:type="dxa"/>
          </w:tcPr>
          <w:p w14:paraId="32A3C1DC" w14:textId="37F3C4DE" w:rsidR="008E65E7" w:rsidRPr="001C56D5" w:rsidRDefault="007A5BC4">
            <w:pPr>
              <w:rPr>
                <w:szCs w:val="24"/>
              </w:rPr>
            </w:pPr>
            <w:r w:rsidRPr="001C56D5">
              <w:rPr>
                <w:szCs w:val="24"/>
              </w:rPr>
              <w:t xml:space="preserve">Lea go vuosttaš skuvlabeaivi plánejuvvon čielga </w:t>
            </w:r>
            <w:r w:rsidR="00EB24BA" w:rsidRPr="001C56D5">
              <w:rPr>
                <w:szCs w:val="24"/>
              </w:rPr>
              <w:t>ortnetvuoruin, bottuiguin, ovddasvástádusain ja rávesolbmuidsajustemiin?</w:t>
            </w:r>
          </w:p>
        </w:tc>
        <w:tc>
          <w:tcPr>
            <w:tcW w:w="2390" w:type="dxa"/>
          </w:tcPr>
          <w:p w14:paraId="4F50D655" w14:textId="77777777" w:rsidR="008E65E7" w:rsidRPr="001C56D5" w:rsidRDefault="008E65E7">
            <w:pPr>
              <w:rPr>
                <w:szCs w:val="24"/>
              </w:rPr>
            </w:pPr>
          </w:p>
        </w:tc>
      </w:tr>
      <w:tr w:rsidR="008E65E7" w:rsidRPr="001C56D5" w14:paraId="423769EC" w14:textId="77777777" w:rsidTr="00196CA0">
        <w:trPr>
          <w:jc w:val="center"/>
        </w:trPr>
        <w:tc>
          <w:tcPr>
            <w:tcW w:w="2712" w:type="dxa"/>
          </w:tcPr>
          <w:p w14:paraId="6178229F" w14:textId="5324BEE0" w:rsidR="008E65E7" w:rsidRPr="001C56D5" w:rsidRDefault="00EB24BA">
            <w:pPr>
              <w:rPr>
                <w:szCs w:val="24"/>
              </w:rPr>
            </w:pPr>
            <w:r w:rsidRPr="001C56D5">
              <w:rPr>
                <w:szCs w:val="24"/>
              </w:rPr>
              <w:t>Álgorutiidna</w:t>
            </w:r>
          </w:p>
        </w:tc>
        <w:tc>
          <w:tcPr>
            <w:tcW w:w="4989" w:type="dxa"/>
          </w:tcPr>
          <w:p w14:paraId="58D51B61" w14:textId="38294430" w:rsidR="008E65E7" w:rsidRPr="001C56D5" w:rsidRDefault="00EB24BA">
            <w:pPr>
              <w:rPr>
                <w:szCs w:val="24"/>
              </w:rPr>
            </w:pPr>
            <w:r w:rsidRPr="001C56D5">
              <w:rPr>
                <w:szCs w:val="24"/>
              </w:rPr>
              <w:t>Mo dearvvahit ohppiid uvssas, lanjas ja vuosttaš diimmu?</w:t>
            </w:r>
          </w:p>
        </w:tc>
        <w:tc>
          <w:tcPr>
            <w:tcW w:w="2390" w:type="dxa"/>
          </w:tcPr>
          <w:p w14:paraId="02884E7B" w14:textId="77777777" w:rsidR="008E65E7" w:rsidRPr="001C56D5" w:rsidRDefault="008E65E7">
            <w:pPr>
              <w:rPr>
                <w:szCs w:val="24"/>
              </w:rPr>
            </w:pPr>
          </w:p>
        </w:tc>
      </w:tr>
      <w:tr w:rsidR="008E65E7" w:rsidRPr="001C56D5" w14:paraId="45A70B7F" w14:textId="77777777" w:rsidTr="00196CA0">
        <w:trPr>
          <w:jc w:val="center"/>
        </w:trPr>
        <w:tc>
          <w:tcPr>
            <w:tcW w:w="2712" w:type="dxa"/>
          </w:tcPr>
          <w:p w14:paraId="62E76724" w14:textId="03AAA534" w:rsidR="008E65E7" w:rsidRPr="001C56D5" w:rsidRDefault="00EB24BA">
            <w:pPr>
              <w:rPr>
                <w:szCs w:val="24"/>
              </w:rPr>
            </w:pPr>
            <w:r w:rsidRPr="001C56D5">
              <w:rPr>
                <w:szCs w:val="24"/>
              </w:rPr>
              <w:t>Loahpahanrutiidna</w:t>
            </w:r>
          </w:p>
        </w:tc>
        <w:tc>
          <w:tcPr>
            <w:tcW w:w="4989" w:type="dxa"/>
          </w:tcPr>
          <w:p w14:paraId="626CA9D7" w14:textId="147FEECC" w:rsidR="008E65E7" w:rsidRPr="001C56D5" w:rsidRDefault="00EB24BA">
            <w:pPr>
              <w:rPr>
                <w:szCs w:val="24"/>
              </w:rPr>
            </w:pPr>
            <w:r w:rsidRPr="001C56D5">
              <w:rPr>
                <w:szCs w:val="24"/>
              </w:rPr>
              <w:t xml:space="preserve">Mo mii </w:t>
            </w:r>
            <w:r w:rsidR="008415EA" w:rsidRPr="001C56D5">
              <w:rPr>
                <w:szCs w:val="24"/>
              </w:rPr>
              <w:t>loahpahat beaivvi/diimmu vai oahppit dihtet mii dáhpáhuvvá viidáset?</w:t>
            </w:r>
          </w:p>
        </w:tc>
        <w:tc>
          <w:tcPr>
            <w:tcW w:w="2390" w:type="dxa"/>
          </w:tcPr>
          <w:p w14:paraId="7DBC8E2B" w14:textId="77777777" w:rsidR="008E65E7" w:rsidRPr="001C56D5" w:rsidRDefault="008E65E7">
            <w:pPr>
              <w:rPr>
                <w:szCs w:val="24"/>
              </w:rPr>
            </w:pPr>
          </w:p>
        </w:tc>
      </w:tr>
      <w:tr w:rsidR="008E65E7" w:rsidRPr="001C56D5" w14:paraId="2280D00B" w14:textId="77777777" w:rsidTr="00196CA0">
        <w:trPr>
          <w:jc w:val="center"/>
        </w:trPr>
        <w:tc>
          <w:tcPr>
            <w:tcW w:w="2712" w:type="dxa"/>
          </w:tcPr>
          <w:p w14:paraId="3470D4FD" w14:textId="05D4C96B" w:rsidR="008E65E7" w:rsidRPr="001C56D5" w:rsidRDefault="0087563B">
            <w:pPr>
              <w:rPr>
                <w:szCs w:val="24"/>
              </w:rPr>
            </w:pPr>
            <w:r w:rsidRPr="001C56D5">
              <w:rPr>
                <w:szCs w:val="24"/>
              </w:rPr>
              <w:t>Doaimmat</w:t>
            </w:r>
          </w:p>
        </w:tc>
        <w:tc>
          <w:tcPr>
            <w:tcW w:w="4989" w:type="dxa"/>
          </w:tcPr>
          <w:p w14:paraId="67A7BD2F" w14:textId="4FF97CD3" w:rsidR="008E65E7" w:rsidRPr="001C56D5" w:rsidRDefault="0087563B">
            <w:pPr>
              <w:rPr>
                <w:szCs w:val="24"/>
              </w:rPr>
            </w:pPr>
            <w:r w:rsidRPr="001C56D5">
              <w:rPr>
                <w:szCs w:val="24"/>
              </w:rPr>
              <w:t xml:space="preserve">Guđe searvadahtti doaimmaid čađahit, ja mo </w:t>
            </w:r>
            <w:r w:rsidR="00D40BBF" w:rsidRPr="001C56D5">
              <w:rPr>
                <w:szCs w:val="24"/>
              </w:rPr>
              <w:t>dárkkistit daid kvalitehta?</w:t>
            </w:r>
          </w:p>
        </w:tc>
        <w:tc>
          <w:tcPr>
            <w:tcW w:w="2390" w:type="dxa"/>
          </w:tcPr>
          <w:p w14:paraId="291194A9" w14:textId="77777777" w:rsidR="008E65E7" w:rsidRPr="001C56D5" w:rsidRDefault="008E65E7">
            <w:pPr>
              <w:rPr>
                <w:szCs w:val="24"/>
              </w:rPr>
            </w:pPr>
          </w:p>
        </w:tc>
      </w:tr>
      <w:tr w:rsidR="008E65E7" w:rsidRPr="001C56D5" w14:paraId="19D3B44B" w14:textId="77777777" w:rsidTr="00196CA0">
        <w:trPr>
          <w:jc w:val="center"/>
        </w:trPr>
        <w:tc>
          <w:tcPr>
            <w:tcW w:w="2712" w:type="dxa"/>
          </w:tcPr>
          <w:p w14:paraId="42B9F5C3" w14:textId="6FAD6BFF" w:rsidR="008E65E7" w:rsidRPr="001C56D5" w:rsidRDefault="00D40BBF">
            <w:pPr>
              <w:rPr>
                <w:szCs w:val="24"/>
              </w:rPr>
            </w:pPr>
            <w:r w:rsidRPr="001C56D5">
              <w:rPr>
                <w:szCs w:val="24"/>
              </w:rPr>
              <w:t>Uks</w:t>
            </w:r>
            <w:r w:rsidR="00297F74" w:rsidRPr="001C56D5">
              <w:rPr>
                <w:szCs w:val="24"/>
              </w:rPr>
              <w:t>a</w:t>
            </w:r>
            <w:r w:rsidRPr="001C56D5">
              <w:rPr>
                <w:szCs w:val="24"/>
              </w:rPr>
              <w:t>las</w:t>
            </w:r>
            <w:r w:rsidR="00297F74" w:rsidRPr="001C56D5">
              <w:rPr>
                <w:szCs w:val="24"/>
              </w:rPr>
              <w:t xml:space="preserve">ánjuolggadusat </w:t>
            </w:r>
          </w:p>
        </w:tc>
        <w:tc>
          <w:tcPr>
            <w:tcW w:w="4989" w:type="dxa"/>
          </w:tcPr>
          <w:p w14:paraId="7316036B" w14:textId="2A4A6E7D" w:rsidR="008E65E7" w:rsidRPr="001C56D5" w:rsidRDefault="000F5EA6">
            <w:pPr>
              <w:rPr>
                <w:szCs w:val="24"/>
              </w:rPr>
            </w:pPr>
            <w:r w:rsidRPr="001C56D5">
              <w:rPr>
                <w:szCs w:val="24"/>
              </w:rPr>
              <w:t xml:space="preserve">Guđe gaskaboddosaš njuolggadusat gustojit vuosttaš beaivvi rájes, ja mo </w:t>
            </w:r>
            <w:r w:rsidR="004B34F8" w:rsidRPr="001C56D5">
              <w:rPr>
                <w:szCs w:val="24"/>
              </w:rPr>
              <w:t>galget oahppit mielváikkuhit ovddosguvlui?</w:t>
            </w:r>
          </w:p>
        </w:tc>
        <w:tc>
          <w:tcPr>
            <w:tcW w:w="2390" w:type="dxa"/>
          </w:tcPr>
          <w:p w14:paraId="2E8E07F3" w14:textId="77777777" w:rsidR="008E65E7" w:rsidRPr="001C56D5" w:rsidRDefault="008E65E7">
            <w:pPr>
              <w:rPr>
                <w:szCs w:val="24"/>
              </w:rPr>
            </w:pPr>
          </w:p>
        </w:tc>
      </w:tr>
      <w:tr w:rsidR="008E65E7" w:rsidRPr="001C56D5" w14:paraId="6C684A16" w14:textId="77777777" w:rsidTr="00196CA0">
        <w:trPr>
          <w:jc w:val="center"/>
        </w:trPr>
        <w:tc>
          <w:tcPr>
            <w:tcW w:w="2712" w:type="dxa"/>
          </w:tcPr>
          <w:p w14:paraId="69B871DE" w14:textId="65BD6C20" w:rsidR="008E65E7" w:rsidRPr="001C56D5" w:rsidRDefault="004B34F8">
            <w:pPr>
              <w:rPr>
                <w:szCs w:val="24"/>
              </w:rPr>
            </w:pPr>
            <w:r w:rsidRPr="001C56D5">
              <w:rPr>
                <w:szCs w:val="24"/>
              </w:rPr>
              <w:t>Uhkki</w:t>
            </w:r>
          </w:p>
        </w:tc>
        <w:tc>
          <w:tcPr>
            <w:tcW w:w="4989" w:type="dxa"/>
          </w:tcPr>
          <w:p w14:paraId="63F53C92" w14:textId="47ED3D6D" w:rsidR="008E65E7" w:rsidRPr="001C56D5" w:rsidRDefault="004B34F8">
            <w:pPr>
              <w:rPr>
                <w:szCs w:val="24"/>
              </w:rPr>
            </w:pPr>
            <w:r w:rsidRPr="001C56D5">
              <w:rPr>
                <w:szCs w:val="24"/>
              </w:rPr>
              <w:t>Mii soaitá mannat boastut sosiála</w:t>
            </w:r>
            <w:r w:rsidR="00CA07E8" w:rsidRPr="001C56D5">
              <w:rPr>
                <w:szCs w:val="24"/>
              </w:rPr>
              <w:t>, praktihkalaš ja organiserema dáfus – ja mo dan eastadit?</w:t>
            </w:r>
          </w:p>
        </w:tc>
        <w:tc>
          <w:tcPr>
            <w:tcW w:w="2390" w:type="dxa"/>
          </w:tcPr>
          <w:p w14:paraId="52218E98" w14:textId="77777777" w:rsidR="008E65E7" w:rsidRPr="001C56D5" w:rsidRDefault="008E65E7">
            <w:pPr>
              <w:rPr>
                <w:szCs w:val="24"/>
              </w:rPr>
            </w:pPr>
          </w:p>
        </w:tc>
      </w:tr>
    </w:tbl>
    <w:p w14:paraId="77EF2B45" w14:textId="77777777" w:rsidR="008E65E7" w:rsidRPr="001C56D5" w:rsidRDefault="008E65E7">
      <w:pPr>
        <w:rPr>
          <w:szCs w:val="24"/>
        </w:rPr>
      </w:pPr>
    </w:p>
    <w:p w14:paraId="2D5BEAE2" w14:textId="77777777" w:rsidR="008E65E7" w:rsidRPr="001C56D5" w:rsidRDefault="000A4724" w:rsidP="001B66BB">
      <w:pPr>
        <w:jc w:val="both"/>
        <w:rPr>
          <w:szCs w:val="24"/>
        </w:rPr>
      </w:pPr>
      <w:r w:rsidRPr="001C56D5">
        <w:rPr>
          <w:szCs w:val="24"/>
        </w:rPr>
        <w:br w:type="page"/>
      </w:r>
    </w:p>
    <w:p w14:paraId="3A4E9A79" w14:textId="56E3D9FF" w:rsidR="008E65E7" w:rsidRPr="001C56D5" w:rsidRDefault="00F561C7" w:rsidP="00401658">
      <w:pPr>
        <w:pStyle w:val="Overskrift2"/>
        <w:rPr>
          <w:rStyle w:val="Overskrift2Tegn"/>
          <w:b/>
          <w:bCs/>
          <w:lang w:val="se-NO"/>
        </w:rPr>
      </w:pPr>
      <w:bookmarkStart w:id="11" w:name="_Toc238470116"/>
      <w:r w:rsidRPr="001C56D5">
        <w:rPr>
          <w:rStyle w:val="Overskrift2Tegn"/>
          <w:b/>
          <w:bCs/>
          <w:lang w:val="se-NO"/>
        </w:rPr>
        <w:lastRenderedPageBreak/>
        <w:t>Vuosttaš skuvlabeaivi, vuosttaš skuvlavahkku ja vuosttaš mánnu</w:t>
      </w:r>
      <w:bookmarkEnd w:id="11"/>
    </w:p>
    <w:p w14:paraId="7EF87031" w14:textId="77777777" w:rsidR="00401658" w:rsidRPr="001C56D5" w:rsidRDefault="00401658" w:rsidP="00401658">
      <w:pPr>
        <w:pStyle w:val="Nummerertliste"/>
        <w:numPr>
          <w:ilvl w:val="0"/>
          <w:numId w:val="0"/>
        </w:numPr>
        <w:ind w:left="360"/>
      </w:pPr>
    </w:p>
    <w:tbl>
      <w:tblPr>
        <w:tblStyle w:val="Tabellrutenett"/>
        <w:tblW w:w="0" w:type="auto"/>
        <w:jc w:val="center"/>
        <w:tblLook w:val="04A0" w:firstRow="1" w:lastRow="0" w:firstColumn="1" w:lastColumn="0" w:noHBand="0" w:noVBand="1"/>
      </w:tblPr>
      <w:tblGrid>
        <w:gridCol w:w="2828"/>
        <w:gridCol w:w="2832"/>
        <w:gridCol w:w="4530"/>
      </w:tblGrid>
      <w:tr w:rsidR="008E65E7" w:rsidRPr="001C56D5" w14:paraId="562B9C58" w14:textId="77777777" w:rsidTr="000D6C01">
        <w:trPr>
          <w:jc w:val="center"/>
        </w:trPr>
        <w:tc>
          <w:tcPr>
            <w:tcW w:w="2831" w:type="dxa"/>
            <w:shd w:val="clear" w:color="auto" w:fill="DDF1EA"/>
          </w:tcPr>
          <w:p w14:paraId="7488DA89" w14:textId="1B005C31" w:rsidR="008E65E7" w:rsidRPr="001C56D5" w:rsidRDefault="00F561C7">
            <w:pPr>
              <w:rPr>
                <w:szCs w:val="24"/>
              </w:rPr>
            </w:pPr>
            <w:r w:rsidRPr="001C56D5">
              <w:rPr>
                <w:b/>
                <w:szCs w:val="24"/>
              </w:rPr>
              <w:t>Áigi</w:t>
            </w:r>
          </w:p>
        </w:tc>
        <w:tc>
          <w:tcPr>
            <w:tcW w:w="2835" w:type="dxa"/>
            <w:shd w:val="clear" w:color="auto" w:fill="DDF1EA"/>
          </w:tcPr>
          <w:p w14:paraId="4134BE05" w14:textId="7108E193" w:rsidR="008E65E7" w:rsidRPr="001C56D5" w:rsidRDefault="00F561C7">
            <w:pPr>
              <w:rPr>
                <w:szCs w:val="24"/>
              </w:rPr>
            </w:pPr>
            <w:r w:rsidRPr="001C56D5">
              <w:rPr>
                <w:b/>
                <w:szCs w:val="24"/>
              </w:rPr>
              <w:t>Ulbmil</w:t>
            </w:r>
          </w:p>
        </w:tc>
        <w:tc>
          <w:tcPr>
            <w:tcW w:w="4535" w:type="dxa"/>
            <w:shd w:val="clear" w:color="auto" w:fill="DDF1EA"/>
          </w:tcPr>
          <w:p w14:paraId="1F6A9039" w14:textId="53A3B03F" w:rsidR="008E65E7" w:rsidRPr="001C56D5" w:rsidRDefault="00F561C7">
            <w:pPr>
              <w:rPr>
                <w:szCs w:val="24"/>
              </w:rPr>
            </w:pPr>
            <w:r w:rsidRPr="001C56D5">
              <w:rPr>
                <w:b/>
                <w:szCs w:val="24"/>
              </w:rPr>
              <w:t>Konkrehta doaibmabijut</w:t>
            </w:r>
          </w:p>
        </w:tc>
      </w:tr>
      <w:tr w:rsidR="008E65E7" w:rsidRPr="001C56D5" w14:paraId="2A374CD0" w14:textId="77777777" w:rsidTr="000D6C01">
        <w:trPr>
          <w:jc w:val="center"/>
        </w:trPr>
        <w:tc>
          <w:tcPr>
            <w:tcW w:w="2831" w:type="dxa"/>
          </w:tcPr>
          <w:p w14:paraId="6219BA4D" w14:textId="55070028" w:rsidR="008E65E7" w:rsidRPr="001C56D5" w:rsidRDefault="00F561C7">
            <w:pPr>
              <w:rPr>
                <w:szCs w:val="24"/>
              </w:rPr>
            </w:pPr>
            <w:r w:rsidRPr="001C56D5">
              <w:rPr>
                <w:szCs w:val="24"/>
              </w:rPr>
              <w:t>Vuosttaš skuvla</w:t>
            </w:r>
            <w:r w:rsidR="00176A4E" w:rsidRPr="001C56D5">
              <w:rPr>
                <w:szCs w:val="24"/>
              </w:rPr>
              <w:t>beaivi</w:t>
            </w:r>
          </w:p>
        </w:tc>
        <w:tc>
          <w:tcPr>
            <w:tcW w:w="2835" w:type="dxa"/>
          </w:tcPr>
          <w:p w14:paraId="100D101D" w14:textId="010F2DC3" w:rsidR="008E65E7" w:rsidRPr="001C56D5" w:rsidRDefault="00176A4E">
            <w:pPr>
              <w:rPr>
                <w:szCs w:val="24"/>
              </w:rPr>
            </w:pPr>
            <w:r w:rsidRPr="001C56D5">
              <w:rPr>
                <w:szCs w:val="24"/>
              </w:rPr>
              <w:t xml:space="preserve">Oahppi galgá </w:t>
            </w:r>
            <w:r w:rsidR="00982D28" w:rsidRPr="001C56D5">
              <w:rPr>
                <w:szCs w:val="24"/>
              </w:rPr>
              <w:t xml:space="preserve">vuostáiváldot, oažžut dieđuid ja </w:t>
            </w:r>
            <w:r w:rsidR="00F96DA6" w:rsidRPr="001C56D5">
              <w:rPr>
                <w:szCs w:val="24"/>
              </w:rPr>
              <w:t xml:space="preserve">searvat oadjebasat </w:t>
            </w:r>
          </w:p>
        </w:tc>
        <w:tc>
          <w:tcPr>
            <w:tcW w:w="4535" w:type="dxa"/>
          </w:tcPr>
          <w:p w14:paraId="602FF0D7" w14:textId="27B49487" w:rsidR="008E65E7" w:rsidRPr="001C56D5" w:rsidRDefault="00F96DA6">
            <w:pPr>
              <w:rPr>
                <w:szCs w:val="24"/>
              </w:rPr>
            </w:pPr>
            <w:r w:rsidRPr="001C56D5">
              <w:rPr>
                <w:szCs w:val="24"/>
              </w:rPr>
              <w:t xml:space="preserve">Čielga vuostáiváldin, plána távvalis, fásta čohkkánsajit, namaid oahppat, álkes doaimmat, </w:t>
            </w:r>
            <w:r w:rsidR="00C81B0F" w:rsidRPr="001C56D5">
              <w:rPr>
                <w:szCs w:val="24"/>
              </w:rPr>
              <w:t>praktihkalaš</w:t>
            </w:r>
            <w:r w:rsidRPr="001C56D5">
              <w:rPr>
                <w:szCs w:val="24"/>
              </w:rPr>
              <w:t xml:space="preserve"> dieđut, loahpahus </w:t>
            </w:r>
            <w:r w:rsidR="00C81B0F" w:rsidRPr="001C56D5">
              <w:rPr>
                <w:szCs w:val="24"/>
              </w:rPr>
              <w:t>ja dieđihit mii dáhpáhuvvá boahtte beaivvi.</w:t>
            </w:r>
          </w:p>
        </w:tc>
      </w:tr>
      <w:tr w:rsidR="008E65E7" w:rsidRPr="001C56D5" w14:paraId="7B537FC5" w14:textId="77777777" w:rsidTr="000D6C01">
        <w:trPr>
          <w:jc w:val="center"/>
        </w:trPr>
        <w:tc>
          <w:tcPr>
            <w:tcW w:w="2831" w:type="dxa"/>
          </w:tcPr>
          <w:p w14:paraId="268A7FD6" w14:textId="0ED581AD" w:rsidR="008E65E7" w:rsidRPr="001C56D5" w:rsidRDefault="00C81B0F">
            <w:pPr>
              <w:rPr>
                <w:szCs w:val="24"/>
              </w:rPr>
            </w:pPr>
            <w:r w:rsidRPr="001C56D5">
              <w:rPr>
                <w:szCs w:val="24"/>
              </w:rPr>
              <w:t>Vuosttaš skuvlavahkku</w:t>
            </w:r>
          </w:p>
        </w:tc>
        <w:tc>
          <w:tcPr>
            <w:tcW w:w="2835" w:type="dxa"/>
          </w:tcPr>
          <w:p w14:paraId="2A56F808" w14:textId="3FB4125A" w:rsidR="008E65E7" w:rsidRPr="001C56D5" w:rsidRDefault="00C81B0F">
            <w:pPr>
              <w:rPr>
                <w:szCs w:val="24"/>
              </w:rPr>
            </w:pPr>
            <w:r w:rsidRPr="001C56D5">
              <w:rPr>
                <w:szCs w:val="24"/>
              </w:rPr>
              <w:t xml:space="preserve">Oahppit galget vásihit diehttevašvuođa, </w:t>
            </w:r>
            <w:r w:rsidR="00731CD6" w:rsidRPr="001C56D5">
              <w:rPr>
                <w:szCs w:val="24"/>
              </w:rPr>
              <w:t xml:space="preserve">áicilis rávesolbmuid ja eará oadjebas oktavuođaid. </w:t>
            </w:r>
          </w:p>
        </w:tc>
        <w:tc>
          <w:tcPr>
            <w:tcW w:w="4535" w:type="dxa"/>
          </w:tcPr>
          <w:p w14:paraId="657602BA" w14:textId="7B9B1C2F" w:rsidR="008E65E7" w:rsidRPr="001C56D5" w:rsidRDefault="00B85BBF">
            <w:pPr>
              <w:rPr>
                <w:szCs w:val="24"/>
              </w:rPr>
            </w:pPr>
            <w:r w:rsidRPr="001C56D5">
              <w:rPr>
                <w:szCs w:val="24"/>
              </w:rPr>
              <w:t>Beaivválaš álgorutiinnat</w:t>
            </w:r>
            <w:r w:rsidR="00347BC3" w:rsidRPr="001C56D5">
              <w:rPr>
                <w:szCs w:val="24"/>
              </w:rPr>
              <w:t>, oanehis searvadahtti doaimmat, oahpaheaddji hábme joavkkuid, ovttasdoaibmama áic</w:t>
            </w:r>
            <w:r w:rsidR="00184F34" w:rsidRPr="001C56D5">
              <w:rPr>
                <w:szCs w:val="24"/>
              </w:rPr>
              <w:t xml:space="preserve">at, sagastallan ohppiiguin guđet dárbbašit lasi doarjaga. </w:t>
            </w:r>
          </w:p>
        </w:tc>
      </w:tr>
      <w:tr w:rsidR="008E65E7" w:rsidRPr="001C56D5" w14:paraId="10760033" w14:textId="77777777" w:rsidTr="000D6C01">
        <w:trPr>
          <w:jc w:val="center"/>
        </w:trPr>
        <w:tc>
          <w:tcPr>
            <w:tcW w:w="2831" w:type="dxa"/>
          </w:tcPr>
          <w:p w14:paraId="4D599F7A" w14:textId="2C5C5DAC" w:rsidR="008E65E7" w:rsidRPr="001C56D5" w:rsidRDefault="00731CD6">
            <w:pPr>
              <w:rPr>
                <w:szCs w:val="24"/>
              </w:rPr>
            </w:pPr>
            <w:r w:rsidRPr="001C56D5">
              <w:rPr>
                <w:szCs w:val="24"/>
              </w:rPr>
              <w:t>Vuosttaš mánnu</w:t>
            </w:r>
          </w:p>
        </w:tc>
        <w:tc>
          <w:tcPr>
            <w:tcW w:w="2835" w:type="dxa"/>
          </w:tcPr>
          <w:p w14:paraId="0247EF5B" w14:textId="2B49757C" w:rsidR="00B85BBF" w:rsidRPr="001C56D5" w:rsidRDefault="00B85BBF">
            <w:pPr>
              <w:rPr>
                <w:szCs w:val="24"/>
              </w:rPr>
            </w:pPr>
            <w:r w:rsidRPr="001C56D5">
              <w:rPr>
                <w:szCs w:val="24"/>
              </w:rPr>
              <w:t xml:space="preserve">Nannet ja muddet searvevuođa ovdal go dorvvohis minstarat darvánit. </w:t>
            </w:r>
          </w:p>
        </w:tc>
        <w:tc>
          <w:tcPr>
            <w:tcW w:w="4535" w:type="dxa"/>
          </w:tcPr>
          <w:p w14:paraId="1CB615FB" w14:textId="74BC928A" w:rsidR="008E65E7" w:rsidRPr="001C56D5" w:rsidRDefault="00184F34">
            <w:pPr>
              <w:rPr>
                <w:szCs w:val="24"/>
              </w:rPr>
            </w:pPr>
            <w:r w:rsidRPr="001C56D5">
              <w:rPr>
                <w:szCs w:val="24"/>
              </w:rPr>
              <w:t>Vahkkosaš árvvoštallan bargojoavkkus, o</w:t>
            </w:r>
            <w:r w:rsidR="000B0EE2" w:rsidRPr="001C56D5">
              <w:rPr>
                <w:szCs w:val="24"/>
              </w:rPr>
              <w:t>hppiid</w:t>
            </w:r>
            <w:r w:rsidR="00C90DAA" w:rsidRPr="001C56D5">
              <w:rPr>
                <w:szCs w:val="24"/>
              </w:rPr>
              <w:t xml:space="preserve"> čuovvoleapmi, </w:t>
            </w:r>
            <w:r w:rsidR="00352C86" w:rsidRPr="001C56D5">
              <w:rPr>
                <w:szCs w:val="24"/>
              </w:rPr>
              <w:t xml:space="preserve">joavkkuid </w:t>
            </w:r>
            <w:r w:rsidR="00EF4DE4" w:rsidRPr="001C56D5">
              <w:rPr>
                <w:szCs w:val="24"/>
              </w:rPr>
              <w:t>muddet, uksalasánjuolggadusaiguin bargat, fuolaheddjiiguin sagastallat dárbbu mielde, čuovvolit jávkam</w:t>
            </w:r>
            <w:r w:rsidR="00351260" w:rsidRPr="001C56D5">
              <w:rPr>
                <w:szCs w:val="24"/>
              </w:rPr>
              <w:t xml:space="preserve">a ja </w:t>
            </w:r>
            <w:r w:rsidR="003413DD" w:rsidRPr="001C56D5">
              <w:rPr>
                <w:szCs w:val="24"/>
              </w:rPr>
              <w:t xml:space="preserve">olggušteami. </w:t>
            </w:r>
          </w:p>
        </w:tc>
      </w:tr>
    </w:tbl>
    <w:p w14:paraId="19F26FFC" w14:textId="77777777" w:rsidR="008E65E7" w:rsidRPr="001C56D5" w:rsidRDefault="008E65E7">
      <w:pPr>
        <w:rPr>
          <w:szCs w:val="24"/>
        </w:rPr>
      </w:pPr>
    </w:p>
    <w:p w14:paraId="04BEC6A8" w14:textId="02ADF0CA" w:rsidR="008E65E7" w:rsidRPr="001C56D5" w:rsidRDefault="003413DD" w:rsidP="0016620E">
      <w:pPr>
        <w:pStyle w:val="Overskrift2"/>
      </w:pPr>
      <w:bookmarkStart w:id="12" w:name="_Toc238470117"/>
      <w:r w:rsidRPr="001C56D5">
        <w:t xml:space="preserve">Mo dagahit oadjebasvuođa ja </w:t>
      </w:r>
      <w:r w:rsidR="00482062" w:rsidRPr="001C56D5">
        <w:t>ásahit buriid rutiinnaid</w:t>
      </w:r>
      <w:bookmarkEnd w:id="12"/>
    </w:p>
    <w:p w14:paraId="25D7BFAC" w14:textId="3B3D5DAF" w:rsidR="008E65E7" w:rsidRPr="001C56D5" w:rsidRDefault="007B24AC" w:rsidP="00571B07">
      <w:pPr>
        <w:rPr>
          <w:b/>
          <w:bCs/>
          <w:szCs w:val="24"/>
        </w:rPr>
      </w:pPr>
      <w:r w:rsidRPr="001C56D5">
        <w:rPr>
          <w:b/>
          <w:bCs/>
          <w:szCs w:val="24"/>
        </w:rPr>
        <w:t>Álggahanrutiidna diimmus</w:t>
      </w:r>
    </w:p>
    <w:tbl>
      <w:tblPr>
        <w:tblStyle w:val="Tabellrutenett"/>
        <w:tblW w:w="0" w:type="auto"/>
        <w:jc w:val="center"/>
        <w:tblLook w:val="04A0" w:firstRow="1" w:lastRow="0" w:firstColumn="1" w:lastColumn="0" w:noHBand="0" w:noVBand="1"/>
      </w:tblPr>
      <w:tblGrid>
        <w:gridCol w:w="3643"/>
        <w:gridCol w:w="6520"/>
      </w:tblGrid>
      <w:tr w:rsidR="008E65E7" w:rsidRPr="001C56D5" w14:paraId="6CD9CBFD" w14:textId="77777777" w:rsidTr="000D6C01">
        <w:trPr>
          <w:jc w:val="center"/>
        </w:trPr>
        <w:tc>
          <w:tcPr>
            <w:tcW w:w="3643" w:type="dxa"/>
            <w:shd w:val="clear" w:color="auto" w:fill="DDF1EA"/>
          </w:tcPr>
          <w:p w14:paraId="60E0FC81" w14:textId="6454F3E1" w:rsidR="008E65E7" w:rsidRPr="001C56D5" w:rsidRDefault="007B24AC">
            <w:pPr>
              <w:rPr>
                <w:szCs w:val="24"/>
              </w:rPr>
            </w:pPr>
            <w:r w:rsidRPr="001C56D5">
              <w:rPr>
                <w:b/>
                <w:szCs w:val="24"/>
              </w:rPr>
              <w:t>Oassi</w:t>
            </w:r>
          </w:p>
        </w:tc>
        <w:tc>
          <w:tcPr>
            <w:tcW w:w="6520" w:type="dxa"/>
            <w:shd w:val="clear" w:color="auto" w:fill="DDF1EA"/>
          </w:tcPr>
          <w:p w14:paraId="3243C498" w14:textId="56755082" w:rsidR="008E65E7" w:rsidRPr="001C56D5" w:rsidRDefault="00B746E3">
            <w:pPr>
              <w:rPr>
                <w:szCs w:val="24"/>
              </w:rPr>
            </w:pPr>
            <w:r w:rsidRPr="001C56D5">
              <w:rPr>
                <w:b/>
                <w:szCs w:val="24"/>
              </w:rPr>
              <w:t>Maid dahká rávesolmmoš?</w:t>
            </w:r>
          </w:p>
        </w:tc>
      </w:tr>
      <w:tr w:rsidR="008E65E7" w:rsidRPr="001C56D5" w14:paraId="6530144D" w14:textId="77777777" w:rsidTr="000D6C01">
        <w:trPr>
          <w:jc w:val="center"/>
        </w:trPr>
        <w:tc>
          <w:tcPr>
            <w:tcW w:w="3643" w:type="dxa"/>
          </w:tcPr>
          <w:p w14:paraId="7A73A1C4" w14:textId="53238715" w:rsidR="008E65E7" w:rsidRPr="001C56D5" w:rsidRDefault="007B24AC">
            <w:pPr>
              <w:rPr>
                <w:szCs w:val="24"/>
              </w:rPr>
            </w:pPr>
            <w:r w:rsidRPr="001C56D5">
              <w:rPr>
                <w:szCs w:val="24"/>
              </w:rPr>
              <w:t>Dearv</w:t>
            </w:r>
            <w:r w:rsidR="00B746E3" w:rsidRPr="001C56D5">
              <w:rPr>
                <w:szCs w:val="24"/>
              </w:rPr>
              <w:t>vahit ja sávvat bures boahtima</w:t>
            </w:r>
          </w:p>
        </w:tc>
        <w:tc>
          <w:tcPr>
            <w:tcW w:w="6520" w:type="dxa"/>
          </w:tcPr>
          <w:p w14:paraId="4111DBF5" w14:textId="0808C591" w:rsidR="008E65E7" w:rsidRPr="001C56D5" w:rsidRDefault="00FF4088">
            <w:pPr>
              <w:rPr>
                <w:szCs w:val="24"/>
              </w:rPr>
            </w:pPr>
            <w:r w:rsidRPr="001C56D5">
              <w:rPr>
                <w:szCs w:val="24"/>
              </w:rPr>
              <w:t>Čuo</w:t>
            </w:r>
            <w:r w:rsidR="00D62A8F" w:rsidRPr="001C56D5">
              <w:rPr>
                <w:szCs w:val="24"/>
              </w:rPr>
              <w:t>ččo áinnas uksaguora</w:t>
            </w:r>
            <w:r w:rsidR="00A173A5" w:rsidRPr="001C56D5">
              <w:rPr>
                <w:szCs w:val="24"/>
              </w:rPr>
              <w:t>s</w:t>
            </w:r>
            <w:r w:rsidR="00D62A8F" w:rsidRPr="001C56D5">
              <w:rPr>
                <w:szCs w:val="24"/>
              </w:rPr>
              <w:t>. Dearvvat ohppiid namain</w:t>
            </w:r>
            <w:r w:rsidR="00E74E69" w:rsidRPr="001C56D5">
              <w:rPr>
                <w:szCs w:val="24"/>
              </w:rPr>
              <w:t xml:space="preserve"> </w:t>
            </w:r>
            <w:r w:rsidR="00154F84" w:rsidRPr="001C56D5">
              <w:rPr>
                <w:szCs w:val="24"/>
              </w:rPr>
              <w:t xml:space="preserve">ja čalbmeoktavuođain. Daga dán maid fágajoavkkus ja muđui beaivvi mielde. </w:t>
            </w:r>
          </w:p>
        </w:tc>
      </w:tr>
      <w:tr w:rsidR="008E65E7" w:rsidRPr="001C56D5" w14:paraId="4C1E5B98" w14:textId="77777777" w:rsidTr="000D6C01">
        <w:trPr>
          <w:jc w:val="center"/>
        </w:trPr>
        <w:tc>
          <w:tcPr>
            <w:tcW w:w="3643" w:type="dxa"/>
          </w:tcPr>
          <w:p w14:paraId="0087C710" w14:textId="4A43D4D6" w:rsidR="008E65E7" w:rsidRPr="001C56D5" w:rsidRDefault="00A173A5">
            <w:pPr>
              <w:rPr>
                <w:szCs w:val="24"/>
              </w:rPr>
            </w:pPr>
            <w:r w:rsidRPr="001C56D5">
              <w:rPr>
                <w:szCs w:val="24"/>
              </w:rPr>
              <w:t>Plána ja ulbmil</w:t>
            </w:r>
          </w:p>
        </w:tc>
        <w:tc>
          <w:tcPr>
            <w:tcW w:w="6520" w:type="dxa"/>
          </w:tcPr>
          <w:p w14:paraId="73EC524D" w14:textId="7C472FEF" w:rsidR="008E65E7" w:rsidRPr="001C56D5" w:rsidRDefault="00A173A5">
            <w:pPr>
              <w:rPr>
                <w:szCs w:val="24"/>
              </w:rPr>
            </w:pPr>
            <w:r w:rsidRPr="001C56D5">
              <w:rPr>
                <w:szCs w:val="24"/>
              </w:rPr>
              <w:t xml:space="preserve">Čájet </w:t>
            </w:r>
            <w:r w:rsidR="00407FC6" w:rsidRPr="001C56D5">
              <w:rPr>
                <w:szCs w:val="24"/>
              </w:rPr>
              <w:t xml:space="preserve">otná plána dahje diimmu plána: dán mii dahkat odne, dát lea ulbmil, dán dii dárbbašehpet. </w:t>
            </w:r>
          </w:p>
        </w:tc>
      </w:tr>
      <w:tr w:rsidR="008E65E7" w:rsidRPr="001C56D5" w14:paraId="1E7DBFB8" w14:textId="77777777" w:rsidTr="000D6C01">
        <w:trPr>
          <w:jc w:val="center"/>
        </w:trPr>
        <w:tc>
          <w:tcPr>
            <w:tcW w:w="3643" w:type="dxa"/>
          </w:tcPr>
          <w:p w14:paraId="43ACB2C1" w14:textId="4E2E3192" w:rsidR="008E65E7" w:rsidRPr="001C56D5" w:rsidRDefault="00407FC6">
            <w:pPr>
              <w:rPr>
                <w:szCs w:val="24"/>
              </w:rPr>
            </w:pPr>
            <w:r w:rsidRPr="001C56D5">
              <w:rPr>
                <w:szCs w:val="24"/>
              </w:rPr>
              <w:t>Čielggadeamit</w:t>
            </w:r>
          </w:p>
        </w:tc>
        <w:tc>
          <w:tcPr>
            <w:tcW w:w="6520" w:type="dxa"/>
          </w:tcPr>
          <w:p w14:paraId="53527C77" w14:textId="55BAEA29" w:rsidR="008E65E7" w:rsidRPr="001C56D5" w:rsidRDefault="00407FC6">
            <w:pPr>
              <w:rPr>
                <w:szCs w:val="24"/>
              </w:rPr>
            </w:pPr>
            <w:r w:rsidRPr="001C56D5">
              <w:rPr>
                <w:szCs w:val="24"/>
              </w:rPr>
              <w:t xml:space="preserve">Atte dárbbašlaš dieđuid ja čielggat gažaldagaid ovdal go doaibma álggahuvvo. </w:t>
            </w:r>
          </w:p>
        </w:tc>
      </w:tr>
      <w:tr w:rsidR="008E65E7" w:rsidRPr="001C56D5" w14:paraId="7D195F85" w14:textId="77777777" w:rsidTr="000D6C01">
        <w:trPr>
          <w:jc w:val="center"/>
        </w:trPr>
        <w:tc>
          <w:tcPr>
            <w:tcW w:w="3643" w:type="dxa"/>
          </w:tcPr>
          <w:p w14:paraId="5930AB31" w14:textId="250947DE" w:rsidR="008E65E7" w:rsidRPr="001C56D5" w:rsidRDefault="00407FC6">
            <w:pPr>
              <w:rPr>
                <w:szCs w:val="24"/>
              </w:rPr>
            </w:pPr>
            <w:r w:rsidRPr="001C56D5">
              <w:rPr>
                <w:szCs w:val="24"/>
              </w:rPr>
              <w:t>Searvadahtti álgu</w:t>
            </w:r>
          </w:p>
        </w:tc>
        <w:tc>
          <w:tcPr>
            <w:tcW w:w="6520" w:type="dxa"/>
          </w:tcPr>
          <w:p w14:paraId="3B245D3A" w14:textId="7EE42897" w:rsidR="008E65E7" w:rsidRPr="001C56D5" w:rsidRDefault="0088389D">
            <w:pPr>
              <w:rPr>
                <w:szCs w:val="24"/>
              </w:rPr>
            </w:pPr>
            <w:r w:rsidRPr="001C56D5">
              <w:rPr>
                <w:szCs w:val="24"/>
              </w:rPr>
              <w:t>Lágit oanehis ja álkes álgodoaimmaid: otná gažaldat, guoibmesagastallan, namahárjehallan,</w:t>
            </w:r>
            <w:r w:rsidR="00C53AC0" w:rsidRPr="001C56D5">
              <w:rPr>
                <w:szCs w:val="24"/>
              </w:rPr>
              <w:t xml:space="preserve"> </w:t>
            </w:r>
            <w:proofErr w:type="spellStart"/>
            <w:r w:rsidR="00C53AC0" w:rsidRPr="001C56D5">
              <w:rPr>
                <w:szCs w:val="24"/>
              </w:rPr>
              <w:t>mini-quiz</w:t>
            </w:r>
            <w:proofErr w:type="spellEnd"/>
            <w:r w:rsidR="00C53AC0" w:rsidRPr="001C56D5">
              <w:rPr>
                <w:szCs w:val="24"/>
              </w:rPr>
              <w:t xml:space="preserve"> </w:t>
            </w:r>
            <w:r w:rsidR="00B024DF" w:rsidRPr="001C56D5">
              <w:rPr>
                <w:szCs w:val="24"/>
              </w:rPr>
              <w:t>dahje</w:t>
            </w:r>
            <w:r w:rsidR="00C53AC0" w:rsidRPr="001C56D5">
              <w:rPr>
                <w:szCs w:val="24"/>
              </w:rPr>
              <w:t xml:space="preserve"> oktasaš bargobihttá.</w:t>
            </w:r>
          </w:p>
        </w:tc>
      </w:tr>
      <w:tr w:rsidR="008E65E7" w:rsidRPr="001C56D5" w14:paraId="257C5674" w14:textId="77777777" w:rsidTr="000D6C01">
        <w:trPr>
          <w:jc w:val="center"/>
        </w:trPr>
        <w:tc>
          <w:tcPr>
            <w:tcW w:w="3643" w:type="dxa"/>
          </w:tcPr>
          <w:p w14:paraId="51726F45" w14:textId="36C75445" w:rsidR="008E65E7" w:rsidRPr="001C56D5" w:rsidRDefault="0001658B">
            <w:pPr>
              <w:rPr>
                <w:szCs w:val="24"/>
              </w:rPr>
            </w:pPr>
            <w:r w:rsidRPr="001C56D5">
              <w:rPr>
                <w:szCs w:val="24"/>
              </w:rPr>
              <w:t xml:space="preserve">Čielga </w:t>
            </w:r>
            <w:r w:rsidR="00BC5FC4" w:rsidRPr="001C56D5">
              <w:rPr>
                <w:szCs w:val="24"/>
              </w:rPr>
              <w:t>sirdašumit</w:t>
            </w:r>
          </w:p>
        </w:tc>
        <w:tc>
          <w:tcPr>
            <w:tcW w:w="6520" w:type="dxa"/>
          </w:tcPr>
          <w:p w14:paraId="2E2390F2" w14:textId="7C1F38AE" w:rsidR="008E65E7" w:rsidRPr="001C56D5" w:rsidRDefault="00BC5FC4">
            <w:pPr>
              <w:rPr>
                <w:szCs w:val="24"/>
              </w:rPr>
            </w:pPr>
            <w:r w:rsidRPr="001C56D5">
              <w:rPr>
                <w:szCs w:val="24"/>
              </w:rPr>
              <w:t>Čájet čielgasit go</w:t>
            </w:r>
            <w:r w:rsidR="00052BED" w:rsidRPr="001C56D5">
              <w:rPr>
                <w:szCs w:val="24"/>
              </w:rPr>
              <w:t>as</w:t>
            </w:r>
            <w:r w:rsidRPr="001C56D5">
              <w:rPr>
                <w:szCs w:val="24"/>
              </w:rPr>
              <w:t xml:space="preserve"> bargu álgá.</w:t>
            </w:r>
            <w:r w:rsidR="00C522C6" w:rsidRPr="001C56D5">
              <w:rPr>
                <w:szCs w:val="24"/>
              </w:rPr>
              <w:t xml:space="preserve"> Hala gulul ja bija fásta signála dahje </w:t>
            </w:r>
            <w:r w:rsidR="009033B5" w:rsidRPr="001C56D5">
              <w:rPr>
                <w:szCs w:val="24"/>
              </w:rPr>
              <w:t xml:space="preserve">visuála doarjaga. </w:t>
            </w:r>
          </w:p>
        </w:tc>
      </w:tr>
    </w:tbl>
    <w:p w14:paraId="2E0D5F02" w14:textId="77777777" w:rsidR="008E65E7" w:rsidRPr="001C56D5" w:rsidRDefault="008E65E7">
      <w:pPr>
        <w:rPr>
          <w:szCs w:val="24"/>
        </w:rPr>
      </w:pPr>
    </w:p>
    <w:p w14:paraId="52029269" w14:textId="77777777" w:rsidR="008E65E7" w:rsidRPr="001C56D5" w:rsidRDefault="000A4724">
      <w:pPr>
        <w:rPr>
          <w:szCs w:val="24"/>
        </w:rPr>
      </w:pPr>
      <w:r w:rsidRPr="001C56D5">
        <w:rPr>
          <w:szCs w:val="24"/>
        </w:rPr>
        <w:br w:type="page"/>
      </w:r>
    </w:p>
    <w:p w14:paraId="47B7B94F" w14:textId="21F92568" w:rsidR="008E65E7" w:rsidRPr="001C56D5" w:rsidRDefault="00052BED" w:rsidP="00A2666E">
      <w:pPr>
        <w:rPr>
          <w:b/>
          <w:bCs/>
          <w:szCs w:val="24"/>
        </w:rPr>
      </w:pPr>
      <w:r w:rsidRPr="001C56D5">
        <w:rPr>
          <w:b/>
          <w:bCs/>
          <w:szCs w:val="24"/>
        </w:rPr>
        <w:lastRenderedPageBreak/>
        <w:t xml:space="preserve">Loahpahanrutiinnat </w:t>
      </w:r>
    </w:p>
    <w:tbl>
      <w:tblPr>
        <w:tblStyle w:val="Tabellrutenett"/>
        <w:tblW w:w="0" w:type="auto"/>
        <w:jc w:val="center"/>
        <w:tblLook w:val="04A0" w:firstRow="1" w:lastRow="0" w:firstColumn="1" w:lastColumn="0" w:noHBand="0" w:noVBand="1"/>
      </w:tblPr>
      <w:tblGrid>
        <w:gridCol w:w="3678"/>
        <w:gridCol w:w="6512"/>
      </w:tblGrid>
      <w:tr w:rsidR="008E65E7" w:rsidRPr="001C56D5" w14:paraId="39362022" w14:textId="77777777" w:rsidTr="000D6C01">
        <w:trPr>
          <w:jc w:val="center"/>
        </w:trPr>
        <w:tc>
          <w:tcPr>
            <w:tcW w:w="3681" w:type="dxa"/>
            <w:shd w:val="clear" w:color="auto" w:fill="DDF1EA"/>
          </w:tcPr>
          <w:p w14:paraId="6E4CEC81" w14:textId="0E4095D2" w:rsidR="008E65E7" w:rsidRPr="001C56D5" w:rsidRDefault="0092528F">
            <w:pPr>
              <w:rPr>
                <w:szCs w:val="24"/>
              </w:rPr>
            </w:pPr>
            <w:r w:rsidRPr="001C56D5">
              <w:rPr>
                <w:b/>
                <w:szCs w:val="24"/>
              </w:rPr>
              <w:t>Oassi</w:t>
            </w:r>
          </w:p>
        </w:tc>
        <w:tc>
          <w:tcPr>
            <w:tcW w:w="6520" w:type="dxa"/>
            <w:shd w:val="clear" w:color="auto" w:fill="DDF1EA"/>
          </w:tcPr>
          <w:p w14:paraId="181A04C8" w14:textId="1ACA93EE" w:rsidR="008E65E7" w:rsidRPr="001C56D5" w:rsidRDefault="0092528F">
            <w:pPr>
              <w:rPr>
                <w:szCs w:val="24"/>
              </w:rPr>
            </w:pPr>
            <w:r w:rsidRPr="001C56D5">
              <w:rPr>
                <w:b/>
                <w:szCs w:val="24"/>
              </w:rPr>
              <w:t>Maid galgá rávesolmmoš bargat?</w:t>
            </w:r>
          </w:p>
        </w:tc>
      </w:tr>
      <w:tr w:rsidR="008E65E7" w:rsidRPr="001C56D5" w14:paraId="515C6C57" w14:textId="77777777" w:rsidTr="000D6C01">
        <w:trPr>
          <w:jc w:val="center"/>
        </w:trPr>
        <w:tc>
          <w:tcPr>
            <w:tcW w:w="3681" w:type="dxa"/>
          </w:tcPr>
          <w:p w14:paraId="6C7B8A05" w14:textId="1B9D0232" w:rsidR="008E65E7" w:rsidRPr="001C56D5" w:rsidRDefault="00052BED">
            <w:pPr>
              <w:rPr>
                <w:szCs w:val="24"/>
              </w:rPr>
            </w:pPr>
            <w:r w:rsidRPr="001C56D5">
              <w:rPr>
                <w:szCs w:val="24"/>
              </w:rPr>
              <w:t>Ovd</w:t>
            </w:r>
            <w:r w:rsidR="00D23AAE" w:rsidRPr="001C56D5">
              <w:rPr>
                <w:szCs w:val="24"/>
              </w:rPr>
              <w:t xml:space="preserve">dalgihtii dieđihit </w:t>
            </w:r>
          </w:p>
        </w:tc>
        <w:tc>
          <w:tcPr>
            <w:tcW w:w="6520" w:type="dxa"/>
          </w:tcPr>
          <w:p w14:paraId="5A6AE191" w14:textId="390AFA20" w:rsidR="008E65E7" w:rsidRPr="001C56D5" w:rsidRDefault="00D23AAE">
            <w:pPr>
              <w:rPr>
                <w:szCs w:val="24"/>
              </w:rPr>
            </w:pPr>
            <w:r w:rsidRPr="001C56D5">
              <w:rPr>
                <w:szCs w:val="24"/>
              </w:rPr>
              <w:t xml:space="preserve">Dieđit vihtta minuhta ovdal loahpaheami, vai </w:t>
            </w:r>
            <w:r w:rsidR="00C563A0" w:rsidRPr="001C56D5">
              <w:rPr>
                <w:szCs w:val="24"/>
              </w:rPr>
              <w:t>sirdašupmi lea oadjebas.</w:t>
            </w:r>
          </w:p>
        </w:tc>
      </w:tr>
      <w:tr w:rsidR="008E65E7" w:rsidRPr="001C56D5" w14:paraId="092E1BC6" w14:textId="77777777" w:rsidTr="000D6C01">
        <w:trPr>
          <w:jc w:val="center"/>
        </w:trPr>
        <w:tc>
          <w:tcPr>
            <w:tcW w:w="3681" w:type="dxa"/>
          </w:tcPr>
          <w:p w14:paraId="61B51853" w14:textId="71A4CA42" w:rsidR="008E65E7" w:rsidRPr="001C56D5" w:rsidRDefault="00C563A0">
            <w:pPr>
              <w:rPr>
                <w:szCs w:val="24"/>
              </w:rPr>
            </w:pPr>
            <w:r w:rsidRPr="001C56D5">
              <w:rPr>
                <w:szCs w:val="24"/>
              </w:rPr>
              <w:t>Čoahkkáigeassu</w:t>
            </w:r>
          </w:p>
        </w:tc>
        <w:tc>
          <w:tcPr>
            <w:tcW w:w="6520" w:type="dxa"/>
          </w:tcPr>
          <w:p w14:paraId="7B73165E" w14:textId="7547017A" w:rsidR="008E65E7" w:rsidRPr="001C56D5" w:rsidRDefault="00C563A0">
            <w:pPr>
              <w:rPr>
                <w:szCs w:val="24"/>
              </w:rPr>
            </w:pPr>
            <w:r w:rsidRPr="001C56D5">
              <w:rPr>
                <w:szCs w:val="24"/>
              </w:rPr>
              <w:t xml:space="preserve">Bivdde </w:t>
            </w:r>
            <w:r w:rsidR="001663E8">
              <w:rPr>
                <w:szCs w:val="24"/>
              </w:rPr>
              <w:t xml:space="preserve">ohppiid </w:t>
            </w:r>
            <w:r w:rsidRPr="001C56D5">
              <w:rPr>
                <w:szCs w:val="24"/>
              </w:rPr>
              <w:t xml:space="preserve">vástidit oanehaččat: Maid don ohppet? Mii lei ávkkálaš? Maid don háliidivččet </w:t>
            </w:r>
            <w:r w:rsidR="00751848" w:rsidRPr="001C56D5">
              <w:rPr>
                <w:szCs w:val="24"/>
              </w:rPr>
              <w:t xml:space="preserve">vel </w:t>
            </w:r>
            <w:r w:rsidR="00554D94">
              <w:rPr>
                <w:szCs w:val="24"/>
              </w:rPr>
              <w:t>diehtit</w:t>
            </w:r>
            <w:r w:rsidRPr="001C56D5">
              <w:rPr>
                <w:szCs w:val="24"/>
              </w:rPr>
              <w:t>?</w:t>
            </w:r>
          </w:p>
        </w:tc>
      </w:tr>
      <w:tr w:rsidR="008E65E7" w:rsidRPr="001C56D5" w14:paraId="2537C937" w14:textId="77777777" w:rsidTr="000D6C01">
        <w:trPr>
          <w:jc w:val="center"/>
        </w:trPr>
        <w:tc>
          <w:tcPr>
            <w:tcW w:w="3681" w:type="dxa"/>
          </w:tcPr>
          <w:p w14:paraId="48EC25B7" w14:textId="488E593A" w:rsidR="008E65E7" w:rsidRPr="001C56D5" w:rsidRDefault="00751848">
            <w:pPr>
              <w:rPr>
                <w:szCs w:val="24"/>
              </w:rPr>
            </w:pPr>
            <w:r w:rsidRPr="001C56D5">
              <w:rPr>
                <w:szCs w:val="24"/>
              </w:rPr>
              <w:t>Boahtte lávki</w:t>
            </w:r>
          </w:p>
        </w:tc>
        <w:tc>
          <w:tcPr>
            <w:tcW w:w="6520" w:type="dxa"/>
          </w:tcPr>
          <w:p w14:paraId="266FAC75" w14:textId="67FB6664" w:rsidR="008E65E7" w:rsidRPr="001C56D5" w:rsidRDefault="00751848">
            <w:pPr>
              <w:rPr>
                <w:szCs w:val="24"/>
              </w:rPr>
            </w:pPr>
            <w:r w:rsidRPr="001C56D5">
              <w:rPr>
                <w:szCs w:val="24"/>
              </w:rPr>
              <w:t xml:space="preserve">Muital mii galgá </w:t>
            </w:r>
            <w:r w:rsidR="00B93DB9" w:rsidRPr="001C56D5">
              <w:rPr>
                <w:szCs w:val="24"/>
              </w:rPr>
              <w:t>boahtte</w:t>
            </w:r>
            <w:r w:rsidRPr="001C56D5">
              <w:rPr>
                <w:szCs w:val="24"/>
              </w:rPr>
              <w:t xml:space="preserve"> beaivvi </w:t>
            </w:r>
            <w:r w:rsidR="00D042B1" w:rsidRPr="001C56D5">
              <w:rPr>
                <w:szCs w:val="24"/>
              </w:rPr>
              <w:t xml:space="preserve">dahje </w:t>
            </w:r>
            <w:r w:rsidR="00B93DB9" w:rsidRPr="001C56D5">
              <w:rPr>
                <w:szCs w:val="24"/>
              </w:rPr>
              <w:t xml:space="preserve">háve </w:t>
            </w:r>
            <w:r w:rsidRPr="001C56D5">
              <w:rPr>
                <w:szCs w:val="24"/>
              </w:rPr>
              <w:t>dáhpáhuvvat</w:t>
            </w:r>
            <w:r w:rsidR="00B93DB9" w:rsidRPr="001C56D5">
              <w:rPr>
                <w:szCs w:val="24"/>
              </w:rPr>
              <w:t>.</w:t>
            </w:r>
          </w:p>
        </w:tc>
      </w:tr>
      <w:tr w:rsidR="008E65E7" w:rsidRPr="001C56D5" w14:paraId="7670FA23" w14:textId="77777777" w:rsidTr="000D6C01">
        <w:trPr>
          <w:jc w:val="center"/>
        </w:trPr>
        <w:tc>
          <w:tcPr>
            <w:tcW w:w="3681" w:type="dxa"/>
          </w:tcPr>
          <w:p w14:paraId="682F0C1C" w14:textId="2B74C5AD" w:rsidR="008E65E7" w:rsidRPr="001C56D5" w:rsidRDefault="00B93DB9">
            <w:pPr>
              <w:rPr>
                <w:szCs w:val="24"/>
              </w:rPr>
            </w:pPr>
            <w:r w:rsidRPr="001C56D5">
              <w:rPr>
                <w:szCs w:val="24"/>
              </w:rPr>
              <w:t>Čorgen ja</w:t>
            </w:r>
            <w:r w:rsidR="00B35888" w:rsidRPr="001C56D5">
              <w:rPr>
                <w:szCs w:val="24"/>
              </w:rPr>
              <w:t xml:space="preserve"> vuolgin</w:t>
            </w:r>
          </w:p>
        </w:tc>
        <w:tc>
          <w:tcPr>
            <w:tcW w:w="6520" w:type="dxa"/>
          </w:tcPr>
          <w:p w14:paraId="6FF072CC" w14:textId="521F2B60" w:rsidR="008E65E7" w:rsidRPr="001C56D5" w:rsidRDefault="00B35888">
            <w:pPr>
              <w:rPr>
                <w:szCs w:val="24"/>
              </w:rPr>
            </w:pPr>
            <w:r w:rsidRPr="001C56D5">
              <w:rPr>
                <w:szCs w:val="24"/>
              </w:rPr>
              <w:t>Atte čielga dieđu čorgema</w:t>
            </w:r>
            <w:r w:rsidR="001F20ED" w:rsidRPr="001C56D5">
              <w:rPr>
                <w:szCs w:val="24"/>
              </w:rPr>
              <w:t xml:space="preserve"> ja biergasiid birra,</w:t>
            </w:r>
            <w:r w:rsidR="001F5C08" w:rsidRPr="001C56D5">
              <w:rPr>
                <w:szCs w:val="24"/>
              </w:rPr>
              <w:t xml:space="preserve"> ja gosa oahppit galget vuolgit </w:t>
            </w:r>
          </w:p>
        </w:tc>
      </w:tr>
      <w:tr w:rsidR="008E65E7" w:rsidRPr="001C56D5" w14:paraId="1E5B46F0" w14:textId="77777777" w:rsidTr="000D6C01">
        <w:trPr>
          <w:jc w:val="center"/>
        </w:trPr>
        <w:tc>
          <w:tcPr>
            <w:tcW w:w="3681" w:type="dxa"/>
          </w:tcPr>
          <w:p w14:paraId="6738FEA2" w14:textId="547F9F97" w:rsidR="008E65E7" w:rsidRPr="001C56D5" w:rsidRDefault="001F5C08">
            <w:pPr>
              <w:rPr>
                <w:szCs w:val="24"/>
              </w:rPr>
            </w:pPr>
            <w:r w:rsidRPr="001C56D5">
              <w:rPr>
                <w:szCs w:val="24"/>
              </w:rPr>
              <w:t>Loahpa</w:t>
            </w:r>
            <w:r w:rsidR="00297603" w:rsidRPr="001C56D5">
              <w:rPr>
                <w:szCs w:val="24"/>
              </w:rPr>
              <w:t>heapmi</w:t>
            </w:r>
          </w:p>
        </w:tc>
        <w:tc>
          <w:tcPr>
            <w:tcW w:w="6520" w:type="dxa"/>
          </w:tcPr>
          <w:p w14:paraId="108D78AD" w14:textId="4ACB9878" w:rsidR="008E65E7" w:rsidRPr="001C56D5" w:rsidRDefault="00297603">
            <w:pPr>
              <w:rPr>
                <w:szCs w:val="24"/>
              </w:rPr>
            </w:pPr>
            <w:r w:rsidRPr="001C56D5">
              <w:rPr>
                <w:szCs w:val="24"/>
              </w:rPr>
              <w:t>Giite diimmu ovddas. Leage positiiva ja konkrehta</w:t>
            </w:r>
            <w:r w:rsidR="0092528F" w:rsidRPr="001C56D5">
              <w:rPr>
                <w:szCs w:val="24"/>
              </w:rPr>
              <w:t xml:space="preserve">. Oahppit dávjá bures muitet dan maŋemučča maid gullet. </w:t>
            </w:r>
          </w:p>
        </w:tc>
      </w:tr>
    </w:tbl>
    <w:p w14:paraId="2EBD209B" w14:textId="77777777" w:rsidR="008E65E7" w:rsidRPr="001C56D5" w:rsidRDefault="008E65E7">
      <w:pPr>
        <w:rPr>
          <w:szCs w:val="24"/>
        </w:rPr>
      </w:pPr>
    </w:p>
    <w:p w14:paraId="2898B5B9" w14:textId="0E0EC24B" w:rsidR="008E65E7" w:rsidRPr="001C56D5" w:rsidRDefault="00450A46" w:rsidP="0066775C">
      <w:pPr>
        <w:pStyle w:val="Overskrift2"/>
      </w:pPr>
      <w:bookmarkStart w:id="13" w:name="_Toc238470118"/>
      <w:r w:rsidRPr="001C56D5">
        <w:t>Gaskaboddosaš uksalasánjuolggadusat</w:t>
      </w:r>
      <w:bookmarkEnd w:id="13"/>
    </w:p>
    <w:p w14:paraId="058044C4" w14:textId="2330236E" w:rsidR="008E65E7" w:rsidRPr="001C56D5" w:rsidRDefault="00450A46">
      <w:pPr>
        <w:rPr>
          <w:szCs w:val="24"/>
        </w:rPr>
      </w:pPr>
      <w:r w:rsidRPr="001C56D5">
        <w:rPr>
          <w:szCs w:val="24"/>
        </w:rPr>
        <w:t xml:space="preserve">Uksalasánjuolggadusat leat </w:t>
      </w:r>
      <w:r w:rsidR="000A7E3A" w:rsidRPr="001C56D5">
        <w:rPr>
          <w:szCs w:val="24"/>
        </w:rPr>
        <w:t>gaskaboddosaččat</w:t>
      </w:r>
      <w:r w:rsidRPr="001C56D5">
        <w:rPr>
          <w:szCs w:val="24"/>
        </w:rPr>
        <w:t xml:space="preserve">. Oahppit galget mielváikkuhit </w:t>
      </w:r>
      <w:r w:rsidR="00773AA5" w:rsidRPr="001C56D5">
        <w:rPr>
          <w:szCs w:val="24"/>
        </w:rPr>
        <w:t xml:space="preserve">daid viidáset hábmemii, muhto rávesolbmot galget oadjebas rámmaid vuosttaš beaivvi </w:t>
      </w:r>
      <w:r w:rsidR="000A7E3A" w:rsidRPr="001C56D5">
        <w:rPr>
          <w:szCs w:val="24"/>
        </w:rPr>
        <w:t>rájes</w:t>
      </w:r>
      <w:r w:rsidR="00773AA5" w:rsidRPr="001C56D5">
        <w:rPr>
          <w:szCs w:val="24"/>
        </w:rPr>
        <w:t xml:space="preserve"> bidjat. Njuolggadusat berrejit eaŋkilat</w:t>
      </w:r>
      <w:r w:rsidR="00D354DC" w:rsidRPr="001C56D5">
        <w:rPr>
          <w:szCs w:val="24"/>
        </w:rPr>
        <w:t xml:space="preserve">, konkrehta ja </w:t>
      </w:r>
      <w:r w:rsidR="000A7E3A" w:rsidRPr="001C56D5">
        <w:rPr>
          <w:szCs w:val="24"/>
        </w:rPr>
        <w:t xml:space="preserve">lanjas oidnosis. </w:t>
      </w:r>
    </w:p>
    <w:p w14:paraId="24DABC6A" w14:textId="784B0500" w:rsidR="008E65E7" w:rsidRPr="001C56D5" w:rsidRDefault="000A7E3A">
      <w:pPr>
        <w:pStyle w:val="Punktliste"/>
        <w:rPr>
          <w:szCs w:val="24"/>
        </w:rPr>
      </w:pPr>
      <w:r w:rsidRPr="001C56D5">
        <w:rPr>
          <w:szCs w:val="24"/>
        </w:rPr>
        <w:t xml:space="preserve">Dearvvat go </w:t>
      </w:r>
      <w:r w:rsidR="00123530" w:rsidRPr="001C56D5">
        <w:rPr>
          <w:szCs w:val="24"/>
        </w:rPr>
        <w:t xml:space="preserve">boađát sisa. </w:t>
      </w:r>
      <w:r w:rsidR="003B06FE" w:rsidRPr="001C56D5">
        <w:rPr>
          <w:szCs w:val="24"/>
        </w:rPr>
        <w:t>Latnja šaddá oadjebassan buohkaide</w:t>
      </w:r>
      <w:r w:rsidR="003B06FE" w:rsidRPr="001C56D5">
        <w:t xml:space="preserve"> </w:t>
      </w:r>
      <w:r w:rsidR="003B06FE" w:rsidRPr="001C56D5">
        <w:rPr>
          <w:szCs w:val="24"/>
        </w:rPr>
        <w:t>go dajat «hei» dahje moddját.</w:t>
      </w:r>
    </w:p>
    <w:p w14:paraId="767B0499" w14:textId="548ADE37" w:rsidR="008E65E7" w:rsidRPr="001C56D5" w:rsidRDefault="00FA1306">
      <w:pPr>
        <w:pStyle w:val="Punktliste"/>
        <w:rPr>
          <w:szCs w:val="24"/>
        </w:rPr>
      </w:pPr>
      <w:r w:rsidRPr="001C56D5">
        <w:rPr>
          <w:szCs w:val="24"/>
        </w:rPr>
        <w:t>Boađe áiggil ja ráhkkan diibmui. Bija gárvvisin buot ávdnasiid maid dárbbašat.</w:t>
      </w:r>
    </w:p>
    <w:p w14:paraId="686C5678" w14:textId="415CFDEC" w:rsidR="008E65E7" w:rsidRPr="001C56D5" w:rsidRDefault="00FA1306">
      <w:pPr>
        <w:pStyle w:val="Punktliste"/>
        <w:rPr>
          <w:szCs w:val="24"/>
        </w:rPr>
      </w:pPr>
      <w:r w:rsidRPr="001C56D5">
        <w:rPr>
          <w:szCs w:val="24"/>
        </w:rPr>
        <w:t xml:space="preserve">Searvva veahá. Ii oktage dárbbaš </w:t>
      </w:r>
      <w:r w:rsidR="009A1705" w:rsidRPr="001C56D5">
        <w:rPr>
          <w:szCs w:val="24"/>
        </w:rPr>
        <w:t>áibbas perfeakta lea</w:t>
      </w:r>
      <w:r w:rsidR="00391212" w:rsidRPr="001C56D5">
        <w:rPr>
          <w:szCs w:val="24"/>
        </w:rPr>
        <w:t xml:space="preserve">t, muhto buohkat galget oadjebas láhkai searvat. </w:t>
      </w:r>
    </w:p>
    <w:p w14:paraId="1F3E2139" w14:textId="5FB5F9B1" w:rsidR="008E65E7" w:rsidRPr="001C56D5" w:rsidRDefault="00AC3C81">
      <w:pPr>
        <w:pStyle w:val="Punktliste"/>
        <w:rPr>
          <w:szCs w:val="24"/>
        </w:rPr>
      </w:pPr>
      <w:r w:rsidRPr="001C56D5">
        <w:rPr>
          <w:szCs w:val="24"/>
        </w:rPr>
        <w:t>Čájet</w:t>
      </w:r>
      <w:r w:rsidR="00391212" w:rsidRPr="001C56D5">
        <w:rPr>
          <w:szCs w:val="24"/>
        </w:rPr>
        <w:t xml:space="preserve"> </w:t>
      </w:r>
      <w:r w:rsidRPr="001C56D5">
        <w:rPr>
          <w:szCs w:val="24"/>
        </w:rPr>
        <w:t>sáhkkiivuođa</w:t>
      </w:r>
      <w:r w:rsidR="00391212" w:rsidRPr="001C56D5">
        <w:rPr>
          <w:szCs w:val="24"/>
        </w:rPr>
        <w:t xml:space="preserve"> ja </w:t>
      </w:r>
      <w:r w:rsidRPr="001C56D5">
        <w:rPr>
          <w:szCs w:val="24"/>
        </w:rPr>
        <w:t xml:space="preserve">árvvusane earáid. Guldal go earát </w:t>
      </w:r>
      <w:r w:rsidR="001A511A" w:rsidRPr="001C56D5">
        <w:rPr>
          <w:szCs w:val="24"/>
        </w:rPr>
        <w:t>muitalit.</w:t>
      </w:r>
    </w:p>
    <w:p w14:paraId="2D8D4334" w14:textId="03807F3E" w:rsidR="008E65E7" w:rsidRPr="001C56D5" w:rsidRDefault="001A511A">
      <w:pPr>
        <w:pStyle w:val="Punktliste"/>
        <w:rPr>
          <w:szCs w:val="24"/>
        </w:rPr>
      </w:pPr>
      <w:r w:rsidRPr="001C56D5">
        <w:rPr>
          <w:szCs w:val="24"/>
        </w:rPr>
        <w:t>Geavat vuosttaš vahku oahppat namaid.</w:t>
      </w:r>
    </w:p>
    <w:p w14:paraId="1F57DDE9" w14:textId="2C57F72D" w:rsidR="008E65E7" w:rsidRPr="001C56D5" w:rsidRDefault="00834F2E">
      <w:pPr>
        <w:pStyle w:val="Punktliste"/>
        <w:rPr>
          <w:szCs w:val="24"/>
        </w:rPr>
      </w:pPr>
      <w:r w:rsidRPr="001C56D5">
        <w:rPr>
          <w:szCs w:val="24"/>
        </w:rPr>
        <w:t>Geahča lea go oktage okto čuožžumin. Jeara sis háliidit go duinna ovttastallat.</w:t>
      </w:r>
    </w:p>
    <w:p w14:paraId="7C01461A" w14:textId="3F72057F" w:rsidR="003C2AE3" w:rsidRPr="001C56D5" w:rsidRDefault="00A76113" w:rsidP="003C2AE3">
      <w:pPr>
        <w:pStyle w:val="Punktliste"/>
        <w:rPr>
          <w:szCs w:val="24"/>
        </w:rPr>
      </w:pPr>
      <w:r w:rsidRPr="001C56D5">
        <w:rPr>
          <w:szCs w:val="24"/>
        </w:rPr>
        <w:t>Atte buohkaide vejolašvuođa oahpásmuvvat duinna. Sagastala soa</w:t>
      </w:r>
      <w:r w:rsidR="003C2AE3" w:rsidRPr="001C56D5">
        <w:rPr>
          <w:szCs w:val="24"/>
        </w:rPr>
        <w:t xml:space="preserve">pmásiin gean it dovdda. </w:t>
      </w:r>
    </w:p>
    <w:p w14:paraId="6CCEA136" w14:textId="04759E6F" w:rsidR="008E65E7" w:rsidRPr="001C56D5" w:rsidRDefault="003C2AE3">
      <w:pPr>
        <w:pStyle w:val="Punktliste"/>
        <w:rPr>
          <w:szCs w:val="24"/>
        </w:rPr>
      </w:pPr>
      <w:r w:rsidRPr="001C56D5">
        <w:rPr>
          <w:szCs w:val="24"/>
        </w:rPr>
        <w:t xml:space="preserve">Bivdde veahki jus leat </w:t>
      </w:r>
      <w:r w:rsidR="00931A9D" w:rsidRPr="001C56D5">
        <w:rPr>
          <w:szCs w:val="24"/>
        </w:rPr>
        <w:t xml:space="preserve">jearaldagat. Lea lohpi ii diehtit ja máhttit. </w:t>
      </w:r>
    </w:p>
    <w:p w14:paraId="5A1E0152" w14:textId="187D2E16" w:rsidR="006B718F" w:rsidRPr="001C56D5" w:rsidRDefault="00931A9D" w:rsidP="006B718F">
      <w:pPr>
        <w:pStyle w:val="Overskrift2"/>
        <w:rPr>
          <w:lang w:eastAsia="nb-NO"/>
        </w:rPr>
      </w:pPr>
      <w:bookmarkStart w:id="14" w:name="_Toc238470119"/>
      <w:r w:rsidRPr="001C56D5">
        <w:rPr>
          <w:lang w:eastAsia="nb-NO"/>
        </w:rPr>
        <w:t>Árgabeaivve sirdašumit</w:t>
      </w:r>
      <w:bookmarkEnd w:id="14"/>
    </w:p>
    <w:p w14:paraId="4818A1FB" w14:textId="398AC6FC" w:rsidR="00931A9D" w:rsidRPr="001C56D5" w:rsidRDefault="0026176D" w:rsidP="006B718F">
      <w:pPr>
        <w:rPr>
          <w:lang w:eastAsia="nb-NO"/>
        </w:rPr>
      </w:pPr>
      <w:r w:rsidRPr="001C56D5">
        <w:rPr>
          <w:lang w:eastAsia="nb-NO"/>
        </w:rPr>
        <w:t xml:space="preserve">Ohppiid </w:t>
      </w:r>
      <w:r w:rsidR="00FB7387" w:rsidRPr="001C56D5">
        <w:rPr>
          <w:lang w:eastAsia="nb-NO"/>
        </w:rPr>
        <w:t>árgabeaivvis leat máŋga sirdašumi</w:t>
      </w:r>
      <w:r w:rsidR="00FE4549">
        <w:rPr>
          <w:lang w:eastAsia="nb-NO"/>
        </w:rPr>
        <w:t>. Go bohtet skuvlii iđđedis</w:t>
      </w:r>
      <w:r w:rsidR="00724022" w:rsidRPr="001C56D5">
        <w:rPr>
          <w:lang w:eastAsia="nb-NO"/>
        </w:rPr>
        <w:t xml:space="preserve">, </w:t>
      </w:r>
      <w:r w:rsidR="00FE4549">
        <w:rPr>
          <w:lang w:eastAsia="nb-NO"/>
        </w:rPr>
        <w:t xml:space="preserve">go sirdet </w:t>
      </w:r>
      <w:r w:rsidR="00724022" w:rsidRPr="001C56D5">
        <w:rPr>
          <w:lang w:eastAsia="nb-NO"/>
        </w:rPr>
        <w:t>gaskal diimmuid ja bottuid, gaskal iešguđet</w:t>
      </w:r>
      <w:r w:rsidR="006A23E4" w:rsidRPr="001C56D5">
        <w:rPr>
          <w:lang w:eastAsia="nb-NO"/>
        </w:rPr>
        <w:t xml:space="preserve"> fáttáid ja doaimmaid, gaskal lanjaid ja </w:t>
      </w:r>
      <w:r w:rsidR="00FE4549">
        <w:rPr>
          <w:lang w:eastAsia="nb-NO"/>
        </w:rPr>
        <w:t xml:space="preserve">gaskal </w:t>
      </w:r>
      <w:r w:rsidR="006A23E4" w:rsidRPr="001C56D5">
        <w:rPr>
          <w:lang w:eastAsia="nb-NO"/>
        </w:rPr>
        <w:t xml:space="preserve">olgun ja siste. </w:t>
      </w:r>
      <w:r w:rsidR="00966A4F" w:rsidRPr="001C56D5">
        <w:rPr>
          <w:lang w:eastAsia="nb-NO"/>
        </w:rPr>
        <w:t>Sirdašumit gaskal lágiduvvon doai</w:t>
      </w:r>
      <w:r w:rsidR="00213831">
        <w:rPr>
          <w:lang w:eastAsia="nb-NO"/>
        </w:rPr>
        <w:t>m</w:t>
      </w:r>
      <w:r w:rsidR="00966A4F" w:rsidRPr="001C56D5">
        <w:rPr>
          <w:lang w:eastAsia="nb-NO"/>
        </w:rPr>
        <w:t>ma ja bo</w:t>
      </w:r>
      <w:r w:rsidR="00213831">
        <w:rPr>
          <w:lang w:eastAsia="nb-NO"/>
        </w:rPr>
        <w:t>tt</w:t>
      </w:r>
      <w:r w:rsidR="00966A4F" w:rsidRPr="001C56D5">
        <w:rPr>
          <w:lang w:eastAsia="nb-NO"/>
        </w:rPr>
        <w:t>u fert</w:t>
      </w:r>
      <w:r w:rsidR="00213831">
        <w:rPr>
          <w:lang w:eastAsia="nb-NO"/>
        </w:rPr>
        <w:t xml:space="preserve">ejit rávesolbmot </w:t>
      </w:r>
      <w:r w:rsidR="00966A4F" w:rsidRPr="001C56D5">
        <w:rPr>
          <w:lang w:eastAsia="nb-NO"/>
        </w:rPr>
        <w:t>erenoamážit čuovvulit</w:t>
      </w:r>
      <w:r w:rsidR="00867BEF" w:rsidRPr="001C56D5">
        <w:rPr>
          <w:lang w:eastAsia="nb-NO"/>
        </w:rPr>
        <w:t>. Lea go juohkehaččas geainna ovttastallat bottus?</w:t>
      </w:r>
      <w:r w:rsidR="006E065B">
        <w:rPr>
          <w:lang w:eastAsia="nb-NO"/>
        </w:rPr>
        <w:t xml:space="preserve"> Erenoamážit álggus ferte fuolahit </w:t>
      </w:r>
      <w:r w:rsidR="006C65DE">
        <w:rPr>
          <w:lang w:eastAsia="nb-NO"/>
        </w:rPr>
        <w:t>oadjebas sirdašumiid,</w:t>
      </w:r>
      <w:r w:rsidR="003B7280">
        <w:rPr>
          <w:lang w:eastAsia="nb-NO"/>
        </w:rPr>
        <w:t xml:space="preserve"> ja dađistaga eatnasat birgehallet. </w:t>
      </w:r>
      <w:r w:rsidR="003B358A">
        <w:rPr>
          <w:lang w:eastAsia="nb-NO"/>
        </w:rPr>
        <w:t xml:space="preserve">Bargit galget liikká </w:t>
      </w:r>
      <w:r w:rsidR="007A707A">
        <w:rPr>
          <w:lang w:eastAsia="nb-NO"/>
        </w:rPr>
        <w:t>erenoamážit áic</w:t>
      </w:r>
      <w:r w:rsidR="00F21AE0">
        <w:rPr>
          <w:lang w:eastAsia="nb-NO"/>
        </w:rPr>
        <w:t xml:space="preserve">at sin guđet </w:t>
      </w:r>
      <w:r w:rsidR="00761F3A">
        <w:rPr>
          <w:lang w:eastAsia="nb-NO"/>
        </w:rPr>
        <w:t>rahčet sirdašumiin</w:t>
      </w:r>
      <w:r w:rsidR="00797A07">
        <w:rPr>
          <w:lang w:eastAsia="nb-NO"/>
        </w:rPr>
        <w:t xml:space="preserve"> ja čuovvulit ja doarjut sin.</w:t>
      </w:r>
    </w:p>
    <w:p w14:paraId="5976279C" w14:textId="1207AE96" w:rsidR="006B718F" w:rsidRPr="001C56D5" w:rsidRDefault="00797A07" w:rsidP="006B718F">
      <w:pPr>
        <w:rPr>
          <w:b/>
          <w:bCs/>
          <w:lang w:eastAsia="nb-NO"/>
        </w:rPr>
      </w:pPr>
      <w:r>
        <w:rPr>
          <w:b/>
          <w:bCs/>
          <w:lang w:eastAsia="nb-NO"/>
        </w:rPr>
        <w:t>Smiehta makkár sirdašumit din árgabeaivvis leat, ja leat go bargit álo lahkosis go dat dáhpáhuvvet. Lea go muhtin sirdašupmi mii lea erenoamážit hástaleaddji soapmásii?</w:t>
      </w:r>
    </w:p>
    <w:p w14:paraId="593221DB" w14:textId="77777777" w:rsidR="006B718F" w:rsidRPr="001C56D5" w:rsidRDefault="006B718F" w:rsidP="006B718F"/>
    <w:p w14:paraId="2C423AA8" w14:textId="40DA7083" w:rsidR="008E65E7" w:rsidRPr="001C56D5" w:rsidRDefault="00B35D3A" w:rsidP="00265E2D">
      <w:pPr>
        <w:pStyle w:val="Overskrift1"/>
        <w:rPr>
          <w:sz w:val="28"/>
          <w:szCs w:val="26"/>
        </w:rPr>
      </w:pPr>
      <w:r w:rsidRPr="001C56D5">
        <w:br w:type="page"/>
      </w:r>
      <w:bookmarkStart w:id="15" w:name="_Toc238470120"/>
      <w:r w:rsidR="00E0465F">
        <w:lastRenderedPageBreak/>
        <w:t>Mo čađahit searvadahtti doaimmaid</w:t>
      </w:r>
      <w:bookmarkEnd w:id="15"/>
    </w:p>
    <w:p w14:paraId="6CDE746B" w14:textId="13C6DA3C" w:rsidR="004E2CAA" w:rsidRPr="00E672F4" w:rsidRDefault="004E2CAA" w:rsidP="004E2CAA">
      <w:pPr>
        <w:spacing w:before="100" w:beforeAutospacing="1" w:after="100" w:afterAutospacing="1" w:line="300" w:lineRule="atLeast"/>
        <w:rPr>
          <w:rFonts w:eastAsia="Times New Roman" w:cs="Segoe UI"/>
          <w:szCs w:val="24"/>
          <w:lang w:eastAsia="nb-NO"/>
        </w:rPr>
      </w:pPr>
      <w:r w:rsidRPr="00E672F4">
        <w:rPr>
          <w:rFonts w:eastAsia="Times New Roman" w:cs="Segoe UI"/>
          <w:szCs w:val="24"/>
          <w:lang w:eastAsia="nb-NO"/>
        </w:rPr>
        <w:t xml:space="preserve">Searvadahtti doaimmat eai leat dušše doaimmat maid mii bargat ovttas. Lea das sáhka ahte ráhkadit rámmaid gos buot </w:t>
      </w:r>
      <w:r w:rsidR="00A72BF5" w:rsidRPr="00E672F4">
        <w:rPr>
          <w:rFonts w:eastAsia="Times New Roman" w:cs="Segoe UI"/>
          <w:szCs w:val="24"/>
          <w:lang w:eastAsia="nb-NO"/>
        </w:rPr>
        <w:t>oahppit</w:t>
      </w:r>
      <w:r w:rsidRPr="00E672F4">
        <w:rPr>
          <w:rFonts w:eastAsia="Times New Roman" w:cs="Segoe UI"/>
          <w:szCs w:val="24"/>
          <w:lang w:eastAsia="nb-NO"/>
        </w:rPr>
        <w:t xml:space="preserve"> ožžot searvat, máhttit ja positiiva saji gávdnat joavkkus. Doaimmat berrejit álggus leat dakkár ahte ii leat sosiála uhkkin </w:t>
      </w:r>
      <w:r w:rsidR="00A72BF5" w:rsidRPr="00E672F4">
        <w:rPr>
          <w:rFonts w:eastAsia="Times New Roman" w:cs="Segoe UI"/>
          <w:szCs w:val="24"/>
          <w:lang w:eastAsia="nb-NO"/>
        </w:rPr>
        <w:t>oahppái</w:t>
      </w:r>
      <w:r w:rsidRPr="00E672F4">
        <w:rPr>
          <w:rFonts w:eastAsia="Times New Roman" w:cs="Segoe UI"/>
          <w:szCs w:val="24"/>
          <w:lang w:eastAsia="nb-NO"/>
        </w:rPr>
        <w:t xml:space="preserve">. Eai buot </w:t>
      </w:r>
      <w:r w:rsidR="001F59B4" w:rsidRPr="00E672F4">
        <w:rPr>
          <w:rFonts w:eastAsia="Times New Roman" w:cs="Segoe UI"/>
          <w:szCs w:val="24"/>
          <w:lang w:eastAsia="nb-NO"/>
        </w:rPr>
        <w:t>oahppit</w:t>
      </w:r>
      <w:r w:rsidRPr="00E672F4">
        <w:rPr>
          <w:rFonts w:eastAsia="Times New Roman" w:cs="Segoe UI"/>
          <w:szCs w:val="24"/>
          <w:lang w:eastAsia="nb-NO"/>
        </w:rPr>
        <w:t xml:space="preserve"> háliit </w:t>
      </w:r>
      <w:r w:rsidR="00DC0E76" w:rsidRPr="00E672F4">
        <w:rPr>
          <w:rFonts w:eastAsia="Times New Roman" w:cs="Segoe UI"/>
          <w:szCs w:val="24"/>
          <w:lang w:eastAsia="nb-NO"/>
        </w:rPr>
        <w:t xml:space="preserve">fuomášumi geasuhit </w:t>
      </w:r>
      <w:r w:rsidRPr="00E672F4">
        <w:rPr>
          <w:rFonts w:eastAsia="Times New Roman" w:cs="Segoe UI"/>
          <w:szCs w:val="24"/>
          <w:lang w:eastAsia="nb-NO"/>
        </w:rPr>
        <w:t>ođđa searvevuođas</w:t>
      </w:r>
      <w:r w:rsidR="00DC0E76" w:rsidRPr="00E672F4">
        <w:rPr>
          <w:rFonts w:eastAsia="Times New Roman" w:cs="Segoe UI"/>
          <w:szCs w:val="24"/>
          <w:lang w:eastAsia="nb-NO"/>
        </w:rPr>
        <w:t>.</w:t>
      </w:r>
      <w:r w:rsidRPr="00E672F4">
        <w:rPr>
          <w:rFonts w:eastAsia="Times New Roman" w:cs="Segoe UI"/>
          <w:szCs w:val="24"/>
          <w:lang w:eastAsia="nb-NO"/>
        </w:rPr>
        <w:t xml:space="preserve"> </w:t>
      </w:r>
    </w:p>
    <w:p w14:paraId="1BD24645" w14:textId="53195D63" w:rsidR="004E2CAA" w:rsidRDefault="00A72BF5" w:rsidP="00E672F4">
      <w:pPr>
        <w:spacing w:before="100" w:beforeAutospacing="1" w:after="100" w:afterAutospacing="1" w:line="300" w:lineRule="atLeast"/>
        <w:rPr>
          <w:rFonts w:eastAsia="Times New Roman" w:cs="Segoe UI"/>
          <w:szCs w:val="24"/>
          <w:lang w:eastAsia="nb-NO"/>
        </w:rPr>
      </w:pPr>
      <w:r w:rsidRPr="00E672F4">
        <w:rPr>
          <w:rFonts w:eastAsia="Times New Roman" w:cs="Segoe UI"/>
          <w:szCs w:val="24"/>
          <w:lang w:eastAsia="nb-NO"/>
        </w:rPr>
        <w:t xml:space="preserve">Doaimmat berrejit čielga, oanehis, rávesolbmos stivrejuvvon ja vejolaš lihkostuvvat. Berre deattuhit ovttasbarggu eanet go gilvaleami. Deháleamos lea ahte </w:t>
      </w:r>
      <w:r w:rsidR="00C90E4A" w:rsidRPr="00E672F4">
        <w:rPr>
          <w:rFonts w:eastAsia="Times New Roman" w:cs="Segoe UI"/>
          <w:szCs w:val="24"/>
          <w:lang w:eastAsia="nb-NO"/>
        </w:rPr>
        <w:t>oahppi</w:t>
      </w:r>
      <w:r w:rsidR="00395D97" w:rsidRPr="00E672F4">
        <w:rPr>
          <w:rFonts w:eastAsia="Times New Roman" w:cs="Segoe UI"/>
          <w:szCs w:val="24"/>
          <w:lang w:eastAsia="nb-NO"/>
        </w:rPr>
        <w:t>t</w:t>
      </w:r>
      <w:r w:rsidRPr="00E672F4">
        <w:rPr>
          <w:rFonts w:eastAsia="Times New Roman" w:cs="Segoe UI"/>
          <w:szCs w:val="24"/>
          <w:lang w:eastAsia="nb-NO"/>
        </w:rPr>
        <w:t xml:space="preserve"> ožž</w:t>
      </w:r>
      <w:r w:rsidR="00395D97" w:rsidRPr="00E672F4">
        <w:rPr>
          <w:rFonts w:eastAsia="Times New Roman" w:cs="Segoe UI"/>
          <w:szCs w:val="24"/>
          <w:lang w:eastAsia="nb-NO"/>
        </w:rPr>
        <w:t>ot</w:t>
      </w:r>
      <w:r w:rsidRPr="00E672F4">
        <w:rPr>
          <w:rFonts w:eastAsia="Times New Roman" w:cs="Segoe UI"/>
          <w:szCs w:val="24"/>
          <w:lang w:eastAsia="nb-NO"/>
        </w:rPr>
        <w:t xml:space="preserve"> oadjebas vásáhusaid guđet guimmiiguin ja rávesolbmuiguin. </w:t>
      </w:r>
    </w:p>
    <w:p w14:paraId="6FC0DAB9" w14:textId="77777777" w:rsidR="00E672F4" w:rsidRPr="00E672F4" w:rsidRDefault="00E672F4" w:rsidP="00E672F4">
      <w:pPr>
        <w:spacing w:before="100" w:beforeAutospacing="1" w:after="100" w:afterAutospacing="1" w:line="300" w:lineRule="atLeast"/>
        <w:rPr>
          <w:rFonts w:eastAsia="Times New Roman" w:cs="Segoe UI"/>
          <w:szCs w:val="24"/>
          <w:lang w:eastAsia="nb-NO"/>
        </w:rPr>
      </w:pPr>
    </w:p>
    <w:p w14:paraId="379051C2" w14:textId="6006A206" w:rsidR="008E65E7" w:rsidRPr="001C56D5" w:rsidRDefault="008F533F" w:rsidP="00A2666E">
      <w:pPr>
        <w:rPr>
          <w:b/>
          <w:bCs/>
          <w:szCs w:val="24"/>
        </w:rPr>
      </w:pPr>
      <w:r>
        <w:rPr>
          <w:b/>
          <w:bCs/>
          <w:szCs w:val="24"/>
        </w:rPr>
        <w:t>Buriid doaimmaid prinsihpat</w:t>
      </w:r>
    </w:p>
    <w:p w14:paraId="369D483C" w14:textId="69676F87" w:rsidR="008E65E7" w:rsidRPr="001C56D5" w:rsidRDefault="006F2323">
      <w:pPr>
        <w:pStyle w:val="Punktliste"/>
        <w:rPr>
          <w:szCs w:val="24"/>
        </w:rPr>
      </w:pPr>
      <w:r>
        <w:rPr>
          <w:szCs w:val="24"/>
        </w:rPr>
        <w:t xml:space="preserve">Bija </w:t>
      </w:r>
      <w:r w:rsidR="008F533F">
        <w:rPr>
          <w:szCs w:val="24"/>
        </w:rPr>
        <w:t>čielga áigumuša</w:t>
      </w:r>
      <w:r>
        <w:rPr>
          <w:szCs w:val="24"/>
        </w:rPr>
        <w:t>: Oahppit galget áddet manne čađahit doaimma.</w:t>
      </w:r>
    </w:p>
    <w:p w14:paraId="4AE8E795" w14:textId="34DED1AF" w:rsidR="008E65E7" w:rsidRPr="001C56D5" w:rsidRDefault="003845E1">
      <w:pPr>
        <w:pStyle w:val="Punktliste"/>
        <w:rPr>
          <w:szCs w:val="24"/>
        </w:rPr>
      </w:pPr>
      <w:r>
        <w:rPr>
          <w:szCs w:val="24"/>
        </w:rPr>
        <w:t>Ale gáibit ol</w:t>
      </w:r>
      <w:r w:rsidR="007F7C73">
        <w:rPr>
          <w:szCs w:val="24"/>
        </w:rPr>
        <w:t xml:space="preserve">u: </w:t>
      </w:r>
      <w:r w:rsidR="00FC2693">
        <w:rPr>
          <w:szCs w:val="24"/>
        </w:rPr>
        <w:t>Doaibma</w:t>
      </w:r>
      <w:r w:rsidR="005B4B64">
        <w:rPr>
          <w:szCs w:val="24"/>
        </w:rPr>
        <w:t xml:space="preserve"> ii galgga dušše heivet </w:t>
      </w:r>
      <w:r w:rsidR="00BF7879">
        <w:rPr>
          <w:szCs w:val="24"/>
        </w:rPr>
        <w:t>roahkkadis olbmuide.</w:t>
      </w:r>
    </w:p>
    <w:p w14:paraId="64092B66" w14:textId="78359BB0" w:rsidR="008E65E7" w:rsidRPr="001C56D5" w:rsidRDefault="00E7021A">
      <w:pPr>
        <w:pStyle w:val="Punktliste"/>
        <w:rPr>
          <w:szCs w:val="24"/>
        </w:rPr>
      </w:pPr>
      <w:r>
        <w:rPr>
          <w:szCs w:val="24"/>
        </w:rPr>
        <w:t>Č</w:t>
      </w:r>
      <w:r w:rsidR="00BF7879">
        <w:rPr>
          <w:szCs w:val="24"/>
        </w:rPr>
        <w:t xml:space="preserve">ađahit njuolggadusaid: buohkat dihtet maid sii galget bargat ja </w:t>
      </w:r>
      <w:r w:rsidR="006F24AE">
        <w:rPr>
          <w:szCs w:val="24"/>
        </w:rPr>
        <w:t>goas.</w:t>
      </w:r>
    </w:p>
    <w:p w14:paraId="4ED2D3F3" w14:textId="4B350730" w:rsidR="008E65E7" w:rsidRPr="001C56D5" w:rsidRDefault="006F24AE">
      <w:pPr>
        <w:pStyle w:val="Punktliste"/>
        <w:rPr>
          <w:szCs w:val="24"/>
        </w:rPr>
      </w:pPr>
      <w:r>
        <w:rPr>
          <w:szCs w:val="24"/>
        </w:rPr>
        <w:t xml:space="preserve">Pláne joavkkuid: </w:t>
      </w:r>
      <w:r w:rsidR="00567A30">
        <w:rPr>
          <w:szCs w:val="24"/>
        </w:rPr>
        <w:t xml:space="preserve">ale </w:t>
      </w:r>
      <w:r w:rsidR="00E7021A">
        <w:rPr>
          <w:szCs w:val="24"/>
        </w:rPr>
        <w:t>divtte</w:t>
      </w:r>
      <w:r w:rsidR="00567A30">
        <w:rPr>
          <w:szCs w:val="24"/>
        </w:rPr>
        <w:t xml:space="preserve"> sosiála gullevašvuođa </w:t>
      </w:r>
      <w:r w:rsidR="00E1123A">
        <w:rPr>
          <w:szCs w:val="24"/>
        </w:rPr>
        <w:t>hábmet</w:t>
      </w:r>
      <w:r w:rsidR="00567A30">
        <w:rPr>
          <w:szCs w:val="24"/>
        </w:rPr>
        <w:t xml:space="preserve"> ovttasbargojoavkkuid. </w:t>
      </w:r>
    </w:p>
    <w:p w14:paraId="091A00B3" w14:textId="5785D00D" w:rsidR="008E65E7" w:rsidRPr="001C56D5" w:rsidRDefault="004625EA">
      <w:pPr>
        <w:pStyle w:val="Punktliste"/>
        <w:rPr>
          <w:szCs w:val="24"/>
        </w:rPr>
      </w:pPr>
      <w:r w:rsidRPr="004625EA">
        <w:rPr>
          <w:szCs w:val="24"/>
        </w:rPr>
        <w:t xml:space="preserve">Garvit </w:t>
      </w:r>
      <w:r w:rsidR="002D5331">
        <w:rPr>
          <w:szCs w:val="24"/>
        </w:rPr>
        <w:t>geasuhit fuomášumi ovttaskas ohppiide</w:t>
      </w:r>
      <w:r w:rsidRPr="004625EA">
        <w:rPr>
          <w:szCs w:val="24"/>
        </w:rPr>
        <w:t xml:space="preserve"> plenu</w:t>
      </w:r>
      <w:r>
        <w:rPr>
          <w:szCs w:val="24"/>
        </w:rPr>
        <w:t>mis:</w:t>
      </w:r>
      <w:r w:rsidR="002D5331">
        <w:rPr>
          <w:szCs w:val="24"/>
        </w:rPr>
        <w:t xml:space="preserve"> divtte o</w:t>
      </w:r>
      <w:r w:rsidR="00694400">
        <w:rPr>
          <w:szCs w:val="24"/>
        </w:rPr>
        <w:t>ahppi</w:t>
      </w:r>
      <w:r w:rsidR="002D5331">
        <w:rPr>
          <w:szCs w:val="24"/>
        </w:rPr>
        <w:t xml:space="preserve"> čájehit oadjebas joavkobargguid bokte gii s</w:t>
      </w:r>
      <w:r w:rsidR="00694400">
        <w:rPr>
          <w:szCs w:val="24"/>
        </w:rPr>
        <w:t xml:space="preserve">on </w:t>
      </w:r>
      <w:r w:rsidR="00554D94">
        <w:rPr>
          <w:szCs w:val="24"/>
        </w:rPr>
        <w:t>lea</w:t>
      </w:r>
      <w:r w:rsidR="00694400">
        <w:rPr>
          <w:szCs w:val="24"/>
        </w:rPr>
        <w:t>.</w:t>
      </w:r>
    </w:p>
    <w:p w14:paraId="45998A53" w14:textId="5753507D" w:rsidR="008E65E7" w:rsidRPr="001C56D5" w:rsidRDefault="00694400">
      <w:pPr>
        <w:pStyle w:val="Punktliste"/>
        <w:rPr>
          <w:szCs w:val="24"/>
        </w:rPr>
      </w:pPr>
      <w:r>
        <w:rPr>
          <w:szCs w:val="24"/>
        </w:rPr>
        <w:t xml:space="preserve">Hukse oktasaš vásáhusaid: Vázzinmátki, speallat, boradit, praktihkalaš </w:t>
      </w:r>
      <w:r w:rsidR="00554D94">
        <w:rPr>
          <w:szCs w:val="24"/>
        </w:rPr>
        <w:t>bargobihtát</w:t>
      </w:r>
      <w:r>
        <w:rPr>
          <w:szCs w:val="24"/>
        </w:rPr>
        <w:t xml:space="preserve"> ja </w:t>
      </w:r>
      <w:r w:rsidR="00AE164A">
        <w:rPr>
          <w:szCs w:val="24"/>
        </w:rPr>
        <w:t>humor sáhttet ávkin.</w:t>
      </w:r>
    </w:p>
    <w:p w14:paraId="2E5C6DF1" w14:textId="437EC098" w:rsidR="008E65E7" w:rsidRPr="001C56D5" w:rsidRDefault="00AE164A">
      <w:pPr>
        <w:pStyle w:val="Punktliste"/>
        <w:rPr>
          <w:szCs w:val="24"/>
        </w:rPr>
      </w:pPr>
      <w:r>
        <w:rPr>
          <w:szCs w:val="24"/>
        </w:rPr>
        <w:t xml:space="preserve">Loahpahit </w:t>
      </w:r>
      <w:r w:rsidR="001E716E">
        <w:rPr>
          <w:szCs w:val="24"/>
        </w:rPr>
        <w:t>reflekšuvnnain: mii dagahii ahte ovttasbargu doaimmaid? Gii veahkehii? Maid mii oahpaimet joavkku birra?</w:t>
      </w:r>
    </w:p>
    <w:p w14:paraId="43371919" w14:textId="77777777" w:rsidR="00C8774E" w:rsidRPr="001C56D5" w:rsidRDefault="00C8774E">
      <w:pPr>
        <w:rPr>
          <w:b/>
          <w:bCs/>
          <w:szCs w:val="24"/>
        </w:rPr>
      </w:pPr>
      <w:r w:rsidRPr="001C56D5">
        <w:rPr>
          <w:b/>
          <w:bCs/>
          <w:szCs w:val="24"/>
        </w:rPr>
        <w:br w:type="page"/>
      </w:r>
    </w:p>
    <w:p w14:paraId="2AF27D96" w14:textId="00DC6A49" w:rsidR="008E65E7" w:rsidRPr="001C56D5" w:rsidRDefault="001E716E" w:rsidP="007776BF">
      <w:pPr>
        <w:pStyle w:val="Overskrift2"/>
      </w:pPr>
      <w:bookmarkStart w:id="16" w:name="_Toc238470121"/>
      <w:r>
        <w:lastRenderedPageBreak/>
        <w:t>Ohppiid 10 jiellat doaimmat</w:t>
      </w:r>
      <w:bookmarkEnd w:id="16"/>
    </w:p>
    <w:p w14:paraId="2749B871" w14:textId="1F0C106B" w:rsidR="001A1770" w:rsidRPr="001C56D5" w:rsidRDefault="001E716E">
      <w:pPr>
        <w:rPr>
          <w:szCs w:val="24"/>
        </w:rPr>
      </w:pPr>
      <w:r>
        <w:rPr>
          <w:szCs w:val="24"/>
        </w:rPr>
        <w:t>Ohppiid cealkámušaid</w:t>
      </w:r>
      <w:r w:rsidR="001A1770">
        <w:rPr>
          <w:szCs w:val="24"/>
        </w:rPr>
        <w:t xml:space="preserve"> čoahkkáigeassu. Doaimmaid ferte heivehit ahkái, jovkui, báikkálaš dilálašvuođaide ja </w:t>
      </w:r>
      <w:r w:rsidR="00B712BA">
        <w:rPr>
          <w:szCs w:val="24"/>
        </w:rPr>
        <w:t>ohppiide.</w:t>
      </w:r>
    </w:p>
    <w:tbl>
      <w:tblPr>
        <w:tblStyle w:val="Tabellrutenett"/>
        <w:tblW w:w="0" w:type="auto"/>
        <w:jc w:val="center"/>
        <w:tblLook w:val="04A0" w:firstRow="1" w:lastRow="0" w:firstColumn="1" w:lastColumn="0" w:noHBand="0" w:noVBand="1"/>
      </w:tblPr>
      <w:tblGrid>
        <w:gridCol w:w="1341"/>
        <w:gridCol w:w="2667"/>
        <w:gridCol w:w="3282"/>
        <w:gridCol w:w="2900"/>
      </w:tblGrid>
      <w:tr w:rsidR="008E65E7" w:rsidRPr="001C56D5" w14:paraId="796FFB3D" w14:textId="77777777" w:rsidTr="000D6C01">
        <w:trPr>
          <w:jc w:val="center"/>
        </w:trPr>
        <w:tc>
          <w:tcPr>
            <w:tcW w:w="1482" w:type="dxa"/>
            <w:shd w:val="clear" w:color="auto" w:fill="DDF1EA"/>
          </w:tcPr>
          <w:p w14:paraId="3273ECD6" w14:textId="77777777" w:rsidR="008E65E7" w:rsidRPr="001C56D5" w:rsidRDefault="000A4724">
            <w:pPr>
              <w:rPr>
                <w:szCs w:val="24"/>
              </w:rPr>
            </w:pPr>
            <w:r w:rsidRPr="001C56D5">
              <w:rPr>
                <w:b/>
                <w:szCs w:val="24"/>
              </w:rPr>
              <w:t>Nr.</w:t>
            </w:r>
          </w:p>
        </w:tc>
        <w:tc>
          <w:tcPr>
            <w:tcW w:w="2403" w:type="dxa"/>
            <w:shd w:val="clear" w:color="auto" w:fill="DDF1EA"/>
          </w:tcPr>
          <w:p w14:paraId="24518AA9" w14:textId="709302C6" w:rsidR="008E65E7" w:rsidRPr="001C56D5" w:rsidRDefault="00B712BA">
            <w:pPr>
              <w:rPr>
                <w:szCs w:val="24"/>
              </w:rPr>
            </w:pPr>
            <w:r>
              <w:rPr>
                <w:b/>
                <w:szCs w:val="24"/>
              </w:rPr>
              <w:t>Doaibma</w:t>
            </w:r>
          </w:p>
        </w:tc>
        <w:tc>
          <w:tcPr>
            <w:tcW w:w="3402" w:type="dxa"/>
            <w:shd w:val="clear" w:color="auto" w:fill="DDF1EA"/>
          </w:tcPr>
          <w:p w14:paraId="674142B8" w14:textId="429A2318" w:rsidR="008E65E7" w:rsidRPr="00B712BA" w:rsidRDefault="00B712BA">
            <w:pPr>
              <w:rPr>
                <w:b/>
                <w:bCs/>
                <w:szCs w:val="24"/>
              </w:rPr>
            </w:pPr>
            <w:r w:rsidRPr="00B712BA">
              <w:rPr>
                <w:b/>
                <w:bCs/>
                <w:szCs w:val="24"/>
              </w:rPr>
              <w:t>Oanehis čilgehus</w:t>
            </w:r>
          </w:p>
        </w:tc>
        <w:tc>
          <w:tcPr>
            <w:tcW w:w="2903" w:type="dxa"/>
            <w:shd w:val="clear" w:color="auto" w:fill="DDF1EA"/>
          </w:tcPr>
          <w:p w14:paraId="4DA97811" w14:textId="29D80E67" w:rsidR="008E65E7" w:rsidRPr="001C56D5" w:rsidRDefault="00B712BA">
            <w:pPr>
              <w:rPr>
                <w:szCs w:val="24"/>
              </w:rPr>
            </w:pPr>
            <w:r>
              <w:rPr>
                <w:b/>
                <w:szCs w:val="24"/>
              </w:rPr>
              <w:t>Dehálaš kvalitehtadárkkisteapmi</w:t>
            </w:r>
          </w:p>
        </w:tc>
      </w:tr>
      <w:tr w:rsidR="008E65E7" w:rsidRPr="001C56D5" w14:paraId="3FD1B35F" w14:textId="77777777" w:rsidTr="000D6C01">
        <w:trPr>
          <w:jc w:val="center"/>
        </w:trPr>
        <w:tc>
          <w:tcPr>
            <w:tcW w:w="1482" w:type="dxa"/>
          </w:tcPr>
          <w:p w14:paraId="580655E9" w14:textId="77777777" w:rsidR="008E65E7" w:rsidRPr="001C56D5" w:rsidRDefault="000A4724">
            <w:pPr>
              <w:rPr>
                <w:szCs w:val="24"/>
              </w:rPr>
            </w:pPr>
            <w:r w:rsidRPr="001C56D5">
              <w:rPr>
                <w:szCs w:val="24"/>
              </w:rPr>
              <w:t>1</w:t>
            </w:r>
          </w:p>
        </w:tc>
        <w:tc>
          <w:tcPr>
            <w:tcW w:w="2403" w:type="dxa"/>
          </w:tcPr>
          <w:p w14:paraId="061AA424" w14:textId="063E4BC3" w:rsidR="008E65E7" w:rsidRPr="001C56D5" w:rsidRDefault="00C6256A">
            <w:pPr>
              <w:rPr>
                <w:szCs w:val="24"/>
              </w:rPr>
            </w:pPr>
            <w:r>
              <w:rPr>
                <w:szCs w:val="24"/>
              </w:rPr>
              <w:t>Oahpásmuvvanstoagus</w:t>
            </w:r>
          </w:p>
        </w:tc>
        <w:tc>
          <w:tcPr>
            <w:tcW w:w="3402" w:type="dxa"/>
          </w:tcPr>
          <w:p w14:paraId="47179A0C" w14:textId="691BAEED" w:rsidR="008E65E7" w:rsidRPr="001C56D5" w:rsidRDefault="00F40AEB">
            <w:pPr>
              <w:rPr>
                <w:szCs w:val="24"/>
              </w:rPr>
            </w:pPr>
            <w:r>
              <w:rPr>
                <w:szCs w:val="24"/>
              </w:rPr>
              <w:t xml:space="preserve">Nammastoagus, guokte duohtavuođa ja okta gielis, </w:t>
            </w:r>
            <w:r w:rsidR="00554D94">
              <w:rPr>
                <w:szCs w:val="24"/>
              </w:rPr>
              <w:t>spábbastoagus</w:t>
            </w:r>
            <w:r>
              <w:rPr>
                <w:szCs w:val="24"/>
              </w:rPr>
              <w:t xml:space="preserve">, </w:t>
            </w:r>
            <w:r w:rsidRPr="001C56D5">
              <w:rPr>
                <w:szCs w:val="24"/>
              </w:rPr>
              <w:t>«</w:t>
            </w:r>
            <w:proofErr w:type="spellStart"/>
            <w:r w:rsidRPr="001C56D5">
              <w:rPr>
                <w:szCs w:val="24"/>
              </w:rPr>
              <w:t>ice</w:t>
            </w:r>
            <w:proofErr w:type="spellEnd"/>
            <w:r w:rsidRPr="001C56D5">
              <w:rPr>
                <w:szCs w:val="24"/>
              </w:rPr>
              <w:t xml:space="preserve"> </w:t>
            </w:r>
            <w:proofErr w:type="spellStart"/>
            <w:r w:rsidRPr="001C56D5">
              <w:rPr>
                <w:szCs w:val="24"/>
              </w:rPr>
              <w:t>breakers</w:t>
            </w:r>
            <w:proofErr w:type="spellEnd"/>
            <w:r w:rsidRPr="001C56D5">
              <w:rPr>
                <w:szCs w:val="24"/>
              </w:rPr>
              <w:t>».</w:t>
            </w:r>
          </w:p>
        </w:tc>
        <w:tc>
          <w:tcPr>
            <w:tcW w:w="2903" w:type="dxa"/>
          </w:tcPr>
          <w:p w14:paraId="6F7D9533" w14:textId="32B605CB" w:rsidR="008E65E7" w:rsidRPr="001C56D5" w:rsidRDefault="00613620">
            <w:pPr>
              <w:rPr>
                <w:szCs w:val="24"/>
              </w:rPr>
            </w:pPr>
            <w:r>
              <w:rPr>
                <w:szCs w:val="24"/>
              </w:rPr>
              <w:t xml:space="preserve">Ii ferte leat heahpat dahje menddo persovnnalaš. </w:t>
            </w:r>
            <w:r w:rsidR="008B5284">
              <w:rPr>
                <w:szCs w:val="24"/>
              </w:rPr>
              <w:t>Ii galgga uhkkin.</w:t>
            </w:r>
          </w:p>
        </w:tc>
      </w:tr>
      <w:tr w:rsidR="008E65E7" w:rsidRPr="001C56D5" w14:paraId="7FD2B16F" w14:textId="77777777" w:rsidTr="000D6C01">
        <w:trPr>
          <w:jc w:val="center"/>
        </w:trPr>
        <w:tc>
          <w:tcPr>
            <w:tcW w:w="1482" w:type="dxa"/>
          </w:tcPr>
          <w:p w14:paraId="6ADB2870" w14:textId="77777777" w:rsidR="008E65E7" w:rsidRPr="001C56D5" w:rsidRDefault="000A4724">
            <w:pPr>
              <w:rPr>
                <w:szCs w:val="24"/>
              </w:rPr>
            </w:pPr>
            <w:r w:rsidRPr="001C56D5">
              <w:rPr>
                <w:szCs w:val="24"/>
              </w:rPr>
              <w:t>2</w:t>
            </w:r>
          </w:p>
        </w:tc>
        <w:tc>
          <w:tcPr>
            <w:tcW w:w="2403" w:type="dxa"/>
          </w:tcPr>
          <w:p w14:paraId="74AB4439" w14:textId="2B03EF54" w:rsidR="008E65E7" w:rsidRPr="001C56D5" w:rsidRDefault="00E84959">
            <w:pPr>
              <w:rPr>
                <w:szCs w:val="24"/>
              </w:rPr>
            </w:pPr>
            <w:r>
              <w:rPr>
                <w:szCs w:val="24"/>
              </w:rPr>
              <w:t>Tuvra / tuvrabeaivi</w:t>
            </w:r>
          </w:p>
        </w:tc>
        <w:tc>
          <w:tcPr>
            <w:tcW w:w="3402" w:type="dxa"/>
          </w:tcPr>
          <w:p w14:paraId="69654281" w14:textId="49CA6B59" w:rsidR="008E65E7" w:rsidRPr="001C56D5" w:rsidRDefault="008B5284">
            <w:pPr>
              <w:rPr>
                <w:szCs w:val="24"/>
              </w:rPr>
            </w:pPr>
            <w:r>
              <w:rPr>
                <w:szCs w:val="24"/>
              </w:rPr>
              <w:t xml:space="preserve">Lagasbirrasis, </w:t>
            </w:r>
            <w:r w:rsidR="002F2B33">
              <w:rPr>
                <w:szCs w:val="24"/>
              </w:rPr>
              <w:t xml:space="preserve">duoddaris, váris, dolastaddat, </w:t>
            </w:r>
            <w:r w:rsidR="0042029B">
              <w:rPr>
                <w:szCs w:val="24"/>
              </w:rPr>
              <w:t>beaivemátki, idjadanmátki.</w:t>
            </w:r>
          </w:p>
        </w:tc>
        <w:tc>
          <w:tcPr>
            <w:tcW w:w="2903" w:type="dxa"/>
          </w:tcPr>
          <w:p w14:paraId="6CB53C2E" w14:textId="73D9954C" w:rsidR="008E65E7" w:rsidRPr="001C56D5" w:rsidRDefault="0042029B">
            <w:pPr>
              <w:rPr>
                <w:szCs w:val="24"/>
              </w:rPr>
            </w:pPr>
            <w:r>
              <w:rPr>
                <w:szCs w:val="24"/>
              </w:rPr>
              <w:t>Pláne joavkkuid, oadjebasvuođa, fievrrideami, borramuša, bottuid ja rávesolbmuid.</w:t>
            </w:r>
          </w:p>
        </w:tc>
      </w:tr>
      <w:tr w:rsidR="008E65E7" w:rsidRPr="001C56D5" w14:paraId="21BB68ED" w14:textId="77777777" w:rsidTr="000D6C01">
        <w:trPr>
          <w:jc w:val="center"/>
        </w:trPr>
        <w:tc>
          <w:tcPr>
            <w:tcW w:w="1482" w:type="dxa"/>
          </w:tcPr>
          <w:p w14:paraId="50EDF1EC" w14:textId="77777777" w:rsidR="008E65E7" w:rsidRPr="001C56D5" w:rsidRDefault="000A4724">
            <w:pPr>
              <w:rPr>
                <w:szCs w:val="24"/>
              </w:rPr>
            </w:pPr>
            <w:r w:rsidRPr="001C56D5">
              <w:rPr>
                <w:szCs w:val="24"/>
              </w:rPr>
              <w:t>3</w:t>
            </w:r>
          </w:p>
        </w:tc>
        <w:tc>
          <w:tcPr>
            <w:tcW w:w="2403" w:type="dxa"/>
          </w:tcPr>
          <w:p w14:paraId="5366DBA7" w14:textId="69ECB700" w:rsidR="008E65E7" w:rsidRPr="001C56D5" w:rsidRDefault="000A4724">
            <w:pPr>
              <w:rPr>
                <w:szCs w:val="24"/>
              </w:rPr>
            </w:pPr>
            <w:proofErr w:type="spellStart"/>
            <w:r w:rsidRPr="001C56D5">
              <w:rPr>
                <w:szCs w:val="24"/>
              </w:rPr>
              <w:t>Kahoot</w:t>
            </w:r>
            <w:proofErr w:type="spellEnd"/>
            <w:r w:rsidRPr="001C56D5">
              <w:rPr>
                <w:szCs w:val="24"/>
              </w:rPr>
              <w:t xml:space="preserve"> / </w:t>
            </w:r>
            <w:proofErr w:type="spellStart"/>
            <w:r w:rsidRPr="001C56D5">
              <w:rPr>
                <w:szCs w:val="24"/>
              </w:rPr>
              <w:t>quiz</w:t>
            </w:r>
            <w:proofErr w:type="spellEnd"/>
            <w:r w:rsidRPr="001C56D5">
              <w:rPr>
                <w:szCs w:val="24"/>
              </w:rPr>
              <w:t xml:space="preserve"> </w:t>
            </w:r>
            <w:r w:rsidR="0042029B">
              <w:rPr>
                <w:szCs w:val="24"/>
              </w:rPr>
              <w:t>ohppiid birra</w:t>
            </w:r>
          </w:p>
        </w:tc>
        <w:tc>
          <w:tcPr>
            <w:tcW w:w="3402" w:type="dxa"/>
          </w:tcPr>
          <w:p w14:paraId="2C05653E" w14:textId="3E1539EC" w:rsidR="008E65E7" w:rsidRPr="001C56D5" w:rsidRDefault="0042029B">
            <w:pPr>
              <w:rPr>
                <w:szCs w:val="24"/>
              </w:rPr>
            </w:pPr>
            <w:r>
              <w:rPr>
                <w:szCs w:val="24"/>
              </w:rPr>
              <w:t xml:space="preserve">Guđet guimmiid birra, </w:t>
            </w:r>
            <w:r w:rsidRPr="001C56D5">
              <w:rPr>
                <w:szCs w:val="24"/>
              </w:rPr>
              <w:t>«</w:t>
            </w:r>
            <w:proofErr w:type="spellStart"/>
            <w:r w:rsidRPr="001C56D5">
              <w:rPr>
                <w:szCs w:val="24"/>
              </w:rPr>
              <w:t>fun</w:t>
            </w:r>
            <w:proofErr w:type="spellEnd"/>
            <w:r w:rsidRPr="001C56D5">
              <w:rPr>
                <w:szCs w:val="24"/>
              </w:rPr>
              <w:t xml:space="preserve"> </w:t>
            </w:r>
            <w:proofErr w:type="spellStart"/>
            <w:r w:rsidRPr="001C56D5">
              <w:rPr>
                <w:szCs w:val="24"/>
              </w:rPr>
              <w:t>facts</w:t>
            </w:r>
            <w:proofErr w:type="spellEnd"/>
            <w:r w:rsidRPr="001C56D5">
              <w:rPr>
                <w:szCs w:val="24"/>
              </w:rPr>
              <w:t>»,</w:t>
            </w:r>
            <w:r w:rsidR="00FB0468">
              <w:rPr>
                <w:szCs w:val="24"/>
              </w:rPr>
              <w:t xml:space="preserve"> fága dahje lagasbirrasa birra.</w:t>
            </w:r>
          </w:p>
        </w:tc>
        <w:tc>
          <w:tcPr>
            <w:tcW w:w="2903" w:type="dxa"/>
          </w:tcPr>
          <w:p w14:paraId="6609D19D" w14:textId="6EDCCEA9" w:rsidR="008E65E7" w:rsidRPr="001C56D5" w:rsidRDefault="00FB0468">
            <w:pPr>
              <w:rPr>
                <w:szCs w:val="24"/>
              </w:rPr>
            </w:pPr>
            <w:r>
              <w:rPr>
                <w:szCs w:val="24"/>
              </w:rPr>
              <w:t xml:space="preserve">Garvve gažaldagaid mat </w:t>
            </w:r>
            <w:r w:rsidR="003E2A75">
              <w:rPr>
                <w:szCs w:val="24"/>
              </w:rPr>
              <w:t>eksponerejit dahje buohtastahttet ohppiid.</w:t>
            </w:r>
          </w:p>
        </w:tc>
      </w:tr>
      <w:tr w:rsidR="008E65E7" w:rsidRPr="001C56D5" w14:paraId="0B67E69C" w14:textId="77777777" w:rsidTr="000D6C01">
        <w:trPr>
          <w:jc w:val="center"/>
        </w:trPr>
        <w:tc>
          <w:tcPr>
            <w:tcW w:w="1482" w:type="dxa"/>
          </w:tcPr>
          <w:p w14:paraId="2DB50D5D" w14:textId="77777777" w:rsidR="008E65E7" w:rsidRPr="001C56D5" w:rsidRDefault="000A4724">
            <w:pPr>
              <w:rPr>
                <w:szCs w:val="24"/>
              </w:rPr>
            </w:pPr>
            <w:r w:rsidRPr="001C56D5">
              <w:rPr>
                <w:szCs w:val="24"/>
              </w:rPr>
              <w:t>4</w:t>
            </w:r>
          </w:p>
        </w:tc>
        <w:tc>
          <w:tcPr>
            <w:tcW w:w="2403" w:type="dxa"/>
          </w:tcPr>
          <w:p w14:paraId="15CE6448" w14:textId="2EF52CB4" w:rsidR="008E65E7" w:rsidRPr="001C56D5" w:rsidRDefault="003E2A75">
            <w:pPr>
              <w:rPr>
                <w:szCs w:val="24"/>
              </w:rPr>
            </w:pPr>
            <w:r>
              <w:rPr>
                <w:szCs w:val="24"/>
              </w:rPr>
              <w:t>Joavkobarggut</w:t>
            </w:r>
          </w:p>
        </w:tc>
        <w:tc>
          <w:tcPr>
            <w:tcW w:w="3402" w:type="dxa"/>
          </w:tcPr>
          <w:p w14:paraId="29E9DA2D" w14:textId="5C621AB0" w:rsidR="008E65E7" w:rsidRPr="001C56D5" w:rsidRDefault="003E2A75">
            <w:pPr>
              <w:rPr>
                <w:szCs w:val="24"/>
              </w:rPr>
            </w:pPr>
            <w:r>
              <w:rPr>
                <w:szCs w:val="24"/>
              </w:rPr>
              <w:t>Álkes fága</w:t>
            </w:r>
            <w:r w:rsidR="002660BF">
              <w:rPr>
                <w:szCs w:val="24"/>
              </w:rPr>
              <w:t xml:space="preserve">laš </w:t>
            </w:r>
            <w:r>
              <w:rPr>
                <w:szCs w:val="24"/>
              </w:rPr>
              <w:t>dahje sosiála joavkobarg</w:t>
            </w:r>
            <w:r w:rsidR="002660BF">
              <w:rPr>
                <w:szCs w:val="24"/>
              </w:rPr>
              <w:t xml:space="preserve">gut. </w:t>
            </w:r>
          </w:p>
        </w:tc>
        <w:tc>
          <w:tcPr>
            <w:tcW w:w="2903" w:type="dxa"/>
          </w:tcPr>
          <w:p w14:paraId="0B63B6C9" w14:textId="0B813D2E" w:rsidR="008E65E7" w:rsidRPr="001C56D5" w:rsidRDefault="002660BF">
            <w:pPr>
              <w:rPr>
                <w:szCs w:val="24"/>
              </w:rPr>
            </w:pPr>
            <w:r>
              <w:rPr>
                <w:szCs w:val="24"/>
              </w:rPr>
              <w:t>Oahpaheaddji hábme joavkkuid ja čielga rollaid.</w:t>
            </w:r>
          </w:p>
        </w:tc>
      </w:tr>
      <w:tr w:rsidR="008E65E7" w:rsidRPr="001C56D5" w14:paraId="21CA5EEE" w14:textId="77777777" w:rsidTr="000D6C01">
        <w:trPr>
          <w:jc w:val="center"/>
        </w:trPr>
        <w:tc>
          <w:tcPr>
            <w:tcW w:w="1482" w:type="dxa"/>
          </w:tcPr>
          <w:p w14:paraId="2C069AE2" w14:textId="77777777" w:rsidR="008E65E7" w:rsidRPr="001C56D5" w:rsidRDefault="000A4724">
            <w:pPr>
              <w:rPr>
                <w:szCs w:val="24"/>
              </w:rPr>
            </w:pPr>
            <w:r w:rsidRPr="001C56D5">
              <w:rPr>
                <w:szCs w:val="24"/>
              </w:rPr>
              <w:t>5</w:t>
            </w:r>
          </w:p>
        </w:tc>
        <w:tc>
          <w:tcPr>
            <w:tcW w:w="2403" w:type="dxa"/>
          </w:tcPr>
          <w:p w14:paraId="14708A06" w14:textId="43BA7E9A" w:rsidR="008E65E7" w:rsidRPr="001C56D5" w:rsidRDefault="002660BF">
            <w:pPr>
              <w:rPr>
                <w:szCs w:val="24"/>
              </w:rPr>
            </w:pPr>
            <w:r>
              <w:rPr>
                <w:szCs w:val="24"/>
              </w:rPr>
              <w:t>Beavdespeall</w:t>
            </w:r>
            <w:r w:rsidR="00D44D38">
              <w:rPr>
                <w:szCs w:val="24"/>
              </w:rPr>
              <w:t>u</w:t>
            </w:r>
            <w:r>
              <w:rPr>
                <w:szCs w:val="24"/>
              </w:rPr>
              <w:t xml:space="preserve"> / speall</w:t>
            </w:r>
            <w:r w:rsidR="00D44D38">
              <w:rPr>
                <w:szCs w:val="24"/>
              </w:rPr>
              <w:t>u</w:t>
            </w:r>
          </w:p>
        </w:tc>
        <w:tc>
          <w:tcPr>
            <w:tcW w:w="3402" w:type="dxa"/>
          </w:tcPr>
          <w:p w14:paraId="3C6BCB51" w14:textId="2543E381" w:rsidR="008E65E7" w:rsidRPr="001C56D5" w:rsidRDefault="000A4724">
            <w:pPr>
              <w:rPr>
                <w:szCs w:val="24"/>
              </w:rPr>
            </w:pPr>
            <w:r w:rsidRPr="001C56D5">
              <w:rPr>
                <w:szCs w:val="24"/>
              </w:rPr>
              <w:t xml:space="preserve">Alias, </w:t>
            </w:r>
            <w:r w:rsidR="002660BF">
              <w:rPr>
                <w:szCs w:val="24"/>
              </w:rPr>
              <w:t>koarttat</w:t>
            </w:r>
            <w:r w:rsidRPr="001C56D5">
              <w:rPr>
                <w:szCs w:val="24"/>
              </w:rPr>
              <w:t xml:space="preserve">, </w:t>
            </w:r>
            <w:proofErr w:type="spellStart"/>
            <w:r w:rsidRPr="001C56D5">
              <w:rPr>
                <w:szCs w:val="24"/>
              </w:rPr>
              <w:t>Jeopardy</w:t>
            </w:r>
            <w:proofErr w:type="spellEnd"/>
            <w:r w:rsidRPr="001C56D5">
              <w:rPr>
                <w:szCs w:val="24"/>
              </w:rPr>
              <w:t xml:space="preserve">, </w:t>
            </w:r>
            <w:r w:rsidR="00E41973" w:rsidRPr="00E41973">
              <w:rPr>
                <w:szCs w:val="24"/>
              </w:rPr>
              <w:t>«</w:t>
            </w:r>
            <w:r w:rsidRPr="001C56D5">
              <w:rPr>
                <w:szCs w:val="24"/>
              </w:rPr>
              <w:t xml:space="preserve">By og </w:t>
            </w:r>
            <w:proofErr w:type="spellStart"/>
            <w:r w:rsidRPr="001C56D5">
              <w:rPr>
                <w:szCs w:val="24"/>
              </w:rPr>
              <w:t>land</w:t>
            </w:r>
            <w:proofErr w:type="spellEnd"/>
            <w:r w:rsidR="00E41973" w:rsidRPr="00E41973">
              <w:rPr>
                <w:szCs w:val="24"/>
              </w:rPr>
              <w:t>»</w:t>
            </w:r>
            <w:r w:rsidRPr="001C56D5">
              <w:rPr>
                <w:szCs w:val="24"/>
              </w:rPr>
              <w:t xml:space="preserve"> </w:t>
            </w:r>
            <w:r w:rsidR="002660BF">
              <w:rPr>
                <w:szCs w:val="24"/>
              </w:rPr>
              <w:t>dahje eará spealut.</w:t>
            </w:r>
          </w:p>
        </w:tc>
        <w:tc>
          <w:tcPr>
            <w:tcW w:w="2903" w:type="dxa"/>
          </w:tcPr>
          <w:p w14:paraId="0E63B2AD" w14:textId="3D914874" w:rsidR="008E65E7" w:rsidRPr="001C56D5" w:rsidRDefault="00D44D38">
            <w:pPr>
              <w:rPr>
                <w:szCs w:val="24"/>
              </w:rPr>
            </w:pPr>
            <w:r>
              <w:rPr>
                <w:szCs w:val="24"/>
              </w:rPr>
              <w:t>Vállje searvadahtti spealuid čielga njuolggadusaiguin.</w:t>
            </w:r>
          </w:p>
        </w:tc>
      </w:tr>
      <w:tr w:rsidR="008E65E7" w:rsidRPr="001C56D5" w14:paraId="117B971E" w14:textId="77777777" w:rsidTr="000D6C01">
        <w:trPr>
          <w:jc w:val="center"/>
        </w:trPr>
        <w:tc>
          <w:tcPr>
            <w:tcW w:w="1482" w:type="dxa"/>
          </w:tcPr>
          <w:p w14:paraId="6BA8A042" w14:textId="77777777" w:rsidR="008E65E7" w:rsidRPr="001C56D5" w:rsidRDefault="000A4724">
            <w:pPr>
              <w:rPr>
                <w:szCs w:val="24"/>
              </w:rPr>
            </w:pPr>
            <w:r w:rsidRPr="001C56D5">
              <w:rPr>
                <w:szCs w:val="24"/>
              </w:rPr>
              <w:t>6</w:t>
            </w:r>
          </w:p>
        </w:tc>
        <w:tc>
          <w:tcPr>
            <w:tcW w:w="2403" w:type="dxa"/>
          </w:tcPr>
          <w:p w14:paraId="3F18EEF9" w14:textId="5D2E26ED" w:rsidR="008E65E7" w:rsidRPr="001C56D5" w:rsidRDefault="00745FF8">
            <w:pPr>
              <w:rPr>
                <w:szCs w:val="24"/>
              </w:rPr>
            </w:pPr>
            <w:r>
              <w:rPr>
                <w:szCs w:val="24"/>
              </w:rPr>
              <w:t>Lihkadit ja olgun stoahkat</w:t>
            </w:r>
          </w:p>
        </w:tc>
        <w:tc>
          <w:tcPr>
            <w:tcW w:w="3402" w:type="dxa"/>
          </w:tcPr>
          <w:p w14:paraId="3A94AEFC" w14:textId="451D9E5C" w:rsidR="008E65E7" w:rsidRPr="001C56D5" w:rsidRDefault="00745FF8">
            <w:pPr>
              <w:rPr>
                <w:szCs w:val="24"/>
              </w:rPr>
            </w:pPr>
            <w:r>
              <w:rPr>
                <w:szCs w:val="24"/>
              </w:rPr>
              <w:t xml:space="preserve">Spáppačiekčan, </w:t>
            </w:r>
            <w:r w:rsidR="0047565D">
              <w:rPr>
                <w:szCs w:val="24"/>
              </w:rPr>
              <w:t xml:space="preserve">spáppadoaškun, stafeahtta, </w:t>
            </w:r>
            <w:proofErr w:type="spellStart"/>
            <w:r w:rsidR="0047565D">
              <w:rPr>
                <w:szCs w:val="24"/>
              </w:rPr>
              <w:t>k</w:t>
            </w:r>
            <w:r w:rsidR="007443B2">
              <w:rPr>
                <w:szCs w:val="24"/>
              </w:rPr>
              <w:t>anonball</w:t>
            </w:r>
            <w:proofErr w:type="spellEnd"/>
            <w:r w:rsidR="007443B2">
              <w:rPr>
                <w:szCs w:val="24"/>
              </w:rPr>
              <w:t>, luonddubálggis.</w:t>
            </w:r>
          </w:p>
        </w:tc>
        <w:tc>
          <w:tcPr>
            <w:tcW w:w="2903" w:type="dxa"/>
          </w:tcPr>
          <w:p w14:paraId="7509BBEE" w14:textId="5392785E" w:rsidR="008E65E7" w:rsidRPr="001C56D5" w:rsidRDefault="007443B2">
            <w:pPr>
              <w:rPr>
                <w:szCs w:val="24"/>
              </w:rPr>
            </w:pPr>
            <w:r>
              <w:rPr>
                <w:szCs w:val="24"/>
              </w:rPr>
              <w:t>Garve doaimmat go</w:t>
            </w:r>
            <w:r w:rsidR="00345C01">
              <w:rPr>
                <w:szCs w:val="24"/>
              </w:rPr>
              <w:t>s muhton válljejuvvo maŋemužžan dahje árrat fertejit</w:t>
            </w:r>
            <w:r w:rsidR="00114C7A">
              <w:rPr>
                <w:szCs w:val="24"/>
              </w:rPr>
              <w:t xml:space="preserve"> guođđit speallama.</w:t>
            </w:r>
          </w:p>
        </w:tc>
      </w:tr>
      <w:tr w:rsidR="008E65E7" w:rsidRPr="001C56D5" w14:paraId="563A03F0" w14:textId="77777777" w:rsidTr="000D6C01">
        <w:trPr>
          <w:jc w:val="center"/>
        </w:trPr>
        <w:tc>
          <w:tcPr>
            <w:tcW w:w="1482" w:type="dxa"/>
          </w:tcPr>
          <w:p w14:paraId="4D6124E7" w14:textId="77777777" w:rsidR="008E65E7" w:rsidRPr="001C56D5" w:rsidRDefault="000A4724">
            <w:pPr>
              <w:rPr>
                <w:szCs w:val="24"/>
              </w:rPr>
            </w:pPr>
            <w:r w:rsidRPr="001C56D5">
              <w:rPr>
                <w:szCs w:val="24"/>
              </w:rPr>
              <w:t>7</w:t>
            </w:r>
          </w:p>
        </w:tc>
        <w:tc>
          <w:tcPr>
            <w:tcW w:w="2403" w:type="dxa"/>
          </w:tcPr>
          <w:p w14:paraId="22D184F1" w14:textId="553F4C14" w:rsidR="008E65E7" w:rsidRPr="001C56D5" w:rsidRDefault="00114C7A">
            <w:pPr>
              <w:rPr>
                <w:szCs w:val="24"/>
              </w:rPr>
            </w:pPr>
            <w:r>
              <w:rPr>
                <w:szCs w:val="24"/>
              </w:rPr>
              <w:t>Borramušdoaimmat</w:t>
            </w:r>
          </w:p>
        </w:tc>
        <w:tc>
          <w:tcPr>
            <w:tcW w:w="3402" w:type="dxa"/>
          </w:tcPr>
          <w:p w14:paraId="5AE5CEEA" w14:textId="42215806" w:rsidR="008E65E7" w:rsidRPr="001C56D5" w:rsidRDefault="00114C7A">
            <w:pPr>
              <w:rPr>
                <w:szCs w:val="24"/>
              </w:rPr>
            </w:pPr>
            <w:r>
              <w:rPr>
                <w:szCs w:val="24"/>
              </w:rPr>
              <w:t>Ráhkadit taco, pizza</w:t>
            </w:r>
            <w:r w:rsidR="002D3D90">
              <w:rPr>
                <w:szCs w:val="24"/>
              </w:rPr>
              <w:t xml:space="preserve">, láibut </w:t>
            </w:r>
            <w:r>
              <w:rPr>
                <w:szCs w:val="24"/>
              </w:rPr>
              <w:t xml:space="preserve">dahje oktasaš iđitborramuša/lunša. </w:t>
            </w:r>
          </w:p>
        </w:tc>
        <w:tc>
          <w:tcPr>
            <w:tcW w:w="2903" w:type="dxa"/>
          </w:tcPr>
          <w:p w14:paraId="3D3FDE25" w14:textId="7095C948" w:rsidR="008E65E7" w:rsidRPr="001C56D5" w:rsidRDefault="00114C7A">
            <w:pPr>
              <w:rPr>
                <w:szCs w:val="24"/>
              </w:rPr>
            </w:pPr>
            <w:r>
              <w:rPr>
                <w:szCs w:val="24"/>
              </w:rPr>
              <w:t xml:space="preserve">Iskka allergiijaid, </w:t>
            </w:r>
            <w:r w:rsidR="00E41973">
              <w:rPr>
                <w:szCs w:val="24"/>
              </w:rPr>
              <w:t>ruhtadili</w:t>
            </w:r>
            <w:r>
              <w:rPr>
                <w:szCs w:val="24"/>
              </w:rPr>
              <w:t xml:space="preserve">, oskku/kultuvrra ja praktihkalaš heiveheami. </w:t>
            </w:r>
          </w:p>
        </w:tc>
      </w:tr>
      <w:tr w:rsidR="008E65E7" w:rsidRPr="001C56D5" w14:paraId="0D316993" w14:textId="77777777" w:rsidTr="000D6C01">
        <w:trPr>
          <w:jc w:val="center"/>
        </w:trPr>
        <w:tc>
          <w:tcPr>
            <w:tcW w:w="1482" w:type="dxa"/>
          </w:tcPr>
          <w:p w14:paraId="0AB5E781" w14:textId="77777777" w:rsidR="008E65E7" w:rsidRPr="001C56D5" w:rsidRDefault="000A4724">
            <w:pPr>
              <w:rPr>
                <w:szCs w:val="24"/>
              </w:rPr>
            </w:pPr>
            <w:r w:rsidRPr="001C56D5">
              <w:rPr>
                <w:szCs w:val="24"/>
              </w:rPr>
              <w:t>8</w:t>
            </w:r>
          </w:p>
        </w:tc>
        <w:tc>
          <w:tcPr>
            <w:tcW w:w="2403" w:type="dxa"/>
          </w:tcPr>
          <w:p w14:paraId="7F7F071E" w14:textId="49D76217" w:rsidR="008E65E7" w:rsidRPr="001C56D5" w:rsidRDefault="00114C7A">
            <w:pPr>
              <w:rPr>
                <w:szCs w:val="24"/>
              </w:rPr>
            </w:pPr>
            <w:r>
              <w:rPr>
                <w:szCs w:val="24"/>
              </w:rPr>
              <w:t>Oahpásmuvvat skuvlla</w:t>
            </w:r>
            <w:r w:rsidR="004F04AC">
              <w:rPr>
                <w:szCs w:val="24"/>
              </w:rPr>
              <w:t xml:space="preserve"> opmodagain</w:t>
            </w:r>
          </w:p>
        </w:tc>
        <w:tc>
          <w:tcPr>
            <w:tcW w:w="3402" w:type="dxa"/>
          </w:tcPr>
          <w:p w14:paraId="47410023" w14:textId="45AC2D52" w:rsidR="008E65E7" w:rsidRPr="001C56D5" w:rsidRDefault="00F01027">
            <w:pPr>
              <w:rPr>
                <w:szCs w:val="24"/>
              </w:rPr>
            </w:pPr>
            <w:r>
              <w:rPr>
                <w:szCs w:val="24"/>
              </w:rPr>
              <w:t xml:space="preserve">Meahccedádjadeapmi, </w:t>
            </w:r>
            <w:proofErr w:type="spellStart"/>
            <w:r>
              <w:rPr>
                <w:szCs w:val="24"/>
              </w:rPr>
              <w:t>rebusgilvu</w:t>
            </w:r>
            <w:proofErr w:type="spellEnd"/>
            <w:r w:rsidR="00BF0537">
              <w:rPr>
                <w:szCs w:val="24"/>
              </w:rPr>
              <w:t>, praktihkalaš dieđut.</w:t>
            </w:r>
          </w:p>
        </w:tc>
        <w:tc>
          <w:tcPr>
            <w:tcW w:w="2903" w:type="dxa"/>
          </w:tcPr>
          <w:p w14:paraId="23AF0A78" w14:textId="2622F115" w:rsidR="008E65E7" w:rsidRPr="001C56D5" w:rsidRDefault="00BF0537">
            <w:pPr>
              <w:rPr>
                <w:szCs w:val="24"/>
              </w:rPr>
            </w:pPr>
            <w:r>
              <w:rPr>
                <w:szCs w:val="24"/>
              </w:rPr>
              <w:t xml:space="preserve">Galgá sosiála ja konkrehta. Geavat guoibmepáraid. </w:t>
            </w:r>
          </w:p>
        </w:tc>
      </w:tr>
      <w:tr w:rsidR="008E65E7" w:rsidRPr="001C56D5" w14:paraId="7268B139" w14:textId="77777777" w:rsidTr="000D6C01">
        <w:trPr>
          <w:jc w:val="center"/>
        </w:trPr>
        <w:tc>
          <w:tcPr>
            <w:tcW w:w="1482" w:type="dxa"/>
          </w:tcPr>
          <w:p w14:paraId="3BABE6EC" w14:textId="77777777" w:rsidR="008E65E7" w:rsidRPr="001C56D5" w:rsidRDefault="000A4724">
            <w:pPr>
              <w:rPr>
                <w:szCs w:val="24"/>
              </w:rPr>
            </w:pPr>
            <w:r w:rsidRPr="001C56D5">
              <w:rPr>
                <w:szCs w:val="24"/>
              </w:rPr>
              <w:t>9</w:t>
            </w:r>
          </w:p>
        </w:tc>
        <w:tc>
          <w:tcPr>
            <w:tcW w:w="2403" w:type="dxa"/>
          </w:tcPr>
          <w:p w14:paraId="4CC6C041" w14:textId="615E2844" w:rsidR="008E65E7" w:rsidRPr="001C56D5" w:rsidRDefault="00BF0537">
            <w:pPr>
              <w:rPr>
                <w:szCs w:val="24"/>
              </w:rPr>
            </w:pPr>
            <w:r>
              <w:rPr>
                <w:szCs w:val="24"/>
              </w:rPr>
              <w:t>Molsut saji / guoibmepára</w:t>
            </w:r>
          </w:p>
        </w:tc>
        <w:tc>
          <w:tcPr>
            <w:tcW w:w="3402" w:type="dxa"/>
          </w:tcPr>
          <w:p w14:paraId="7FCA5341" w14:textId="3C22D47B" w:rsidR="008E65E7" w:rsidRPr="00A344CD" w:rsidRDefault="00FD2B6E">
            <w:pPr>
              <w:rPr>
                <w:szCs w:val="24"/>
              </w:rPr>
            </w:pPr>
            <w:r>
              <w:rPr>
                <w:szCs w:val="24"/>
              </w:rPr>
              <w:t>Jeavddalaš molsun</w:t>
            </w:r>
            <w:r w:rsidR="00A344CD">
              <w:rPr>
                <w:szCs w:val="24"/>
              </w:rPr>
              <w:t xml:space="preserve"> oahpásmuvvan dihte </w:t>
            </w:r>
            <w:r>
              <w:rPr>
                <w:szCs w:val="24"/>
              </w:rPr>
              <w:t>eambbosiiguin</w:t>
            </w:r>
          </w:p>
        </w:tc>
        <w:tc>
          <w:tcPr>
            <w:tcW w:w="2903" w:type="dxa"/>
          </w:tcPr>
          <w:p w14:paraId="0FE8D60F" w14:textId="457381DC" w:rsidR="008E65E7" w:rsidRPr="001C56D5" w:rsidRDefault="00FD2B6E">
            <w:pPr>
              <w:rPr>
                <w:szCs w:val="24"/>
              </w:rPr>
            </w:pPr>
            <w:r>
              <w:rPr>
                <w:szCs w:val="24"/>
              </w:rPr>
              <w:t>Čilge áigumuša ja stivre molsumiid oadjebasat</w:t>
            </w:r>
          </w:p>
        </w:tc>
      </w:tr>
      <w:tr w:rsidR="008E65E7" w:rsidRPr="001C56D5" w14:paraId="407D7872" w14:textId="77777777" w:rsidTr="000D6C01">
        <w:trPr>
          <w:jc w:val="center"/>
        </w:trPr>
        <w:tc>
          <w:tcPr>
            <w:tcW w:w="1482" w:type="dxa"/>
          </w:tcPr>
          <w:p w14:paraId="3563C541" w14:textId="77777777" w:rsidR="008E65E7" w:rsidRPr="001C56D5" w:rsidRDefault="000A4724">
            <w:pPr>
              <w:rPr>
                <w:szCs w:val="24"/>
              </w:rPr>
            </w:pPr>
            <w:r w:rsidRPr="001C56D5">
              <w:rPr>
                <w:szCs w:val="24"/>
              </w:rPr>
              <w:t>10</w:t>
            </w:r>
          </w:p>
        </w:tc>
        <w:tc>
          <w:tcPr>
            <w:tcW w:w="2403" w:type="dxa"/>
          </w:tcPr>
          <w:p w14:paraId="4F9317AB" w14:textId="62134785" w:rsidR="008E65E7" w:rsidRPr="001C56D5" w:rsidRDefault="00FD2B6E">
            <w:pPr>
              <w:rPr>
                <w:szCs w:val="24"/>
              </w:rPr>
            </w:pPr>
            <w:r>
              <w:rPr>
                <w:szCs w:val="24"/>
              </w:rPr>
              <w:t>Luohkkásagastallan ja rutii</w:t>
            </w:r>
            <w:r w:rsidR="009875C6">
              <w:rPr>
                <w:szCs w:val="24"/>
              </w:rPr>
              <w:t>nnaid ásahit</w:t>
            </w:r>
          </w:p>
        </w:tc>
        <w:tc>
          <w:tcPr>
            <w:tcW w:w="3402" w:type="dxa"/>
          </w:tcPr>
          <w:p w14:paraId="58FFD8C8" w14:textId="1FC98B75" w:rsidR="008E65E7" w:rsidRPr="001C56D5" w:rsidRDefault="009875C6">
            <w:pPr>
              <w:rPr>
                <w:szCs w:val="24"/>
              </w:rPr>
            </w:pPr>
            <w:r>
              <w:rPr>
                <w:szCs w:val="24"/>
              </w:rPr>
              <w:t xml:space="preserve">Hábmet njuolggadusaid ja rámmaid ovttas, sagastallat </w:t>
            </w:r>
            <w:proofErr w:type="spellStart"/>
            <w:r>
              <w:rPr>
                <w:szCs w:val="24"/>
              </w:rPr>
              <w:t>buresloaktima</w:t>
            </w:r>
            <w:proofErr w:type="spellEnd"/>
            <w:r>
              <w:rPr>
                <w:szCs w:val="24"/>
              </w:rPr>
              <w:t xml:space="preserve"> birra.</w:t>
            </w:r>
          </w:p>
        </w:tc>
        <w:tc>
          <w:tcPr>
            <w:tcW w:w="2903" w:type="dxa"/>
          </w:tcPr>
          <w:p w14:paraId="6A2C4C71" w14:textId="454DF480" w:rsidR="004528AB" w:rsidRPr="001C56D5" w:rsidRDefault="009875C6">
            <w:pPr>
              <w:rPr>
                <w:szCs w:val="24"/>
              </w:rPr>
            </w:pPr>
            <w:r>
              <w:rPr>
                <w:szCs w:val="24"/>
              </w:rPr>
              <w:t xml:space="preserve">Rávesolbmot bidjet oadjebas </w:t>
            </w:r>
            <w:r w:rsidR="004528AB">
              <w:rPr>
                <w:szCs w:val="24"/>
              </w:rPr>
              <w:t>rámmaid álggus; oahppit dađistaga mielváikkuhit.</w:t>
            </w:r>
          </w:p>
        </w:tc>
      </w:tr>
    </w:tbl>
    <w:p w14:paraId="28828EBF" w14:textId="77777777" w:rsidR="008E65E7" w:rsidRPr="001C56D5" w:rsidRDefault="008E65E7">
      <w:pPr>
        <w:rPr>
          <w:szCs w:val="24"/>
        </w:rPr>
      </w:pPr>
    </w:p>
    <w:p w14:paraId="7F965E63" w14:textId="77777777" w:rsidR="00C8774E" w:rsidRPr="001C56D5" w:rsidRDefault="00C8774E">
      <w:pPr>
        <w:rPr>
          <w:rStyle w:val="Overskrift2Tegn"/>
          <w:lang w:val="se-NO"/>
        </w:rPr>
      </w:pPr>
      <w:r w:rsidRPr="001C56D5">
        <w:rPr>
          <w:rStyle w:val="Overskrift2Tegn"/>
          <w:b w:val="0"/>
          <w:bCs w:val="0"/>
          <w:lang w:val="se-NO"/>
        </w:rPr>
        <w:br w:type="page"/>
      </w:r>
    </w:p>
    <w:p w14:paraId="33AB0D5B" w14:textId="34920355" w:rsidR="008E65E7" w:rsidRPr="001C56D5" w:rsidRDefault="004528AB" w:rsidP="008D46ED">
      <w:pPr>
        <w:pStyle w:val="Overskrift2"/>
        <w:rPr>
          <w:rStyle w:val="Overskrift2Tegn"/>
          <w:b/>
          <w:bCs/>
          <w:lang w:val="se-NO"/>
        </w:rPr>
      </w:pPr>
      <w:bookmarkStart w:id="17" w:name="_Toc238470122"/>
      <w:proofErr w:type="spellStart"/>
      <w:r>
        <w:rPr>
          <w:rStyle w:val="Overskrift2Tegn"/>
          <w:b/>
          <w:bCs/>
          <w:lang w:val="se-NO"/>
        </w:rPr>
        <w:lastRenderedPageBreak/>
        <w:t>OEBD</w:t>
      </w:r>
      <w:proofErr w:type="spellEnd"/>
      <w:r>
        <w:rPr>
          <w:rStyle w:val="Overskrift2Tegn"/>
          <w:b/>
          <w:bCs/>
          <w:lang w:val="se-NO"/>
        </w:rPr>
        <w:t>: ovddidit, eastadit, bissehit ja doarjut</w:t>
      </w:r>
      <w:bookmarkEnd w:id="17"/>
    </w:p>
    <w:p w14:paraId="2671A578" w14:textId="0446715F" w:rsidR="00846B5E" w:rsidRPr="0032182D" w:rsidRDefault="00846B5E" w:rsidP="00846B5E">
      <w:pPr>
        <w:rPr>
          <w:sz w:val="21"/>
        </w:rPr>
      </w:pPr>
      <w:r>
        <w:t>Skuvla sáhttá</w:t>
      </w:r>
      <w:r w:rsidRPr="0032182D">
        <w:t xml:space="preserve"> geavahit </w:t>
      </w:r>
      <w:proofErr w:type="spellStart"/>
      <w:r w:rsidRPr="0032182D">
        <w:t>OEBD</w:t>
      </w:r>
      <w:proofErr w:type="spellEnd"/>
      <w:r w:rsidRPr="0032182D">
        <w:t xml:space="preserve"> bargomálle </w:t>
      </w:r>
      <w:r>
        <w:t>plánedettiin</w:t>
      </w:r>
      <w:r w:rsidRPr="0032182D">
        <w:t xml:space="preserve"> </w:t>
      </w:r>
      <w:r>
        <w:t>skuvla</w:t>
      </w:r>
      <w:r w:rsidRPr="0032182D">
        <w:t xml:space="preserve">álgima, doaimmaid, </w:t>
      </w:r>
      <w:r>
        <w:t>sirda</w:t>
      </w:r>
      <w:r w:rsidRPr="0032182D">
        <w:t xml:space="preserve">šumiid ja čuovvolemiid. Modealla lea veahkkin bargiide jurddašit ollislaččat: Maid mii galgat ovddidit? Maid mii galgat eastadit? Maid mii galgat bissehit? Gii dárbbaša doarjaga? </w:t>
      </w:r>
      <w:hyperlink r:id="rId15" w:history="1">
        <w:r>
          <w:rPr>
            <w:rStyle w:val="Hyperkobling"/>
          </w:rPr>
          <w:t>Bargomálle mainna ovddida, eastada, bisseha ja doarju (</w:t>
        </w:r>
        <w:proofErr w:type="spellStart"/>
        <w:r>
          <w:rPr>
            <w:rStyle w:val="Hyperkobling"/>
          </w:rPr>
          <w:t>OEBD</w:t>
        </w:r>
        <w:proofErr w:type="spellEnd"/>
        <w:r>
          <w:rPr>
            <w:rStyle w:val="Hyperkobling"/>
          </w:rPr>
          <w:t>) – Omnimodealla</w:t>
        </w:r>
      </w:hyperlink>
      <w:r w:rsidRPr="0032182D">
        <w:t xml:space="preserve"> </w:t>
      </w:r>
    </w:p>
    <w:p w14:paraId="42EC4F9B" w14:textId="77777777" w:rsidR="00846B5E" w:rsidRPr="001C56D5" w:rsidRDefault="00846B5E">
      <w:pPr>
        <w:rPr>
          <w:szCs w:val="24"/>
        </w:rPr>
      </w:pPr>
    </w:p>
    <w:tbl>
      <w:tblPr>
        <w:tblStyle w:val="Tabellrutenett"/>
        <w:tblW w:w="0" w:type="auto"/>
        <w:jc w:val="center"/>
        <w:tblLook w:val="04A0" w:firstRow="1" w:lastRow="0" w:firstColumn="1" w:lastColumn="0" w:noHBand="0" w:noVBand="1"/>
      </w:tblPr>
      <w:tblGrid>
        <w:gridCol w:w="2829"/>
        <w:gridCol w:w="7361"/>
      </w:tblGrid>
      <w:tr w:rsidR="008E65E7" w:rsidRPr="001C56D5" w14:paraId="70A70AE6" w14:textId="77777777" w:rsidTr="00FF2069">
        <w:trPr>
          <w:jc w:val="center"/>
        </w:trPr>
        <w:tc>
          <w:tcPr>
            <w:tcW w:w="2829" w:type="dxa"/>
            <w:shd w:val="clear" w:color="auto" w:fill="DDF1EA"/>
          </w:tcPr>
          <w:p w14:paraId="6AC6FC25" w14:textId="350308C9" w:rsidR="008E65E7" w:rsidRPr="001C56D5" w:rsidRDefault="00846B5E">
            <w:pPr>
              <w:rPr>
                <w:szCs w:val="24"/>
              </w:rPr>
            </w:pPr>
            <w:proofErr w:type="spellStart"/>
            <w:r>
              <w:rPr>
                <w:szCs w:val="24"/>
              </w:rPr>
              <w:t>OEBD</w:t>
            </w:r>
            <w:proofErr w:type="spellEnd"/>
          </w:p>
        </w:tc>
        <w:tc>
          <w:tcPr>
            <w:tcW w:w="7361" w:type="dxa"/>
            <w:shd w:val="clear" w:color="auto" w:fill="DDF1EA"/>
          </w:tcPr>
          <w:p w14:paraId="6EC402A9" w14:textId="18884F1E" w:rsidR="008E65E7" w:rsidRPr="00A01E73" w:rsidRDefault="00A01E73">
            <w:pPr>
              <w:rPr>
                <w:szCs w:val="24"/>
                <w:lang w:val="nb-NO"/>
              </w:rPr>
            </w:pPr>
            <w:r w:rsidRPr="00A01E73">
              <w:rPr>
                <w:b/>
                <w:szCs w:val="24"/>
              </w:rPr>
              <w:t>Gažaldagat plánedettiin</w:t>
            </w:r>
          </w:p>
        </w:tc>
      </w:tr>
      <w:tr w:rsidR="00456863" w:rsidRPr="001C56D5" w14:paraId="64B90A0C" w14:textId="77777777" w:rsidTr="00FF2069">
        <w:trPr>
          <w:jc w:val="center"/>
        </w:trPr>
        <w:tc>
          <w:tcPr>
            <w:tcW w:w="2829" w:type="dxa"/>
          </w:tcPr>
          <w:p w14:paraId="5359FCFC" w14:textId="18365A56" w:rsidR="00456863" w:rsidRPr="001C56D5" w:rsidRDefault="00456863" w:rsidP="00456863">
            <w:pPr>
              <w:rPr>
                <w:szCs w:val="24"/>
              </w:rPr>
            </w:pPr>
            <w:r w:rsidRPr="0032182D">
              <w:t>Ovddidit</w:t>
            </w:r>
          </w:p>
        </w:tc>
        <w:tc>
          <w:tcPr>
            <w:tcW w:w="7361" w:type="dxa"/>
          </w:tcPr>
          <w:p w14:paraId="3E4B2AE3" w14:textId="1070117D" w:rsidR="00456863" w:rsidRPr="001C56D5" w:rsidRDefault="00456863" w:rsidP="00456863">
            <w:pPr>
              <w:rPr>
                <w:szCs w:val="24"/>
              </w:rPr>
            </w:pPr>
            <w:r w:rsidRPr="0032182D">
              <w:t xml:space="preserve">Mo mii galgat aktiivvalaččat veahkehit </w:t>
            </w:r>
            <w:r>
              <w:t>ohppiid</w:t>
            </w:r>
            <w:r w:rsidRPr="0032182D">
              <w:t xml:space="preserve"> searvat ja vásihit gullevašvuođa?</w:t>
            </w:r>
          </w:p>
        </w:tc>
      </w:tr>
      <w:tr w:rsidR="00456863" w:rsidRPr="001C56D5" w14:paraId="63C8C0E6" w14:textId="77777777" w:rsidTr="00FF2069">
        <w:trPr>
          <w:jc w:val="center"/>
        </w:trPr>
        <w:tc>
          <w:tcPr>
            <w:tcW w:w="2829" w:type="dxa"/>
          </w:tcPr>
          <w:p w14:paraId="29C3686B" w14:textId="0D5458CA" w:rsidR="00456863" w:rsidRPr="001C56D5" w:rsidRDefault="00456863" w:rsidP="00456863">
            <w:pPr>
              <w:rPr>
                <w:szCs w:val="24"/>
              </w:rPr>
            </w:pPr>
            <w:r w:rsidRPr="0032182D">
              <w:t>Eastadit</w:t>
            </w:r>
          </w:p>
        </w:tc>
        <w:tc>
          <w:tcPr>
            <w:tcW w:w="7361" w:type="dxa"/>
          </w:tcPr>
          <w:p w14:paraId="4889A697" w14:textId="2E2AFAC5" w:rsidR="00456863" w:rsidRPr="001C56D5" w:rsidRDefault="002F7594" w:rsidP="00456863">
            <w:pPr>
              <w:rPr>
                <w:szCs w:val="24"/>
              </w:rPr>
            </w:pPr>
            <w:r w:rsidRPr="002F7594">
              <w:rPr>
                <w:szCs w:val="24"/>
              </w:rPr>
              <w:t xml:space="preserve">Mo galgat hehttet </w:t>
            </w:r>
            <w:r>
              <w:rPr>
                <w:szCs w:val="24"/>
              </w:rPr>
              <w:t>ohppiid</w:t>
            </w:r>
            <w:r w:rsidRPr="002F7594">
              <w:rPr>
                <w:szCs w:val="24"/>
              </w:rPr>
              <w:t xml:space="preserve"> vásiheames givssideami, loavkidemiid ja olggušteami?</w:t>
            </w:r>
          </w:p>
        </w:tc>
      </w:tr>
      <w:tr w:rsidR="00456863" w:rsidRPr="001C56D5" w14:paraId="1199A1FE" w14:textId="77777777" w:rsidTr="00FF2069">
        <w:trPr>
          <w:jc w:val="center"/>
        </w:trPr>
        <w:tc>
          <w:tcPr>
            <w:tcW w:w="2829" w:type="dxa"/>
          </w:tcPr>
          <w:p w14:paraId="279D33CA" w14:textId="3EED780B" w:rsidR="00456863" w:rsidRPr="001C56D5" w:rsidRDefault="00456863" w:rsidP="00456863">
            <w:pPr>
              <w:rPr>
                <w:szCs w:val="24"/>
              </w:rPr>
            </w:pPr>
            <w:r w:rsidRPr="0032182D">
              <w:t>Bissehit</w:t>
            </w:r>
          </w:p>
        </w:tc>
        <w:tc>
          <w:tcPr>
            <w:tcW w:w="7361" w:type="dxa"/>
          </w:tcPr>
          <w:p w14:paraId="54D88600" w14:textId="5925D50D" w:rsidR="00456863" w:rsidRPr="001C56D5" w:rsidRDefault="00400528" w:rsidP="00456863">
            <w:pPr>
              <w:rPr>
                <w:szCs w:val="24"/>
              </w:rPr>
            </w:pPr>
            <w:r w:rsidRPr="00400528">
              <w:rPr>
                <w:szCs w:val="24"/>
              </w:rPr>
              <w:t>Mo galgat gieđahallat dohkketmeahttun láhttema geavatlaččat? Maid mii lohkat? Maid mii bargat? Gii čuovvola?</w:t>
            </w:r>
          </w:p>
        </w:tc>
      </w:tr>
      <w:tr w:rsidR="00456863" w:rsidRPr="001C56D5" w14:paraId="298B3191" w14:textId="77777777" w:rsidTr="00FF2069">
        <w:trPr>
          <w:jc w:val="center"/>
        </w:trPr>
        <w:tc>
          <w:tcPr>
            <w:tcW w:w="2829" w:type="dxa"/>
          </w:tcPr>
          <w:p w14:paraId="4DE847A4" w14:textId="56A15212" w:rsidR="00456863" w:rsidRPr="001C56D5" w:rsidRDefault="00456863" w:rsidP="00456863">
            <w:pPr>
              <w:rPr>
                <w:szCs w:val="24"/>
              </w:rPr>
            </w:pPr>
            <w:r w:rsidRPr="0032182D">
              <w:t>Doarjut</w:t>
            </w:r>
          </w:p>
        </w:tc>
        <w:tc>
          <w:tcPr>
            <w:tcW w:w="7361" w:type="dxa"/>
          </w:tcPr>
          <w:p w14:paraId="63114B86" w14:textId="6A1948D5" w:rsidR="00456863" w:rsidRPr="001C56D5" w:rsidRDefault="00BF51AB" w:rsidP="00456863">
            <w:pPr>
              <w:rPr>
                <w:szCs w:val="24"/>
              </w:rPr>
            </w:pPr>
            <w:r w:rsidRPr="00BF51AB">
              <w:rPr>
                <w:szCs w:val="24"/>
              </w:rPr>
              <w:t xml:space="preserve">Mo galgat veahkehit rašes </w:t>
            </w:r>
            <w:r w:rsidR="001663E8">
              <w:rPr>
                <w:szCs w:val="24"/>
              </w:rPr>
              <w:t>ohppiid</w:t>
            </w:r>
            <w:r w:rsidRPr="00BF51AB">
              <w:rPr>
                <w:szCs w:val="24"/>
              </w:rPr>
              <w:t xml:space="preserve"> gávdnat positiiva ja oadjebas saji searvevuođas?</w:t>
            </w:r>
          </w:p>
        </w:tc>
      </w:tr>
    </w:tbl>
    <w:p w14:paraId="5BF95201" w14:textId="77777777" w:rsidR="008E65E7" w:rsidRPr="001C56D5" w:rsidRDefault="008E65E7">
      <w:pPr>
        <w:rPr>
          <w:szCs w:val="24"/>
        </w:rPr>
      </w:pPr>
    </w:p>
    <w:p w14:paraId="098D4021" w14:textId="77777777" w:rsidR="00DA2788" w:rsidRPr="00C5726F" w:rsidRDefault="00DA2788" w:rsidP="00DA2788">
      <w:pPr>
        <w:rPr>
          <w:b/>
          <w:bCs/>
          <w:lang w:val="nb-NO"/>
        </w:rPr>
      </w:pPr>
      <w:proofErr w:type="spellStart"/>
      <w:r w:rsidRPr="00093815">
        <w:rPr>
          <w:b/>
          <w:bCs/>
        </w:rPr>
        <w:t>OEBD-plána</w:t>
      </w:r>
      <w:proofErr w:type="spellEnd"/>
      <w:r w:rsidRPr="00093815">
        <w:rPr>
          <w:b/>
          <w:bCs/>
        </w:rPr>
        <w:t xml:space="preserve"> searvadahtti doaimmaide</w:t>
      </w:r>
    </w:p>
    <w:tbl>
      <w:tblPr>
        <w:tblStyle w:val="Tabellrutenett"/>
        <w:tblW w:w="0" w:type="auto"/>
        <w:jc w:val="center"/>
        <w:tblLook w:val="04A0" w:firstRow="1" w:lastRow="0" w:firstColumn="1" w:lastColumn="0" w:noHBand="0" w:noVBand="1"/>
      </w:tblPr>
      <w:tblGrid>
        <w:gridCol w:w="2722"/>
        <w:gridCol w:w="7447"/>
      </w:tblGrid>
      <w:tr w:rsidR="00287BBA" w:rsidRPr="001C56D5" w14:paraId="0086B409" w14:textId="77777777" w:rsidTr="000D6C01">
        <w:trPr>
          <w:jc w:val="center"/>
        </w:trPr>
        <w:tc>
          <w:tcPr>
            <w:tcW w:w="2722" w:type="dxa"/>
            <w:shd w:val="clear" w:color="auto" w:fill="DDF1EA"/>
          </w:tcPr>
          <w:p w14:paraId="78CD737D" w14:textId="3FFF9272" w:rsidR="00287BBA" w:rsidRPr="001C56D5" w:rsidRDefault="00287BBA" w:rsidP="00287BBA">
            <w:pPr>
              <w:rPr>
                <w:szCs w:val="24"/>
              </w:rPr>
            </w:pPr>
            <w:r w:rsidRPr="0032182D">
              <w:rPr>
                <w:b/>
                <w:bCs/>
              </w:rPr>
              <w:t>Oassi</w:t>
            </w:r>
          </w:p>
        </w:tc>
        <w:tc>
          <w:tcPr>
            <w:tcW w:w="7447" w:type="dxa"/>
            <w:shd w:val="clear" w:color="auto" w:fill="DDF1EA"/>
          </w:tcPr>
          <w:p w14:paraId="7CD48888" w14:textId="431D81B3" w:rsidR="00287BBA" w:rsidRPr="001C56D5" w:rsidRDefault="00287BBA" w:rsidP="00287BBA">
            <w:pPr>
              <w:rPr>
                <w:szCs w:val="24"/>
              </w:rPr>
            </w:pPr>
            <w:r w:rsidRPr="0032182D">
              <w:rPr>
                <w:b/>
                <w:bCs/>
              </w:rPr>
              <w:t>Plána</w:t>
            </w:r>
          </w:p>
        </w:tc>
      </w:tr>
      <w:tr w:rsidR="00FF2069" w:rsidRPr="001C56D5" w14:paraId="5A51469B" w14:textId="77777777" w:rsidTr="000D6C01">
        <w:trPr>
          <w:jc w:val="center"/>
        </w:trPr>
        <w:tc>
          <w:tcPr>
            <w:tcW w:w="2722" w:type="dxa"/>
          </w:tcPr>
          <w:p w14:paraId="4AB55CAA" w14:textId="67716312" w:rsidR="00FF2069" w:rsidRPr="001C56D5" w:rsidRDefault="00FF2069" w:rsidP="00FF2069">
            <w:pPr>
              <w:rPr>
                <w:szCs w:val="24"/>
              </w:rPr>
            </w:pPr>
            <w:r w:rsidRPr="0032182D">
              <w:t>Ovddidit</w:t>
            </w:r>
          </w:p>
        </w:tc>
        <w:tc>
          <w:tcPr>
            <w:tcW w:w="7447" w:type="dxa"/>
          </w:tcPr>
          <w:p w14:paraId="2AB0C3B8" w14:textId="703CDC3F" w:rsidR="00FF2069" w:rsidRPr="001C56D5" w:rsidRDefault="003B1E5B" w:rsidP="00FF2069">
            <w:pPr>
              <w:rPr>
                <w:szCs w:val="24"/>
              </w:rPr>
            </w:pPr>
            <w:r w:rsidRPr="003B1E5B">
              <w:rPr>
                <w:szCs w:val="24"/>
              </w:rPr>
              <w:t>Čilge doaimma ja mo dat addá vejolašvuođa buohkaide searvat, máhttit ja veahkehit.</w:t>
            </w:r>
          </w:p>
        </w:tc>
      </w:tr>
      <w:tr w:rsidR="00FF2069" w:rsidRPr="001C56D5" w14:paraId="14817DEE" w14:textId="77777777" w:rsidTr="000D6C01">
        <w:trPr>
          <w:jc w:val="center"/>
        </w:trPr>
        <w:tc>
          <w:tcPr>
            <w:tcW w:w="2722" w:type="dxa"/>
          </w:tcPr>
          <w:p w14:paraId="7B0E7D33" w14:textId="0C58D2E0" w:rsidR="00FF2069" w:rsidRPr="001C56D5" w:rsidRDefault="00FF2069" w:rsidP="00FF2069">
            <w:pPr>
              <w:rPr>
                <w:szCs w:val="24"/>
              </w:rPr>
            </w:pPr>
            <w:r w:rsidRPr="0032182D">
              <w:t>Eastadit</w:t>
            </w:r>
          </w:p>
        </w:tc>
        <w:tc>
          <w:tcPr>
            <w:tcW w:w="7447" w:type="dxa"/>
          </w:tcPr>
          <w:p w14:paraId="75E60602" w14:textId="07A09EF6" w:rsidR="00FF2069" w:rsidRPr="001C56D5" w:rsidRDefault="00890C72" w:rsidP="00FF2069">
            <w:pPr>
              <w:rPr>
                <w:szCs w:val="24"/>
              </w:rPr>
            </w:pPr>
            <w:r w:rsidRPr="00890C72">
              <w:rPr>
                <w:szCs w:val="24"/>
              </w:rPr>
              <w:t>Čilge organiserema, joavkkuid, sajiid, arenaid, áigerámmaid ja njuolggadusaid guđet unnidit uhki.</w:t>
            </w:r>
          </w:p>
        </w:tc>
      </w:tr>
      <w:tr w:rsidR="00FF2069" w:rsidRPr="001C56D5" w14:paraId="511B8440" w14:textId="77777777" w:rsidTr="000D6C01">
        <w:trPr>
          <w:jc w:val="center"/>
        </w:trPr>
        <w:tc>
          <w:tcPr>
            <w:tcW w:w="2722" w:type="dxa"/>
          </w:tcPr>
          <w:p w14:paraId="46C8C909" w14:textId="4D0BC528" w:rsidR="00FF2069" w:rsidRPr="001C56D5" w:rsidRDefault="00FF2069" w:rsidP="00FF2069">
            <w:pPr>
              <w:rPr>
                <w:szCs w:val="24"/>
              </w:rPr>
            </w:pPr>
            <w:r w:rsidRPr="0032182D">
              <w:t>Bissehit</w:t>
            </w:r>
          </w:p>
        </w:tc>
        <w:tc>
          <w:tcPr>
            <w:tcW w:w="7447" w:type="dxa"/>
          </w:tcPr>
          <w:p w14:paraId="1FD5333E" w14:textId="4451C36D" w:rsidR="00FF2069" w:rsidRPr="001C56D5" w:rsidRDefault="00CF5C7F" w:rsidP="00FF2069">
            <w:pPr>
              <w:rPr>
                <w:szCs w:val="24"/>
              </w:rPr>
            </w:pPr>
            <w:r w:rsidRPr="00CF5C7F">
              <w:rPr>
                <w:szCs w:val="24"/>
              </w:rPr>
              <w:t xml:space="preserve">Čilge mo bargit seaguhit iežas jus </w:t>
            </w:r>
            <w:r w:rsidR="00A438BB">
              <w:rPr>
                <w:szCs w:val="24"/>
              </w:rPr>
              <w:t>oahppit</w:t>
            </w:r>
            <w:r w:rsidRPr="00CF5C7F">
              <w:rPr>
                <w:szCs w:val="24"/>
              </w:rPr>
              <w:t xml:space="preserve"> cielahit, olgguštit, loavkidit dahje dagahit ráfehisvuođa</w:t>
            </w:r>
            <w:r>
              <w:rPr>
                <w:szCs w:val="24"/>
              </w:rPr>
              <w:t xml:space="preserve">. </w:t>
            </w:r>
          </w:p>
        </w:tc>
      </w:tr>
      <w:tr w:rsidR="00FF2069" w:rsidRPr="001C56D5" w14:paraId="69A3B292" w14:textId="77777777" w:rsidTr="000D6C01">
        <w:trPr>
          <w:jc w:val="center"/>
        </w:trPr>
        <w:tc>
          <w:tcPr>
            <w:tcW w:w="2722" w:type="dxa"/>
          </w:tcPr>
          <w:p w14:paraId="27AD63F8" w14:textId="6A278B59" w:rsidR="00FF2069" w:rsidRPr="001C56D5" w:rsidRDefault="00FF2069" w:rsidP="00FF2069">
            <w:pPr>
              <w:rPr>
                <w:szCs w:val="24"/>
              </w:rPr>
            </w:pPr>
            <w:r w:rsidRPr="0032182D">
              <w:t>Doarjut</w:t>
            </w:r>
          </w:p>
        </w:tc>
        <w:tc>
          <w:tcPr>
            <w:tcW w:w="7447" w:type="dxa"/>
          </w:tcPr>
          <w:p w14:paraId="41E0D6F8" w14:textId="1A492578" w:rsidR="00FF2069" w:rsidRPr="001C56D5" w:rsidRDefault="00667B08" w:rsidP="00FF2069">
            <w:pPr>
              <w:rPr>
                <w:szCs w:val="24"/>
              </w:rPr>
            </w:pPr>
            <w:r w:rsidRPr="00667B08">
              <w:rPr>
                <w:szCs w:val="24"/>
              </w:rPr>
              <w:t xml:space="preserve">Čilge mo ráhkkanahttit, čuovvolit ja suddjet erenoamážit rašes </w:t>
            </w:r>
            <w:r w:rsidR="001663E8">
              <w:rPr>
                <w:szCs w:val="24"/>
              </w:rPr>
              <w:t>ohppiid</w:t>
            </w:r>
            <w:r w:rsidRPr="00667B08">
              <w:rPr>
                <w:szCs w:val="24"/>
              </w:rPr>
              <w:t xml:space="preserve"> go lea dárbu.</w:t>
            </w:r>
          </w:p>
        </w:tc>
      </w:tr>
      <w:tr w:rsidR="00746D2D" w:rsidRPr="001C56D5" w14:paraId="3DC383B4" w14:textId="77777777" w:rsidTr="000D6C01">
        <w:trPr>
          <w:jc w:val="center"/>
        </w:trPr>
        <w:tc>
          <w:tcPr>
            <w:tcW w:w="2722" w:type="dxa"/>
          </w:tcPr>
          <w:p w14:paraId="48067A02" w14:textId="29ACA399" w:rsidR="00746D2D" w:rsidRPr="001C56D5" w:rsidRDefault="00746D2D" w:rsidP="00746D2D">
            <w:pPr>
              <w:rPr>
                <w:szCs w:val="24"/>
              </w:rPr>
            </w:pPr>
            <w:r w:rsidRPr="00CB3579">
              <w:rPr>
                <w:szCs w:val="24"/>
              </w:rPr>
              <w:t>Árvvoštallan</w:t>
            </w:r>
          </w:p>
        </w:tc>
        <w:tc>
          <w:tcPr>
            <w:tcW w:w="7447" w:type="dxa"/>
          </w:tcPr>
          <w:p w14:paraId="3B8378F1" w14:textId="4A32E28E" w:rsidR="00746D2D" w:rsidRPr="001C56D5" w:rsidRDefault="00746D2D" w:rsidP="00746D2D">
            <w:pPr>
              <w:rPr>
                <w:szCs w:val="24"/>
              </w:rPr>
            </w:pPr>
            <w:r w:rsidRPr="0032182D">
              <w:t xml:space="preserve">Mo mii guorahallat </w:t>
            </w:r>
            <w:r w:rsidR="001663E8">
              <w:t>ohppiid</w:t>
            </w:r>
            <w:r w:rsidRPr="0032182D">
              <w:t xml:space="preserve"> oadjebasvuođa ja gullevašvuođa vásáhusa maŋŋá?</w:t>
            </w:r>
          </w:p>
        </w:tc>
      </w:tr>
    </w:tbl>
    <w:p w14:paraId="7A2C05A0" w14:textId="77777777" w:rsidR="00F35D8A" w:rsidRPr="001C56D5" w:rsidRDefault="00F35D8A">
      <w:pPr>
        <w:rPr>
          <w:rFonts w:asciiTheme="majorHAnsi" w:eastAsiaTheme="majorEastAsia" w:hAnsiTheme="majorHAnsi" w:cstheme="majorBidi"/>
          <w:b/>
          <w:bCs/>
          <w:color w:val="000000" w:themeColor="text1"/>
          <w:sz w:val="28"/>
          <w:szCs w:val="26"/>
        </w:rPr>
      </w:pPr>
      <w:r w:rsidRPr="001C56D5">
        <w:br w:type="page"/>
      </w:r>
    </w:p>
    <w:p w14:paraId="34C624B2" w14:textId="77777777" w:rsidR="009D18BE" w:rsidRPr="0032182D" w:rsidRDefault="009D18BE" w:rsidP="009D18BE">
      <w:pPr>
        <w:pStyle w:val="Overskrift2"/>
      </w:pPr>
      <w:bookmarkStart w:id="18" w:name="_Toc237424998"/>
      <w:bookmarkStart w:id="19" w:name="_Toc238470123"/>
      <w:r w:rsidRPr="0032182D">
        <w:lastRenderedPageBreak/>
        <w:t>Uhkki ja doaibmabijut</w:t>
      </w:r>
      <w:bookmarkEnd w:id="18"/>
      <w:bookmarkEnd w:id="19"/>
    </w:p>
    <w:p w14:paraId="3C328555" w14:textId="3BDF79F8" w:rsidR="00405488" w:rsidRPr="0032182D" w:rsidRDefault="00405488" w:rsidP="00405488">
      <w:r w:rsidRPr="0032182D">
        <w:t xml:space="preserve">Buorre áigumuš ii leat doarvái. Doaibma mii galgá hukset searvevuođa, sáhttá muhtin </w:t>
      </w:r>
      <w:r>
        <w:t>ohppiide</w:t>
      </w:r>
      <w:r w:rsidRPr="0032182D">
        <w:t xml:space="preserve"> lasihit dorvvohisvuođa jus ii leat bures plánejuvvon. Danne berre árvvoštallat doaimmaid vejolaš uhkiid ovdal go daid čađaha. </w:t>
      </w:r>
    </w:p>
    <w:p w14:paraId="3AF8F0B5" w14:textId="7931F547" w:rsidR="00FD40A4" w:rsidRPr="001C56D5" w:rsidRDefault="00FD40A4">
      <w:pPr>
        <w:rPr>
          <w:szCs w:val="24"/>
        </w:rPr>
      </w:pPr>
    </w:p>
    <w:tbl>
      <w:tblPr>
        <w:tblStyle w:val="Tabellrutenett"/>
        <w:tblW w:w="0" w:type="auto"/>
        <w:jc w:val="center"/>
        <w:tblLook w:val="04A0" w:firstRow="1" w:lastRow="0" w:firstColumn="1" w:lastColumn="0" w:noHBand="0" w:noVBand="1"/>
      </w:tblPr>
      <w:tblGrid>
        <w:gridCol w:w="4461"/>
        <w:gridCol w:w="5669"/>
      </w:tblGrid>
      <w:tr w:rsidR="008E65E7" w:rsidRPr="001C56D5" w14:paraId="46BC30EA" w14:textId="77777777" w:rsidTr="000D6C01">
        <w:trPr>
          <w:jc w:val="center"/>
        </w:trPr>
        <w:tc>
          <w:tcPr>
            <w:tcW w:w="4461" w:type="dxa"/>
            <w:shd w:val="clear" w:color="auto" w:fill="DDF1EA"/>
          </w:tcPr>
          <w:p w14:paraId="302A5DC7" w14:textId="17AFB4D7" w:rsidR="008E65E7" w:rsidRPr="001C56D5" w:rsidRDefault="00012424">
            <w:pPr>
              <w:rPr>
                <w:szCs w:val="24"/>
              </w:rPr>
            </w:pPr>
            <w:r>
              <w:rPr>
                <w:b/>
                <w:szCs w:val="24"/>
              </w:rPr>
              <w:t>Uhkki</w:t>
            </w:r>
          </w:p>
        </w:tc>
        <w:tc>
          <w:tcPr>
            <w:tcW w:w="5669" w:type="dxa"/>
            <w:shd w:val="clear" w:color="auto" w:fill="DDF1EA"/>
          </w:tcPr>
          <w:p w14:paraId="645C5F2D" w14:textId="77F97A6D" w:rsidR="008E65E7" w:rsidRPr="001C56D5" w:rsidRDefault="00012424">
            <w:pPr>
              <w:rPr>
                <w:szCs w:val="24"/>
              </w:rPr>
            </w:pPr>
            <w:r>
              <w:rPr>
                <w:b/>
                <w:szCs w:val="24"/>
              </w:rPr>
              <w:t>Doaibmabijut mat suddjejit</w:t>
            </w:r>
          </w:p>
        </w:tc>
      </w:tr>
      <w:tr w:rsidR="008E65E7" w:rsidRPr="001C56D5" w14:paraId="121A1E58" w14:textId="77777777" w:rsidTr="000D6C01">
        <w:trPr>
          <w:jc w:val="center"/>
        </w:trPr>
        <w:tc>
          <w:tcPr>
            <w:tcW w:w="4461" w:type="dxa"/>
          </w:tcPr>
          <w:p w14:paraId="3CAD6C9B" w14:textId="6944DE8F" w:rsidR="008E65E7" w:rsidRPr="001C56D5" w:rsidRDefault="00EA798D">
            <w:pPr>
              <w:rPr>
                <w:szCs w:val="24"/>
              </w:rPr>
            </w:pPr>
            <w:r w:rsidRPr="00EA798D">
              <w:rPr>
                <w:szCs w:val="24"/>
              </w:rPr>
              <w:t>Eahpečielga sosiála rámmat</w:t>
            </w:r>
          </w:p>
        </w:tc>
        <w:tc>
          <w:tcPr>
            <w:tcW w:w="5669" w:type="dxa"/>
          </w:tcPr>
          <w:p w14:paraId="642C49DA" w14:textId="43AB66F1" w:rsidR="008E65E7" w:rsidRPr="001C56D5" w:rsidRDefault="00035BCD">
            <w:pPr>
              <w:rPr>
                <w:szCs w:val="24"/>
              </w:rPr>
            </w:pPr>
            <w:r w:rsidRPr="00035BCD">
              <w:rPr>
                <w:szCs w:val="24"/>
              </w:rPr>
              <w:t xml:space="preserve">Čađat uksalasánjuolggadusaid ja mii mearkkaša buorre </w:t>
            </w:r>
            <w:r>
              <w:rPr>
                <w:szCs w:val="24"/>
              </w:rPr>
              <w:t>skuvla</w:t>
            </w:r>
            <w:r w:rsidRPr="00035BCD">
              <w:rPr>
                <w:szCs w:val="24"/>
              </w:rPr>
              <w:t>ustibin leat</w:t>
            </w:r>
            <w:r w:rsidR="0094314E">
              <w:rPr>
                <w:szCs w:val="24"/>
              </w:rPr>
              <w:t>.</w:t>
            </w:r>
          </w:p>
        </w:tc>
      </w:tr>
      <w:tr w:rsidR="008E65E7" w:rsidRPr="001C56D5" w14:paraId="37BA5CBA" w14:textId="77777777" w:rsidTr="000D6C01">
        <w:trPr>
          <w:jc w:val="center"/>
        </w:trPr>
        <w:tc>
          <w:tcPr>
            <w:tcW w:w="4461" w:type="dxa"/>
          </w:tcPr>
          <w:p w14:paraId="0F0AC9E6" w14:textId="68ADA467" w:rsidR="008E65E7" w:rsidRPr="001C56D5" w:rsidRDefault="003502BA">
            <w:pPr>
              <w:rPr>
                <w:szCs w:val="24"/>
              </w:rPr>
            </w:pPr>
            <w:r w:rsidRPr="003502BA">
              <w:rPr>
                <w:szCs w:val="24"/>
              </w:rPr>
              <w:t>Joavkkut ja olggušteapmi</w:t>
            </w:r>
          </w:p>
        </w:tc>
        <w:tc>
          <w:tcPr>
            <w:tcW w:w="5669" w:type="dxa"/>
          </w:tcPr>
          <w:p w14:paraId="2BF02B50" w14:textId="3DEF5DAA" w:rsidR="008E65E7" w:rsidRPr="001C56D5" w:rsidRDefault="009377AD">
            <w:pPr>
              <w:rPr>
                <w:szCs w:val="24"/>
              </w:rPr>
            </w:pPr>
            <w:r w:rsidRPr="009377AD">
              <w:rPr>
                <w:szCs w:val="24"/>
              </w:rPr>
              <w:t>Bargit mearridit joavkkuid</w:t>
            </w:r>
            <w:r>
              <w:rPr>
                <w:szCs w:val="24"/>
              </w:rPr>
              <w:t>, guoibmepára</w:t>
            </w:r>
            <w:r w:rsidR="00800FF1">
              <w:rPr>
                <w:szCs w:val="24"/>
              </w:rPr>
              <w:t>id</w:t>
            </w:r>
            <w:r w:rsidRPr="009377AD">
              <w:rPr>
                <w:szCs w:val="24"/>
              </w:rPr>
              <w:t xml:space="preserve"> ja</w:t>
            </w:r>
            <w:r w:rsidR="0094314E">
              <w:rPr>
                <w:szCs w:val="24"/>
              </w:rPr>
              <w:t xml:space="preserve"> goas dat molsašuddet.</w:t>
            </w:r>
          </w:p>
        </w:tc>
      </w:tr>
      <w:tr w:rsidR="008E65E7" w:rsidRPr="001C56D5" w14:paraId="4629BCFB" w14:textId="77777777" w:rsidTr="000D6C01">
        <w:trPr>
          <w:jc w:val="center"/>
        </w:trPr>
        <w:tc>
          <w:tcPr>
            <w:tcW w:w="4461" w:type="dxa"/>
          </w:tcPr>
          <w:p w14:paraId="03841C0C" w14:textId="03C3162F" w:rsidR="008E65E7" w:rsidRPr="001C56D5" w:rsidRDefault="000E1709">
            <w:pPr>
              <w:rPr>
                <w:szCs w:val="24"/>
              </w:rPr>
            </w:pPr>
            <w:r w:rsidRPr="000E1709">
              <w:rPr>
                <w:szCs w:val="24"/>
              </w:rPr>
              <w:t>Eahpesihkkarvuohta ja sosiála streassa</w:t>
            </w:r>
          </w:p>
        </w:tc>
        <w:tc>
          <w:tcPr>
            <w:tcW w:w="5669" w:type="dxa"/>
          </w:tcPr>
          <w:p w14:paraId="7E34AEFB" w14:textId="264DBC2D" w:rsidR="008E65E7" w:rsidRPr="001C56D5" w:rsidRDefault="00AD773B">
            <w:pPr>
              <w:rPr>
                <w:szCs w:val="24"/>
              </w:rPr>
            </w:pPr>
            <w:r w:rsidRPr="00AD773B">
              <w:rPr>
                <w:szCs w:val="24"/>
              </w:rPr>
              <w:t>Álgge álkes doaimmaiguin ja smávva joavkkuiguin</w:t>
            </w:r>
          </w:p>
        </w:tc>
      </w:tr>
      <w:tr w:rsidR="008E65E7" w:rsidRPr="001C56D5" w14:paraId="669B07E8" w14:textId="77777777" w:rsidTr="000D6C01">
        <w:trPr>
          <w:jc w:val="center"/>
        </w:trPr>
        <w:tc>
          <w:tcPr>
            <w:tcW w:w="4461" w:type="dxa"/>
          </w:tcPr>
          <w:p w14:paraId="4A43D54E" w14:textId="040491E7" w:rsidR="008E65E7" w:rsidRPr="001C56D5" w:rsidRDefault="00565024">
            <w:pPr>
              <w:rPr>
                <w:szCs w:val="24"/>
              </w:rPr>
            </w:pPr>
            <w:r>
              <w:rPr>
                <w:szCs w:val="24"/>
              </w:rPr>
              <w:t>Heahpadis doaimmat oadjebas rámmaid haga</w:t>
            </w:r>
          </w:p>
        </w:tc>
        <w:tc>
          <w:tcPr>
            <w:tcW w:w="5669" w:type="dxa"/>
          </w:tcPr>
          <w:p w14:paraId="275AEF4C" w14:textId="58ADDE72" w:rsidR="008E65E7" w:rsidRPr="001C56D5" w:rsidRDefault="00D11F42" w:rsidP="00A10200">
            <w:pPr>
              <w:rPr>
                <w:szCs w:val="24"/>
              </w:rPr>
            </w:pPr>
            <w:r>
              <w:rPr>
                <w:szCs w:val="24"/>
              </w:rPr>
              <w:t xml:space="preserve">Garvve </w:t>
            </w:r>
            <w:proofErr w:type="spellStart"/>
            <w:r>
              <w:rPr>
                <w:szCs w:val="24"/>
              </w:rPr>
              <w:t>solo-ovdanbuktimiid</w:t>
            </w:r>
            <w:proofErr w:type="spellEnd"/>
            <w:r>
              <w:rPr>
                <w:szCs w:val="24"/>
              </w:rPr>
              <w:t xml:space="preserve"> álggus ja </w:t>
            </w:r>
            <w:r w:rsidR="00C6256A">
              <w:rPr>
                <w:szCs w:val="24"/>
              </w:rPr>
              <w:t>persovnnalaš</w:t>
            </w:r>
            <w:r>
              <w:rPr>
                <w:szCs w:val="24"/>
              </w:rPr>
              <w:t xml:space="preserve"> gažaldagaid.</w:t>
            </w:r>
          </w:p>
        </w:tc>
      </w:tr>
      <w:tr w:rsidR="008E65E7" w:rsidRPr="001C56D5" w14:paraId="76DBAEBA" w14:textId="77777777" w:rsidTr="000D6C01">
        <w:trPr>
          <w:jc w:val="center"/>
        </w:trPr>
        <w:tc>
          <w:tcPr>
            <w:tcW w:w="4461" w:type="dxa"/>
          </w:tcPr>
          <w:p w14:paraId="648B2C31" w14:textId="0AC05845" w:rsidR="008E65E7" w:rsidRPr="001C56D5" w:rsidRDefault="00A371F8">
            <w:pPr>
              <w:rPr>
                <w:szCs w:val="24"/>
              </w:rPr>
            </w:pPr>
            <w:r w:rsidRPr="00A371F8">
              <w:rPr>
                <w:szCs w:val="24"/>
              </w:rPr>
              <w:t>Ii oktage oktasaš vásáhus</w:t>
            </w:r>
          </w:p>
        </w:tc>
        <w:tc>
          <w:tcPr>
            <w:tcW w:w="5669" w:type="dxa"/>
          </w:tcPr>
          <w:p w14:paraId="4A2B36A2" w14:textId="3703346E" w:rsidR="008E65E7" w:rsidRPr="001C56D5" w:rsidRDefault="00873B3B">
            <w:pPr>
              <w:rPr>
                <w:szCs w:val="24"/>
              </w:rPr>
            </w:pPr>
            <w:r w:rsidRPr="00873B3B">
              <w:rPr>
                <w:szCs w:val="24"/>
              </w:rPr>
              <w:t xml:space="preserve">Ráhkat oktasaš vásáhusaid árrat: vázzinmátki, málesteapmi, </w:t>
            </w:r>
            <w:proofErr w:type="spellStart"/>
            <w:r>
              <w:rPr>
                <w:szCs w:val="24"/>
              </w:rPr>
              <w:t>quiz</w:t>
            </w:r>
            <w:proofErr w:type="spellEnd"/>
            <w:r w:rsidRPr="00873B3B">
              <w:rPr>
                <w:szCs w:val="24"/>
              </w:rPr>
              <w:t xml:space="preserve">, praktihkalaš </w:t>
            </w:r>
            <w:r w:rsidR="00515A19">
              <w:rPr>
                <w:szCs w:val="24"/>
              </w:rPr>
              <w:t>bargobihtát</w:t>
            </w:r>
            <w:r w:rsidRPr="00873B3B">
              <w:rPr>
                <w:szCs w:val="24"/>
              </w:rPr>
              <w:t>.</w:t>
            </w:r>
          </w:p>
        </w:tc>
      </w:tr>
      <w:tr w:rsidR="008E65E7" w:rsidRPr="001C56D5" w14:paraId="0ED961BE" w14:textId="77777777" w:rsidTr="000D6C01">
        <w:trPr>
          <w:jc w:val="center"/>
        </w:trPr>
        <w:tc>
          <w:tcPr>
            <w:tcW w:w="4461" w:type="dxa"/>
          </w:tcPr>
          <w:p w14:paraId="64CB1984" w14:textId="662AC2B2" w:rsidR="008E65E7" w:rsidRPr="001C56D5" w:rsidRDefault="00296D6B">
            <w:pPr>
              <w:rPr>
                <w:szCs w:val="24"/>
              </w:rPr>
            </w:pPr>
            <w:r w:rsidRPr="00296D6B">
              <w:rPr>
                <w:szCs w:val="24"/>
              </w:rPr>
              <w:t>Rávesolbmuid váilevaš jođiheapmi</w:t>
            </w:r>
          </w:p>
        </w:tc>
        <w:tc>
          <w:tcPr>
            <w:tcW w:w="5669" w:type="dxa"/>
          </w:tcPr>
          <w:p w14:paraId="5E9ED835" w14:textId="2BB79E66" w:rsidR="008E65E7" w:rsidRPr="001C56D5" w:rsidRDefault="00E96BB6">
            <w:pPr>
              <w:rPr>
                <w:szCs w:val="24"/>
              </w:rPr>
            </w:pPr>
            <w:r w:rsidRPr="00E96BB6">
              <w:rPr>
                <w:szCs w:val="24"/>
              </w:rPr>
              <w:t>Rávesolbmot servet, áicet, jierpmálaččat sajustit iežaset ja čájehit searvadahtti láhttema.</w:t>
            </w:r>
          </w:p>
        </w:tc>
      </w:tr>
      <w:tr w:rsidR="008E65E7" w:rsidRPr="001C56D5" w14:paraId="0E8A6E01" w14:textId="77777777" w:rsidTr="000D6C01">
        <w:trPr>
          <w:jc w:val="center"/>
        </w:trPr>
        <w:tc>
          <w:tcPr>
            <w:tcW w:w="4461" w:type="dxa"/>
          </w:tcPr>
          <w:p w14:paraId="44876C7F" w14:textId="43E1AD84" w:rsidR="008E65E7" w:rsidRPr="001C56D5" w:rsidRDefault="00565024">
            <w:pPr>
              <w:rPr>
                <w:szCs w:val="24"/>
              </w:rPr>
            </w:pPr>
            <w:r w:rsidRPr="00565024">
              <w:rPr>
                <w:szCs w:val="24"/>
              </w:rPr>
              <w:t xml:space="preserve">Rašes </w:t>
            </w:r>
            <w:r w:rsidR="00A438BB">
              <w:rPr>
                <w:szCs w:val="24"/>
              </w:rPr>
              <w:t>oahppit</w:t>
            </w:r>
            <w:r w:rsidRPr="00565024">
              <w:rPr>
                <w:szCs w:val="24"/>
              </w:rPr>
              <w:t xml:space="preserve"> šaddet oaidnemeahttun</w:t>
            </w:r>
          </w:p>
        </w:tc>
        <w:tc>
          <w:tcPr>
            <w:tcW w:w="5669" w:type="dxa"/>
          </w:tcPr>
          <w:p w14:paraId="1A5A2000" w14:textId="799A651E" w:rsidR="008E65E7" w:rsidRPr="001C56D5" w:rsidRDefault="00A10200">
            <w:pPr>
              <w:rPr>
                <w:szCs w:val="24"/>
              </w:rPr>
            </w:pPr>
            <w:r w:rsidRPr="00A10200">
              <w:rPr>
                <w:szCs w:val="24"/>
              </w:rPr>
              <w:t>Čielggat gii dárbbaša doarjaga, ráhkkanahte su ja čuovo bures mielde.</w:t>
            </w:r>
          </w:p>
        </w:tc>
      </w:tr>
    </w:tbl>
    <w:p w14:paraId="6FAAD335" w14:textId="77777777" w:rsidR="008E65E7" w:rsidRPr="001C56D5" w:rsidRDefault="008E65E7">
      <w:pPr>
        <w:rPr>
          <w:szCs w:val="24"/>
        </w:rPr>
      </w:pPr>
    </w:p>
    <w:p w14:paraId="5B98D5D6" w14:textId="77777777" w:rsidR="00AB0AAE" w:rsidRPr="001C56D5" w:rsidRDefault="00AB0AAE">
      <w:pPr>
        <w:rPr>
          <w:rFonts w:asciiTheme="majorHAnsi" w:eastAsiaTheme="majorEastAsia" w:hAnsiTheme="majorHAnsi" w:cstheme="majorBidi"/>
          <w:b/>
          <w:bCs/>
          <w:color w:val="000000" w:themeColor="text1"/>
          <w:sz w:val="36"/>
          <w:szCs w:val="28"/>
        </w:rPr>
      </w:pPr>
      <w:r w:rsidRPr="001C56D5">
        <w:br w:type="page"/>
      </w:r>
    </w:p>
    <w:p w14:paraId="452D14D6" w14:textId="5DA567E9" w:rsidR="008E65E7" w:rsidRPr="001C56D5" w:rsidRDefault="00E90DC5" w:rsidP="001F3FB1">
      <w:pPr>
        <w:pStyle w:val="Overskrift1"/>
      </w:pPr>
      <w:bookmarkStart w:id="20" w:name="_Toc238470124"/>
      <w:r>
        <w:lastRenderedPageBreak/>
        <w:t>Iskanlisttut ja skovit</w:t>
      </w:r>
      <w:bookmarkEnd w:id="20"/>
    </w:p>
    <w:p w14:paraId="6D853BCB" w14:textId="7CD9455B" w:rsidR="008E65E7" w:rsidRPr="001C56D5" w:rsidRDefault="000A4724" w:rsidP="00A2666E">
      <w:pPr>
        <w:rPr>
          <w:b/>
          <w:bCs/>
          <w:szCs w:val="24"/>
        </w:rPr>
      </w:pPr>
      <w:r w:rsidRPr="001C56D5">
        <w:rPr>
          <w:b/>
          <w:bCs/>
          <w:szCs w:val="24"/>
        </w:rPr>
        <w:t xml:space="preserve">A. </w:t>
      </w:r>
      <w:r w:rsidR="00E90DC5">
        <w:rPr>
          <w:b/>
          <w:bCs/>
          <w:szCs w:val="24"/>
        </w:rPr>
        <w:t>Oanehis iskanlistu skuvlaálgimii</w:t>
      </w:r>
    </w:p>
    <w:tbl>
      <w:tblPr>
        <w:tblStyle w:val="Tabellrutenett"/>
        <w:tblW w:w="0" w:type="auto"/>
        <w:jc w:val="center"/>
        <w:tblLook w:val="04A0" w:firstRow="1" w:lastRow="0" w:firstColumn="1" w:lastColumn="0" w:noHBand="0" w:noVBand="1"/>
      </w:tblPr>
      <w:tblGrid>
        <w:gridCol w:w="4804"/>
        <w:gridCol w:w="1555"/>
        <w:gridCol w:w="1584"/>
        <w:gridCol w:w="2247"/>
      </w:tblGrid>
      <w:tr w:rsidR="008E65E7" w:rsidRPr="001C56D5" w14:paraId="594957E6" w14:textId="77777777" w:rsidTr="00196CA0">
        <w:trPr>
          <w:jc w:val="center"/>
        </w:trPr>
        <w:tc>
          <w:tcPr>
            <w:tcW w:w="5383" w:type="dxa"/>
            <w:shd w:val="clear" w:color="auto" w:fill="DDF1EA"/>
          </w:tcPr>
          <w:p w14:paraId="2B53C3B9" w14:textId="767C5BD2" w:rsidR="008E65E7" w:rsidRPr="001C56D5" w:rsidRDefault="00F5525A">
            <w:pPr>
              <w:rPr>
                <w:szCs w:val="24"/>
              </w:rPr>
            </w:pPr>
            <w:r>
              <w:rPr>
                <w:b/>
                <w:szCs w:val="24"/>
              </w:rPr>
              <w:t>Doaibma</w:t>
            </w:r>
          </w:p>
        </w:tc>
        <w:tc>
          <w:tcPr>
            <w:tcW w:w="1134" w:type="dxa"/>
            <w:shd w:val="clear" w:color="auto" w:fill="DDF1EA"/>
          </w:tcPr>
          <w:p w14:paraId="4788561D" w14:textId="5BC87C16" w:rsidR="008E65E7" w:rsidRPr="001C56D5" w:rsidRDefault="000A4724">
            <w:pPr>
              <w:rPr>
                <w:szCs w:val="24"/>
              </w:rPr>
            </w:pPr>
            <w:r w:rsidRPr="001C56D5">
              <w:rPr>
                <w:b/>
                <w:szCs w:val="24"/>
              </w:rPr>
              <w:t>Pl</w:t>
            </w:r>
            <w:r w:rsidR="00F5525A">
              <w:rPr>
                <w:b/>
                <w:szCs w:val="24"/>
              </w:rPr>
              <w:t>ánejuvvon</w:t>
            </w:r>
          </w:p>
        </w:tc>
        <w:tc>
          <w:tcPr>
            <w:tcW w:w="1134" w:type="dxa"/>
            <w:shd w:val="clear" w:color="auto" w:fill="DDF1EA"/>
          </w:tcPr>
          <w:p w14:paraId="545C826E" w14:textId="0685FF3E" w:rsidR="008E65E7" w:rsidRPr="001C56D5" w:rsidRDefault="00F5525A">
            <w:pPr>
              <w:rPr>
                <w:szCs w:val="24"/>
              </w:rPr>
            </w:pPr>
            <w:r>
              <w:rPr>
                <w:b/>
                <w:szCs w:val="24"/>
              </w:rPr>
              <w:t>Čađahuvvon</w:t>
            </w:r>
          </w:p>
        </w:tc>
        <w:tc>
          <w:tcPr>
            <w:tcW w:w="2415" w:type="dxa"/>
            <w:shd w:val="clear" w:color="auto" w:fill="DDF1EA"/>
          </w:tcPr>
          <w:p w14:paraId="7C04A560" w14:textId="03D9DC71" w:rsidR="008E65E7" w:rsidRPr="001C56D5" w:rsidRDefault="000A4724">
            <w:pPr>
              <w:rPr>
                <w:szCs w:val="24"/>
              </w:rPr>
            </w:pPr>
            <w:r w:rsidRPr="001C56D5">
              <w:rPr>
                <w:b/>
                <w:szCs w:val="24"/>
              </w:rPr>
              <w:t>Kommen</w:t>
            </w:r>
            <w:r w:rsidR="00F5525A">
              <w:rPr>
                <w:b/>
                <w:szCs w:val="24"/>
              </w:rPr>
              <w:t>tára</w:t>
            </w:r>
          </w:p>
        </w:tc>
      </w:tr>
      <w:tr w:rsidR="008E65E7" w:rsidRPr="001C56D5" w14:paraId="6FC35244" w14:textId="77777777" w:rsidTr="00196CA0">
        <w:trPr>
          <w:jc w:val="center"/>
        </w:trPr>
        <w:tc>
          <w:tcPr>
            <w:tcW w:w="5383" w:type="dxa"/>
          </w:tcPr>
          <w:p w14:paraId="6DBDEE7D" w14:textId="739CC87B" w:rsidR="008E65E7" w:rsidRPr="001C56D5" w:rsidRDefault="009E4EDD">
            <w:pPr>
              <w:rPr>
                <w:szCs w:val="24"/>
              </w:rPr>
            </w:pPr>
            <w:r>
              <w:rPr>
                <w:szCs w:val="24"/>
              </w:rPr>
              <w:t>Vuosttaš skuvlabeaiv</w:t>
            </w:r>
            <w:r w:rsidR="007843F1">
              <w:rPr>
                <w:szCs w:val="24"/>
              </w:rPr>
              <w:t>vi plánet</w:t>
            </w:r>
          </w:p>
        </w:tc>
        <w:tc>
          <w:tcPr>
            <w:tcW w:w="1134" w:type="dxa"/>
          </w:tcPr>
          <w:p w14:paraId="2A732CBE" w14:textId="77777777" w:rsidR="008E65E7" w:rsidRPr="001C56D5" w:rsidRDefault="000A4724">
            <w:pPr>
              <w:rPr>
                <w:szCs w:val="24"/>
              </w:rPr>
            </w:pPr>
            <w:r w:rsidRPr="001C56D5">
              <w:rPr>
                <w:szCs w:val="24"/>
              </w:rPr>
              <w:t>☐</w:t>
            </w:r>
          </w:p>
        </w:tc>
        <w:tc>
          <w:tcPr>
            <w:tcW w:w="1134" w:type="dxa"/>
          </w:tcPr>
          <w:p w14:paraId="1F884E44" w14:textId="77777777" w:rsidR="008E65E7" w:rsidRPr="001C56D5" w:rsidRDefault="000A4724">
            <w:pPr>
              <w:rPr>
                <w:szCs w:val="24"/>
              </w:rPr>
            </w:pPr>
            <w:r w:rsidRPr="001C56D5">
              <w:rPr>
                <w:szCs w:val="24"/>
              </w:rPr>
              <w:t>☐</w:t>
            </w:r>
          </w:p>
        </w:tc>
        <w:tc>
          <w:tcPr>
            <w:tcW w:w="2415" w:type="dxa"/>
          </w:tcPr>
          <w:p w14:paraId="4B2F46FE" w14:textId="77777777" w:rsidR="008E65E7" w:rsidRPr="001C56D5" w:rsidRDefault="008E65E7">
            <w:pPr>
              <w:rPr>
                <w:szCs w:val="24"/>
              </w:rPr>
            </w:pPr>
          </w:p>
        </w:tc>
      </w:tr>
      <w:tr w:rsidR="008E65E7" w:rsidRPr="001C56D5" w14:paraId="7B777126" w14:textId="77777777" w:rsidTr="00196CA0">
        <w:trPr>
          <w:jc w:val="center"/>
        </w:trPr>
        <w:tc>
          <w:tcPr>
            <w:tcW w:w="5383" w:type="dxa"/>
          </w:tcPr>
          <w:p w14:paraId="3337EC4C" w14:textId="08A0067E" w:rsidR="008E65E7" w:rsidRPr="001C56D5" w:rsidRDefault="00C10473">
            <w:pPr>
              <w:rPr>
                <w:szCs w:val="24"/>
              </w:rPr>
            </w:pPr>
            <w:r>
              <w:rPr>
                <w:szCs w:val="24"/>
              </w:rPr>
              <w:t xml:space="preserve">Oadjebas ja čielga rávesolbmot dearvvahit </w:t>
            </w:r>
            <w:r w:rsidR="001663E8">
              <w:rPr>
                <w:szCs w:val="24"/>
              </w:rPr>
              <w:t>ohppiid</w:t>
            </w:r>
          </w:p>
        </w:tc>
        <w:tc>
          <w:tcPr>
            <w:tcW w:w="1134" w:type="dxa"/>
          </w:tcPr>
          <w:p w14:paraId="0370E12D" w14:textId="77777777" w:rsidR="008E65E7" w:rsidRPr="001C56D5" w:rsidRDefault="000A4724">
            <w:pPr>
              <w:rPr>
                <w:szCs w:val="24"/>
              </w:rPr>
            </w:pPr>
            <w:r w:rsidRPr="001C56D5">
              <w:rPr>
                <w:szCs w:val="24"/>
              </w:rPr>
              <w:t>☐</w:t>
            </w:r>
          </w:p>
        </w:tc>
        <w:tc>
          <w:tcPr>
            <w:tcW w:w="1134" w:type="dxa"/>
          </w:tcPr>
          <w:p w14:paraId="1C7B2C5A" w14:textId="77777777" w:rsidR="008E65E7" w:rsidRPr="001C56D5" w:rsidRDefault="000A4724">
            <w:pPr>
              <w:rPr>
                <w:szCs w:val="24"/>
              </w:rPr>
            </w:pPr>
            <w:r w:rsidRPr="001C56D5">
              <w:rPr>
                <w:szCs w:val="24"/>
              </w:rPr>
              <w:t>☐</w:t>
            </w:r>
          </w:p>
        </w:tc>
        <w:tc>
          <w:tcPr>
            <w:tcW w:w="2415" w:type="dxa"/>
          </w:tcPr>
          <w:p w14:paraId="3C614A98" w14:textId="77777777" w:rsidR="008E65E7" w:rsidRPr="001C56D5" w:rsidRDefault="008E65E7">
            <w:pPr>
              <w:rPr>
                <w:szCs w:val="24"/>
              </w:rPr>
            </w:pPr>
          </w:p>
        </w:tc>
      </w:tr>
      <w:tr w:rsidR="008E65E7" w:rsidRPr="001C56D5" w14:paraId="3E452775" w14:textId="77777777" w:rsidTr="00196CA0">
        <w:trPr>
          <w:jc w:val="center"/>
        </w:trPr>
        <w:tc>
          <w:tcPr>
            <w:tcW w:w="5383" w:type="dxa"/>
          </w:tcPr>
          <w:p w14:paraId="303CA708" w14:textId="3D037FB5" w:rsidR="008E65E7" w:rsidRPr="001C56D5" w:rsidRDefault="00D8214C">
            <w:pPr>
              <w:rPr>
                <w:szCs w:val="24"/>
              </w:rPr>
            </w:pPr>
            <w:r>
              <w:rPr>
                <w:szCs w:val="24"/>
              </w:rPr>
              <w:t>Dovdat</w:t>
            </w:r>
            <w:r w:rsidR="00F57BC8">
              <w:rPr>
                <w:szCs w:val="24"/>
              </w:rPr>
              <w:t xml:space="preserve"> ja čuovvol</w:t>
            </w:r>
            <w:r>
              <w:rPr>
                <w:szCs w:val="24"/>
              </w:rPr>
              <w:t>i</w:t>
            </w:r>
            <w:r w:rsidR="00F57BC8">
              <w:rPr>
                <w:szCs w:val="24"/>
              </w:rPr>
              <w:t>t r</w:t>
            </w:r>
            <w:r w:rsidR="00C10473">
              <w:rPr>
                <w:szCs w:val="24"/>
              </w:rPr>
              <w:t xml:space="preserve">ašes </w:t>
            </w:r>
            <w:r w:rsidR="00F57BC8">
              <w:rPr>
                <w:szCs w:val="24"/>
              </w:rPr>
              <w:t>ohppiid</w:t>
            </w:r>
          </w:p>
        </w:tc>
        <w:tc>
          <w:tcPr>
            <w:tcW w:w="1134" w:type="dxa"/>
          </w:tcPr>
          <w:p w14:paraId="21E0AADC" w14:textId="77777777" w:rsidR="008E65E7" w:rsidRPr="001C56D5" w:rsidRDefault="000A4724">
            <w:pPr>
              <w:rPr>
                <w:szCs w:val="24"/>
              </w:rPr>
            </w:pPr>
            <w:r w:rsidRPr="001C56D5">
              <w:rPr>
                <w:szCs w:val="24"/>
              </w:rPr>
              <w:t>☐</w:t>
            </w:r>
          </w:p>
        </w:tc>
        <w:tc>
          <w:tcPr>
            <w:tcW w:w="1134" w:type="dxa"/>
          </w:tcPr>
          <w:p w14:paraId="4307824E" w14:textId="77777777" w:rsidR="008E65E7" w:rsidRPr="001C56D5" w:rsidRDefault="000A4724">
            <w:pPr>
              <w:rPr>
                <w:szCs w:val="24"/>
              </w:rPr>
            </w:pPr>
            <w:r w:rsidRPr="001C56D5">
              <w:rPr>
                <w:szCs w:val="24"/>
              </w:rPr>
              <w:t>☐</w:t>
            </w:r>
          </w:p>
        </w:tc>
        <w:tc>
          <w:tcPr>
            <w:tcW w:w="2415" w:type="dxa"/>
          </w:tcPr>
          <w:p w14:paraId="121EAFA6" w14:textId="77777777" w:rsidR="008E65E7" w:rsidRPr="001C56D5" w:rsidRDefault="008E65E7">
            <w:pPr>
              <w:rPr>
                <w:szCs w:val="24"/>
              </w:rPr>
            </w:pPr>
          </w:p>
        </w:tc>
      </w:tr>
      <w:tr w:rsidR="008E65E7" w:rsidRPr="001C56D5" w14:paraId="57F3C9F8" w14:textId="77777777" w:rsidTr="00196CA0">
        <w:trPr>
          <w:jc w:val="center"/>
        </w:trPr>
        <w:tc>
          <w:tcPr>
            <w:tcW w:w="5383" w:type="dxa"/>
          </w:tcPr>
          <w:p w14:paraId="7E077729" w14:textId="69041AA9" w:rsidR="008E65E7" w:rsidRPr="001C56D5" w:rsidRDefault="007843F1">
            <w:pPr>
              <w:rPr>
                <w:szCs w:val="24"/>
              </w:rPr>
            </w:pPr>
            <w:r>
              <w:rPr>
                <w:szCs w:val="24"/>
              </w:rPr>
              <w:t>P</w:t>
            </w:r>
            <w:r w:rsidR="006D01C8">
              <w:rPr>
                <w:szCs w:val="24"/>
              </w:rPr>
              <w:t>láne</w:t>
            </w:r>
            <w:r w:rsidR="00D8214C">
              <w:rPr>
                <w:szCs w:val="24"/>
              </w:rPr>
              <w:t xml:space="preserve">t </w:t>
            </w:r>
            <w:r w:rsidR="006D01C8">
              <w:rPr>
                <w:szCs w:val="24"/>
              </w:rPr>
              <w:t>ja dárkkist</w:t>
            </w:r>
            <w:r>
              <w:rPr>
                <w:szCs w:val="24"/>
              </w:rPr>
              <w:t>it</w:t>
            </w:r>
            <w:r w:rsidR="006D01C8">
              <w:rPr>
                <w:szCs w:val="24"/>
              </w:rPr>
              <w:t xml:space="preserve"> s</w:t>
            </w:r>
            <w:r w:rsidR="00F57BC8">
              <w:rPr>
                <w:szCs w:val="24"/>
              </w:rPr>
              <w:t>earvadahtti doaimm</w:t>
            </w:r>
            <w:r w:rsidR="006D01C8">
              <w:rPr>
                <w:szCs w:val="24"/>
              </w:rPr>
              <w:t>aid kvaliteahta</w:t>
            </w:r>
          </w:p>
        </w:tc>
        <w:tc>
          <w:tcPr>
            <w:tcW w:w="1134" w:type="dxa"/>
          </w:tcPr>
          <w:p w14:paraId="7F7360EB" w14:textId="77777777" w:rsidR="008E65E7" w:rsidRPr="001C56D5" w:rsidRDefault="000A4724">
            <w:pPr>
              <w:rPr>
                <w:szCs w:val="24"/>
              </w:rPr>
            </w:pPr>
            <w:r w:rsidRPr="001C56D5">
              <w:rPr>
                <w:szCs w:val="24"/>
              </w:rPr>
              <w:t>☐</w:t>
            </w:r>
          </w:p>
        </w:tc>
        <w:tc>
          <w:tcPr>
            <w:tcW w:w="1134" w:type="dxa"/>
          </w:tcPr>
          <w:p w14:paraId="085A0F7C" w14:textId="77777777" w:rsidR="008E65E7" w:rsidRPr="001C56D5" w:rsidRDefault="000A4724">
            <w:pPr>
              <w:rPr>
                <w:szCs w:val="24"/>
              </w:rPr>
            </w:pPr>
            <w:r w:rsidRPr="001C56D5">
              <w:rPr>
                <w:szCs w:val="24"/>
              </w:rPr>
              <w:t>☐</w:t>
            </w:r>
          </w:p>
        </w:tc>
        <w:tc>
          <w:tcPr>
            <w:tcW w:w="2415" w:type="dxa"/>
          </w:tcPr>
          <w:p w14:paraId="0210C21F" w14:textId="77777777" w:rsidR="008E65E7" w:rsidRPr="001C56D5" w:rsidRDefault="008E65E7">
            <w:pPr>
              <w:rPr>
                <w:szCs w:val="24"/>
              </w:rPr>
            </w:pPr>
          </w:p>
        </w:tc>
      </w:tr>
      <w:tr w:rsidR="008E65E7" w:rsidRPr="001C56D5" w14:paraId="701C33E9" w14:textId="77777777" w:rsidTr="00196CA0">
        <w:trPr>
          <w:jc w:val="center"/>
        </w:trPr>
        <w:tc>
          <w:tcPr>
            <w:tcW w:w="5383" w:type="dxa"/>
          </w:tcPr>
          <w:p w14:paraId="3E981D77" w14:textId="1EEFDD43" w:rsidR="008E65E7" w:rsidRPr="001C56D5" w:rsidRDefault="00D8214C">
            <w:pPr>
              <w:rPr>
                <w:szCs w:val="24"/>
              </w:rPr>
            </w:pPr>
            <w:r>
              <w:rPr>
                <w:szCs w:val="24"/>
              </w:rPr>
              <w:t>Buktit č</w:t>
            </w:r>
            <w:r w:rsidR="006D01C8">
              <w:rPr>
                <w:szCs w:val="24"/>
              </w:rPr>
              <w:t>ielga praktihkalaš dieđut maid lea álki áddet</w:t>
            </w:r>
          </w:p>
        </w:tc>
        <w:tc>
          <w:tcPr>
            <w:tcW w:w="1134" w:type="dxa"/>
          </w:tcPr>
          <w:p w14:paraId="6CAF3E10" w14:textId="77777777" w:rsidR="008E65E7" w:rsidRPr="001C56D5" w:rsidRDefault="000A4724">
            <w:pPr>
              <w:rPr>
                <w:szCs w:val="24"/>
              </w:rPr>
            </w:pPr>
            <w:r w:rsidRPr="001C56D5">
              <w:rPr>
                <w:szCs w:val="24"/>
              </w:rPr>
              <w:t>☐</w:t>
            </w:r>
          </w:p>
        </w:tc>
        <w:tc>
          <w:tcPr>
            <w:tcW w:w="1134" w:type="dxa"/>
          </w:tcPr>
          <w:p w14:paraId="19ECD1DE" w14:textId="77777777" w:rsidR="008E65E7" w:rsidRPr="001C56D5" w:rsidRDefault="000A4724">
            <w:pPr>
              <w:rPr>
                <w:szCs w:val="24"/>
              </w:rPr>
            </w:pPr>
            <w:r w:rsidRPr="001C56D5">
              <w:rPr>
                <w:szCs w:val="24"/>
              </w:rPr>
              <w:t>☐</w:t>
            </w:r>
          </w:p>
        </w:tc>
        <w:tc>
          <w:tcPr>
            <w:tcW w:w="2415" w:type="dxa"/>
          </w:tcPr>
          <w:p w14:paraId="2D3BF469" w14:textId="77777777" w:rsidR="008E65E7" w:rsidRPr="001C56D5" w:rsidRDefault="008E65E7">
            <w:pPr>
              <w:rPr>
                <w:szCs w:val="24"/>
              </w:rPr>
            </w:pPr>
          </w:p>
        </w:tc>
      </w:tr>
      <w:tr w:rsidR="008E65E7" w:rsidRPr="001C56D5" w14:paraId="624BD815" w14:textId="77777777" w:rsidTr="00196CA0">
        <w:trPr>
          <w:jc w:val="center"/>
        </w:trPr>
        <w:tc>
          <w:tcPr>
            <w:tcW w:w="5383" w:type="dxa"/>
          </w:tcPr>
          <w:p w14:paraId="050074B3" w14:textId="458EBD76" w:rsidR="008E65E7" w:rsidRPr="001C56D5" w:rsidRDefault="006D01C8">
            <w:pPr>
              <w:rPr>
                <w:szCs w:val="24"/>
              </w:rPr>
            </w:pPr>
            <w:r>
              <w:rPr>
                <w:szCs w:val="24"/>
              </w:rPr>
              <w:t>Gaskaboddosaš uksalasánjuolggadusaid ráhkad</w:t>
            </w:r>
            <w:r w:rsidR="00D8214C">
              <w:rPr>
                <w:szCs w:val="24"/>
              </w:rPr>
              <w:t>it</w:t>
            </w:r>
          </w:p>
        </w:tc>
        <w:tc>
          <w:tcPr>
            <w:tcW w:w="1134" w:type="dxa"/>
          </w:tcPr>
          <w:p w14:paraId="7D899EA9" w14:textId="77777777" w:rsidR="008E65E7" w:rsidRPr="001C56D5" w:rsidRDefault="000A4724">
            <w:pPr>
              <w:rPr>
                <w:szCs w:val="24"/>
              </w:rPr>
            </w:pPr>
            <w:r w:rsidRPr="001C56D5">
              <w:rPr>
                <w:szCs w:val="24"/>
              </w:rPr>
              <w:t>☐</w:t>
            </w:r>
          </w:p>
        </w:tc>
        <w:tc>
          <w:tcPr>
            <w:tcW w:w="1134" w:type="dxa"/>
          </w:tcPr>
          <w:p w14:paraId="2398BCF8" w14:textId="77777777" w:rsidR="008E65E7" w:rsidRPr="001C56D5" w:rsidRDefault="000A4724">
            <w:pPr>
              <w:rPr>
                <w:szCs w:val="24"/>
              </w:rPr>
            </w:pPr>
            <w:r w:rsidRPr="001C56D5">
              <w:rPr>
                <w:szCs w:val="24"/>
              </w:rPr>
              <w:t>☐</w:t>
            </w:r>
          </w:p>
        </w:tc>
        <w:tc>
          <w:tcPr>
            <w:tcW w:w="2415" w:type="dxa"/>
          </w:tcPr>
          <w:p w14:paraId="35964E6F" w14:textId="77777777" w:rsidR="008E65E7" w:rsidRPr="001C56D5" w:rsidRDefault="008E65E7">
            <w:pPr>
              <w:rPr>
                <w:szCs w:val="24"/>
              </w:rPr>
            </w:pPr>
          </w:p>
        </w:tc>
      </w:tr>
      <w:tr w:rsidR="008E65E7" w:rsidRPr="001C56D5" w14:paraId="65FF037F" w14:textId="77777777" w:rsidTr="00196CA0">
        <w:trPr>
          <w:jc w:val="center"/>
        </w:trPr>
        <w:tc>
          <w:tcPr>
            <w:tcW w:w="5383" w:type="dxa"/>
          </w:tcPr>
          <w:p w14:paraId="12AD7CB7" w14:textId="337BFEC8" w:rsidR="008E65E7" w:rsidRPr="001C56D5" w:rsidRDefault="006D01C8">
            <w:pPr>
              <w:rPr>
                <w:szCs w:val="24"/>
              </w:rPr>
            </w:pPr>
            <w:r>
              <w:rPr>
                <w:szCs w:val="24"/>
              </w:rPr>
              <w:t xml:space="preserve">Ohppiide lea čielggas mo </w:t>
            </w:r>
            <w:r w:rsidR="00DE7577">
              <w:rPr>
                <w:szCs w:val="24"/>
              </w:rPr>
              <w:t>ahkiduššama galgá dieđihit</w:t>
            </w:r>
          </w:p>
        </w:tc>
        <w:tc>
          <w:tcPr>
            <w:tcW w:w="1134" w:type="dxa"/>
          </w:tcPr>
          <w:p w14:paraId="24963F37" w14:textId="77777777" w:rsidR="008E65E7" w:rsidRPr="001C56D5" w:rsidRDefault="000A4724">
            <w:pPr>
              <w:rPr>
                <w:szCs w:val="24"/>
              </w:rPr>
            </w:pPr>
            <w:r w:rsidRPr="001C56D5">
              <w:rPr>
                <w:szCs w:val="24"/>
              </w:rPr>
              <w:t>☐</w:t>
            </w:r>
          </w:p>
        </w:tc>
        <w:tc>
          <w:tcPr>
            <w:tcW w:w="1134" w:type="dxa"/>
          </w:tcPr>
          <w:p w14:paraId="3303E671" w14:textId="77777777" w:rsidR="008E65E7" w:rsidRPr="001C56D5" w:rsidRDefault="000A4724">
            <w:pPr>
              <w:rPr>
                <w:szCs w:val="24"/>
              </w:rPr>
            </w:pPr>
            <w:r w:rsidRPr="001C56D5">
              <w:rPr>
                <w:szCs w:val="24"/>
              </w:rPr>
              <w:t>☐</w:t>
            </w:r>
          </w:p>
        </w:tc>
        <w:tc>
          <w:tcPr>
            <w:tcW w:w="2415" w:type="dxa"/>
          </w:tcPr>
          <w:p w14:paraId="37AC3F23" w14:textId="77777777" w:rsidR="008E65E7" w:rsidRPr="001C56D5" w:rsidRDefault="008E65E7">
            <w:pPr>
              <w:rPr>
                <w:szCs w:val="24"/>
              </w:rPr>
            </w:pPr>
          </w:p>
        </w:tc>
      </w:tr>
      <w:tr w:rsidR="008E65E7" w:rsidRPr="001C56D5" w14:paraId="11754BD9" w14:textId="77777777" w:rsidTr="00196CA0">
        <w:trPr>
          <w:jc w:val="center"/>
        </w:trPr>
        <w:tc>
          <w:tcPr>
            <w:tcW w:w="5383" w:type="dxa"/>
          </w:tcPr>
          <w:p w14:paraId="0335FA8E" w14:textId="677FC7C4" w:rsidR="008E65E7" w:rsidRPr="001C56D5" w:rsidRDefault="00BE30FC">
            <w:pPr>
              <w:rPr>
                <w:szCs w:val="24"/>
              </w:rPr>
            </w:pPr>
            <w:r>
              <w:rPr>
                <w:szCs w:val="24"/>
              </w:rPr>
              <w:t>Ohppiid mielváikkuhea</w:t>
            </w:r>
            <w:r w:rsidR="00D8214C">
              <w:rPr>
                <w:szCs w:val="24"/>
              </w:rPr>
              <w:t>mi plánet</w:t>
            </w:r>
          </w:p>
        </w:tc>
        <w:tc>
          <w:tcPr>
            <w:tcW w:w="1134" w:type="dxa"/>
          </w:tcPr>
          <w:p w14:paraId="48D9BDC7" w14:textId="77777777" w:rsidR="008E65E7" w:rsidRPr="001C56D5" w:rsidRDefault="000A4724">
            <w:pPr>
              <w:rPr>
                <w:szCs w:val="24"/>
              </w:rPr>
            </w:pPr>
            <w:r w:rsidRPr="001C56D5">
              <w:rPr>
                <w:szCs w:val="24"/>
              </w:rPr>
              <w:t>☐</w:t>
            </w:r>
          </w:p>
        </w:tc>
        <w:tc>
          <w:tcPr>
            <w:tcW w:w="1134" w:type="dxa"/>
          </w:tcPr>
          <w:p w14:paraId="64524ADE" w14:textId="77777777" w:rsidR="008E65E7" w:rsidRPr="001C56D5" w:rsidRDefault="000A4724">
            <w:pPr>
              <w:rPr>
                <w:szCs w:val="24"/>
              </w:rPr>
            </w:pPr>
            <w:r w:rsidRPr="001C56D5">
              <w:rPr>
                <w:szCs w:val="24"/>
              </w:rPr>
              <w:t>☐</w:t>
            </w:r>
          </w:p>
        </w:tc>
        <w:tc>
          <w:tcPr>
            <w:tcW w:w="2415" w:type="dxa"/>
          </w:tcPr>
          <w:p w14:paraId="440F13BE" w14:textId="77777777" w:rsidR="008E65E7" w:rsidRPr="001C56D5" w:rsidRDefault="008E65E7">
            <w:pPr>
              <w:rPr>
                <w:szCs w:val="24"/>
              </w:rPr>
            </w:pPr>
          </w:p>
        </w:tc>
      </w:tr>
      <w:tr w:rsidR="008E65E7" w:rsidRPr="001C56D5" w14:paraId="6E758C25" w14:textId="77777777" w:rsidTr="00196CA0">
        <w:trPr>
          <w:jc w:val="center"/>
        </w:trPr>
        <w:tc>
          <w:tcPr>
            <w:tcW w:w="5383" w:type="dxa"/>
          </w:tcPr>
          <w:p w14:paraId="5BEB85EB" w14:textId="23439C2C" w:rsidR="008E65E7" w:rsidRPr="001C56D5" w:rsidRDefault="00747891">
            <w:pPr>
              <w:rPr>
                <w:szCs w:val="24"/>
              </w:rPr>
            </w:pPr>
            <w:r>
              <w:rPr>
                <w:szCs w:val="24"/>
              </w:rPr>
              <w:t>Buktit gulahallandieđu</w:t>
            </w:r>
            <w:r w:rsidR="007A2ACB">
              <w:rPr>
                <w:szCs w:val="24"/>
              </w:rPr>
              <w:t>id</w:t>
            </w:r>
            <w:r w:rsidR="00BE30FC">
              <w:rPr>
                <w:szCs w:val="24"/>
              </w:rPr>
              <w:t xml:space="preserve"> </w:t>
            </w:r>
            <w:r>
              <w:rPr>
                <w:szCs w:val="24"/>
              </w:rPr>
              <w:t>váhnemiidda / fuolaheddjiide</w:t>
            </w:r>
            <w:r w:rsidR="005E57BA">
              <w:rPr>
                <w:szCs w:val="24"/>
              </w:rPr>
              <w:t xml:space="preserve"> ja dieđuid skuvlaálgima birra</w:t>
            </w:r>
          </w:p>
        </w:tc>
        <w:tc>
          <w:tcPr>
            <w:tcW w:w="1134" w:type="dxa"/>
          </w:tcPr>
          <w:p w14:paraId="757D6A26" w14:textId="77777777" w:rsidR="008E65E7" w:rsidRPr="001C56D5" w:rsidRDefault="000A4724">
            <w:pPr>
              <w:rPr>
                <w:szCs w:val="24"/>
              </w:rPr>
            </w:pPr>
            <w:r w:rsidRPr="001C56D5">
              <w:rPr>
                <w:szCs w:val="24"/>
              </w:rPr>
              <w:t>☐</w:t>
            </w:r>
          </w:p>
        </w:tc>
        <w:tc>
          <w:tcPr>
            <w:tcW w:w="1134" w:type="dxa"/>
          </w:tcPr>
          <w:p w14:paraId="675E3594" w14:textId="77777777" w:rsidR="008E65E7" w:rsidRPr="001C56D5" w:rsidRDefault="000A4724">
            <w:pPr>
              <w:rPr>
                <w:szCs w:val="24"/>
              </w:rPr>
            </w:pPr>
            <w:r w:rsidRPr="001C56D5">
              <w:rPr>
                <w:szCs w:val="24"/>
              </w:rPr>
              <w:t>☐</w:t>
            </w:r>
          </w:p>
        </w:tc>
        <w:tc>
          <w:tcPr>
            <w:tcW w:w="2415" w:type="dxa"/>
          </w:tcPr>
          <w:p w14:paraId="243A5FAF" w14:textId="77777777" w:rsidR="008E65E7" w:rsidRPr="001C56D5" w:rsidRDefault="008E65E7">
            <w:pPr>
              <w:rPr>
                <w:szCs w:val="24"/>
              </w:rPr>
            </w:pPr>
          </w:p>
        </w:tc>
      </w:tr>
      <w:tr w:rsidR="008E65E7" w:rsidRPr="001C56D5" w14:paraId="654C8F28" w14:textId="77777777" w:rsidTr="00196CA0">
        <w:trPr>
          <w:jc w:val="center"/>
        </w:trPr>
        <w:tc>
          <w:tcPr>
            <w:tcW w:w="5383" w:type="dxa"/>
          </w:tcPr>
          <w:p w14:paraId="2E8E63E6" w14:textId="134F1AD9" w:rsidR="008E65E7" w:rsidRPr="001C56D5" w:rsidRDefault="005E57BA">
            <w:pPr>
              <w:rPr>
                <w:szCs w:val="24"/>
              </w:rPr>
            </w:pPr>
            <w:r>
              <w:rPr>
                <w:szCs w:val="24"/>
              </w:rPr>
              <w:t>Bargojoavk</w:t>
            </w:r>
            <w:r w:rsidR="00755409">
              <w:rPr>
                <w:szCs w:val="24"/>
              </w:rPr>
              <w:t>kus šiehtadit vuosttaš vahku árvvoštallama</w:t>
            </w:r>
          </w:p>
        </w:tc>
        <w:tc>
          <w:tcPr>
            <w:tcW w:w="1134" w:type="dxa"/>
          </w:tcPr>
          <w:p w14:paraId="279B3D28" w14:textId="77777777" w:rsidR="008E65E7" w:rsidRPr="001C56D5" w:rsidRDefault="000A4724">
            <w:pPr>
              <w:rPr>
                <w:szCs w:val="24"/>
              </w:rPr>
            </w:pPr>
            <w:r w:rsidRPr="001C56D5">
              <w:rPr>
                <w:szCs w:val="24"/>
              </w:rPr>
              <w:t>☐</w:t>
            </w:r>
          </w:p>
        </w:tc>
        <w:tc>
          <w:tcPr>
            <w:tcW w:w="1134" w:type="dxa"/>
          </w:tcPr>
          <w:p w14:paraId="0985EFC4" w14:textId="77777777" w:rsidR="008E65E7" w:rsidRPr="001C56D5" w:rsidRDefault="000A4724">
            <w:pPr>
              <w:rPr>
                <w:szCs w:val="24"/>
              </w:rPr>
            </w:pPr>
            <w:r w:rsidRPr="001C56D5">
              <w:rPr>
                <w:szCs w:val="24"/>
              </w:rPr>
              <w:t>☐</w:t>
            </w:r>
          </w:p>
        </w:tc>
        <w:tc>
          <w:tcPr>
            <w:tcW w:w="2415" w:type="dxa"/>
          </w:tcPr>
          <w:p w14:paraId="724BE993" w14:textId="77777777" w:rsidR="008E65E7" w:rsidRPr="001C56D5" w:rsidRDefault="008E65E7">
            <w:pPr>
              <w:rPr>
                <w:szCs w:val="24"/>
              </w:rPr>
            </w:pPr>
          </w:p>
        </w:tc>
      </w:tr>
    </w:tbl>
    <w:p w14:paraId="0CAB16F7" w14:textId="77777777" w:rsidR="00825645" w:rsidRPr="001C56D5" w:rsidRDefault="00825645" w:rsidP="00A2666E">
      <w:pPr>
        <w:rPr>
          <w:b/>
          <w:bCs/>
          <w:szCs w:val="24"/>
        </w:rPr>
      </w:pPr>
    </w:p>
    <w:p w14:paraId="0BAC66BA" w14:textId="06D1C636" w:rsidR="008E65E7" w:rsidRPr="001C56D5" w:rsidRDefault="000A4724" w:rsidP="00A2666E">
      <w:pPr>
        <w:rPr>
          <w:b/>
          <w:bCs/>
          <w:szCs w:val="24"/>
        </w:rPr>
      </w:pPr>
      <w:r w:rsidRPr="001C56D5">
        <w:rPr>
          <w:b/>
          <w:bCs/>
          <w:szCs w:val="24"/>
        </w:rPr>
        <w:t xml:space="preserve">B. </w:t>
      </w:r>
      <w:r w:rsidR="00F5525A">
        <w:rPr>
          <w:b/>
          <w:bCs/>
          <w:szCs w:val="24"/>
        </w:rPr>
        <w:t>Searvadahttima ja luohkkálanja čuovvoleapmi</w:t>
      </w:r>
    </w:p>
    <w:tbl>
      <w:tblPr>
        <w:tblStyle w:val="Tabellrutenett"/>
        <w:tblW w:w="0" w:type="auto"/>
        <w:jc w:val="center"/>
        <w:tblLook w:val="04A0" w:firstRow="1" w:lastRow="0" w:firstColumn="1" w:lastColumn="0" w:noHBand="0" w:noVBand="1"/>
      </w:tblPr>
      <w:tblGrid>
        <w:gridCol w:w="3805"/>
        <w:gridCol w:w="1555"/>
        <w:gridCol w:w="1584"/>
        <w:gridCol w:w="3246"/>
      </w:tblGrid>
      <w:tr w:rsidR="008E65E7" w:rsidRPr="001C56D5" w14:paraId="51EC8493" w14:textId="77777777" w:rsidTr="00196CA0">
        <w:trPr>
          <w:jc w:val="center"/>
        </w:trPr>
        <w:tc>
          <w:tcPr>
            <w:tcW w:w="5666" w:type="dxa"/>
            <w:shd w:val="clear" w:color="auto" w:fill="DDF1EA"/>
          </w:tcPr>
          <w:p w14:paraId="6FED96B4" w14:textId="11A45CDB" w:rsidR="008E65E7" w:rsidRPr="001C56D5" w:rsidRDefault="00F5525A">
            <w:pPr>
              <w:rPr>
                <w:szCs w:val="24"/>
              </w:rPr>
            </w:pPr>
            <w:r>
              <w:rPr>
                <w:b/>
                <w:szCs w:val="24"/>
              </w:rPr>
              <w:t>Jearaldat</w:t>
            </w:r>
          </w:p>
        </w:tc>
        <w:tc>
          <w:tcPr>
            <w:tcW w:w="1134" w:type="dxa"/>
            <w:shd w:val="clear" w:color="auto" w:fill="DDF1EA"/>
          </w:tcPr>
          <w:p w14:paraId="08BB6CE2" w14:textId="24FBAEF3" w:rsidR="008E65E7" w:rsidRPr="001C56D5" w:rsidRDefault="000A4724">
            <w:pPr>
              <w:rPr>
                <w:szCs w:val="24"/>
              </w:rPr>
            </w:pPr>
            <w:r w:rsidRPr="001C56D5">
              <w:rPr>
                <w:b/>
                <w:szCs w:val="24"/>
              </w:rPr>
              <w:t>Pl</w:t>
            </w:r>
            <w:r w:rsidR="00F5525A">
              <w:rPr>
                <w:b/>
                <w:szCs w:val="24"/>
              </w:rPr>
              <w:t>ánejuvvon</w:t>
            </w:r>
          </w:p>
        </w:tc>
        <w:tc>
          <w:tcPr>
            <w:tcW w:w="1134" w:type="dxa"/>
            <w:shd w:val="clear" w:color="auto" w:fill="DDF1EA"/>
          </w:tcPr>
          <w:p w14:paraId="194CC663" w14:textId="13D6E87B" w:rsidR="008E65E7" w:rsidRPr="001C56D5" w:rsidRDefault="00730034">
            <w:pPr>
              <w:rPr>
                <w:szCs w:val="24"/>
              </w:rPr>
            </w:pPr>
            <w:r>
              <w:rPr>
                <w:b/>
                <w:szCs w:val="24"/>
              </w:rPr>
              <w:t>Čađahuvvon</w:t>
            </w:r>
          </w:p>
        </w:tc>
        <w:tc>
          <w:tcPr>
            <w:tcW w:w="2268" w:type="dxa"/>
            <w:shd w:val="clear" w:color="auto" w:fill="DDF1EA"/>
          </w:tcPr>
          <w:p w14:paraId="316384DB" w14:textId="2959F7D5" w:rsidR="008E65E7" w:rsidRPr="001C56D5" w:rsidRDefault="00730034">
            <w:pPr>
              <w:rPr>
                <w:szCs w:val="24"/>
              </w:rPr>
            </w:pPr>
            <w:r>
              <w:rPr>
                <w:b/>
                <w:szCs w:val="24"/>
              </w:rPr>
              <w:t>Kommentára/doaibmabidju</w:t>
            </w:r>
          </w:p>
        </w:tc>
      </w:tr>
      <w:tr w:rsidR="008E65E7" w:rsidRPr="001C56D5" w14:paraId="671347D1" w14:textId="77777777" w:rsidTr="00196CA0">
        <w:trPr>
          <w:jc w:val="center"/>
        </w:trPr>
        <w:tc>
          <w:tcPr>
            <w:tcW w:w="5666" w:type="dxa"/>
          </w:tcPr>
          <w:p w14:paraId="79A6CC06" w14:textId="2860CCDF" w:rsidR="008E65E7" w:rsidRPr="001C56D5" w:rsidRDefault="003E62A6">
            <w:pPr>
              <w:rPr>
                <w:szCs w:val="24"/>
              </w:rPr>
            </w:pPr>
            <w:r>
              <w:rPr>
                <w:szCs w:val="24"/>
              </w:rPr>
              <w:t>Lea go biddjon johtui doaibma fátmmastit juohke oahppi searvevuođas?</w:t>
            </w:r>
          </w:p>
        </w:tc>
        <w:tc>
          <w:tcPr>
            <w:tcW w:w="1134" w:type="dxa"/>
          </w:tcPr>
          <w:p w14:paraId="0EEDED1B" w14:textId="77777777" w:rsidR="008E65E7" w:rsidRPr="001C56D5" w:rsidRDefault="000A4724">
            <w:pPr>
              <w:rPr>
                <w:szCs w:val="24"/>
              </w:rPr>
            </w:pPr>
            <w:r w:rsidRPr="001C56D5">
              <w:rPr>
                <w:szCs w:val="24"/>
              </w:rPr>
              <w:t>☐</w:t>
            </w:r>
          </w:p>
        </w:tc>
        <w:tc>
          <w:tcPr>
            <w:tcW w:w="1134" w:type="dxa"/>
          </w:tcPr>
          <w:p w14:paraId="58ADE013" w14:textId="77777777" w:rsidR="008E65E7" w:rsidRPr="001C56D5" w:rsidRDefault="000A4724">
            <w:pPr>
              <w:rPr>
                <w:szCs w:val="24"/>
              </w:rPr>
            </w:pPr>
            <w:r w:rsidRPr="001C56D5">
              <w:rPr>
                <w:szCs w:val="24"/>
              </w:rPr>
              <w:t>☐</w:t>
            </w:r>
          </w:p>
        </w:tc>
        <w:tc>
          <w:tcPr>
            <w:tcW w:w="2268" w:type="dxa"/>
          </w:tcPr>
          <w:p w14:paraId="217A2CBE" w14:textId="77777777" w:rsidR="008E65E7" w:rsidRPr="001C56D5" w:rsidRDefault="008E65E7">
            <w:pPr>
              <w:rPr>
                <w:szCs w:val="24"/>
              </w:rPr>
            </w:pPr>
          </w:p>
        </w:tc>
      </w:tr>
      <w:tr w:rsidR="008E65E7" w:rsidRPr="001C56D5" w14:paraId="19CFB266" w14:textId="77777777" w:rsidTr="00196CA0">
        <w:trPr>
          <w:jc w:val="center"/>
        </w:trPr>
        <w:tc>
          <w:tcPr>
            <w:tcW w:w="5666" w:type="dxa"/>
          </w:tcPr>
          <w:p w14:paraId="69B7121D" w14:textId="1A851885" w:rsidR="008E65E7" w:rsidRPr="001C56D5" w:rsidRDefault="004E061A">
            <w:pPr>
              <w:rPr>
                <w:szCs w:val="24"/>
              </w:rPr>
            </w:pPr>
            <w:r>
              <w:rPr>
                <w:szCs w:val="24"/>
              </w:rPr>
              <w:t>Lea go gulahallanoahpaheaddji dahje guovddáš rávesolmmoš oanehis ja ovttaskas saga</w:t>
            </w:r>
            <w:r w:rsidR="00323A9F">
              <w:rPr>
                <w:szCs w:val="24"/>
              </w:rPr>
              <w:t>stallamiid čađahan?</w:t>
            </w:r>
          </w:p>
        </w:tc>
        <w:tc>
          <w:tcPr>
            <w:tcW w:w="1134" w:type="dxa"/>
          </w:tcPr>
          <w:p w14:paraId="2F3EBFAC" w14:textId="77777777" w:rsidR="008E65E7" w:rsidRPr="001C56D5" w:rsidRDefault="000A4724">
            <w:pPr>
              <w:rPr>
                <w:szCs w:val="24"/>
              </w:rPr>
            </w:pPr>
            <w:r w:rsidRPr="001C56D5">
              <w:rPr>
                <w:szCs w:val="24"/>
              </w:rPr>
              <w:t>☐</w:t>
            </w:r>
          </w:p>
        </w:tc>
        <w:tc>
          <w:tcPr>
            <w:tcW w:w="1134" w:type="dxa"/>
          </w:tcPr>
          <w:p w14:paraId="154BFADC" w14:textId="77777777" w:rsidR="008E65E7" w:rsidRPr="001C56D5" w:rsidRDefault="000A4724">
            <w:pPr>
              <w:rPr>
                <w:szCs w:val="24"/>
              </w:rPr>
            </w:pPr>
            <w:r w:rsidRPr="001C56D5">
              <w:rPr>
                <w:szCs w:val="24"/>
              </w:rPr>
              <w:t>☐</w:t>
            </w:r>
          </w:p>
        </w:tc>
        <w:tc>
          <w:tcPr>
            <w:tcW w:w="2268" w:type="dxa"/>
          </w:tcPr>
          <w:p w14:paraId="1EE38771" w14:textId="77777777" w:rsidR="008E65E7" w:rsidRPr="001C56D5" w:rsidRDefault="008E65E7">
            <w:pPr>
              <w:rPr>
                <w:szCs w:val="24"/>
              </w:rPr>
            </w:pPr>
          </w:p>
        </w:tc>
      </w:tr>
      <w:tr w:rsidR="008E65E7" w:rsidRPr="001C56D5" w14:paraId="60C7BBE7" w14:textId="77777777" w:rsidTr="00196CA0">
        <w:trPr>
          <w:jc w:val="center"/>
        </w:trPr>
        <w:tc>
          <w:tcPr>
            <w:tcW w:w="5666" w:type="dxa"/>
          </w:tcPr>
          <w:p w14:paraId="4FFBBD4F" w14:textId="0CF0C057" w:rsidR="008E65E7" w:rsidRPr="001C56D5" w:rsidRDefault="00323A9F">
            <w:pPr>
              <w:rPr>
                <w:szCs w:val="24"/>
              </w:rPr>
            </w:pPr>
            <w:r>
              <w:rPr>
                <w:szCs w:val="24"/>
              </w:rPr>
              <w:t>Lea go guoibmeortnet</w:t>
            </w:r>
            <w:r w:rsidR="00583778">
              <w:rPr>
                <w:szCs w:val="24"/>
              </w:rPr>
              <w:t xml:space="preserve">, </w:t>
            </w:r>
            <w:r w:rsidR="00A23363">
              <w:rPr>
                <w:szCs w:val="24"/>
              </w:rPr>
              <w:t>fáddarortnet</w:t>
            </w:r>
            <w:r w:rsidR="00583778">
              <w:rPr>
                <w:szCs w:val="24"/>
              </w:rPr>
              <w:t xml:space="preserve"> dahje eará sosiála doarjja</w:t>
            </w:r>
            <w:r w:rsidR="00A23363">
              <w:rPr>
                <w:szCs w:val="24"/>
              </w:rPr>
              <w:t xml:space="preserve"> ásaiduvvon</w:t>
            </w:r>
            <w:r w:rsidR="00583778">
              <w:rPr>
                <w:szCs w:val="24"/>
              </w:rPr>
              <w:t>?</w:t>
            </w:r>
          </w:p>
        </w:tc>
        <w:tc>
          <w:tcPr>
            <w:tcW w:w="1134" w:type="dxa"/>
          </w:tcPr>
          <w:p w14:paraId="079A59C4" w14:textId="77777777" w:rsidR="008E65E7" w:rsidRPr="001C56D5" w:rsidRDefault="000A4724">
            <w:pPr>
              <w:rPr>
                <w:szCs w:val="24"/>
              </w:rPr>
            </w:pPr>
            <w:r w:rsidRPr="001C56D5">
              <w:rPr>
                <w:szCs w:val="24"/>
              </w:rPr>
              <w:t>☐</w:t>
            </w:r>
          </w:p>
        </w:tc>
        <w:tc>
          <w:tcPr>
            <w:tcW w:w="1134" w:type="dxa"/>
          </w:tcPr>
          <w:p w14:paraId="4772746B" w14:textId="77777777" w:rsidR="008E65E7" w:rsidRPr="001C56D5" w:rsidRDefault="000A4724">
            <w:pPr>
              <w:rPr>
                <w:szCs w:val="24"/>
              </w:rPr>
            </w:pPr>
            <w:r w:rsidRPr="001C56D5">
              <w:rPr>
                <w:szCs w:val="24"/>
              </w:rPr>
              <w:t>☐</w:t>
            </w:r>
          </w:p>
        </w:tc>
        <w:tc>
          <w:tcPr>
            <w:tcW w:w="2268" w:type="dxa"/>
          </w:tcPr>
          <w:p w14:paraId="0CE8F9E7" w14:textId="77777777" w:rsidR="008E65E7" w:rsidRPr="001C56D5" w:rsidRDefault="008E65E7">
            <w:pPr>
              <w:rPr>
                <w:szCs w:val="24"/>
              </w:rPr>
            </w:pPr>
          </w:p>
        </w:tc>
      </w:tr>
      <w:tr w:rsidR="008E65E7" w:rsidRPr="001C56D5" w14:paraId="11BA4379" w14:textId="77777777" w:rsidTr="00196CA0">
        <w:trPr>
          <w:jc w:val="center"/>
        </w:trPr>
        <w:tc>
          <w:tcPr>
            <w:tcW w:w="5666" w:type="dxa"/>
          </w:tcPr>
          <w:p w14:paraId="69807477" w14:textId="48F36F76" w:rsidR="008E65E7" w:rsidRPr="001C56D5" w:rsidRDefault="0039075B">
            <w:pPr>
              <w:rPr>
                <w:szCs w:val="24"/>
              </w:rPr>
            </w:pPr>
            <w:r>
              <w:rPr>
                <w:szCs w:val="24"/>
              </w:rPr>
              <w:t>Dovdat go ohppiid guđet olgguštuvvojit?</w:t>
            </w:r>
          </w:p>
        </w:tc>
        <w:tc>
          <w:tcPr>
            <w:tcW w:w="1134" w:type="dxa"/>
          </w:tcPr>
          <w:p w14:paraId="0000FA7C" w14:textId="77777777" w:rsidR="008E65E7" w:rsidRPr="001C56D5" w:rsidRDefault="000A4724">
            <w:pPr>
              <w:rPr>
                <w:szCs w:val="24"/>
              </w:rPr>
            </w:pPr>
            <w:r w:rsidRPr="001C56D5">
              <w:rPr>
                <w:szCs w:val="24"/>
              </w:rPr>
              <w:t>☐</w:t>
            </w:r>
          </w:p>
        </w:tc>
        <w:tc>
          <w:tcPr>
            <w:tcW w:w="1134" w:type="dxa"/>
          </w:tcPr>
          <w:p w14:paraId="40962730" w14:textId="77777777" w:rsidR="008E65E7" w:rsidRPr="001C56D5" w:rsidRDefault="000A4724">
            <w:pPr>
              <w:rPr>
                <w:szCs w:val="24"/>
              </w:rPr>
            </w:pPr>
            <w:r w:rsidRPr="001C56D5">
              <w:rPr>
                <w:szCs w:val="24"/>
              </w:rPr>
              <w:t>☐</w:t>
            </w:r>
          </w:p>
        </w:tc>
        <w:tc>
          <w:tcPr>
            <w:tcW w:w="2268" w:type="dxa"/>
          </w:tcPr>
          <w:p w14:paraId="5B6A227F" w14:textId="77777777" w:rsidR="008E65E7" w:rsidRPr="001C56D5" w:rsidRDefault="008E65E7">
            <w:pPr>
              <w:rPr>
                <w:szCs w:val="24"/>
              </w:rPr>
            </w:pPr>
          </w:p>
        </w:tc>
      </w:tr>
      <w:tr w:rsidR="008E65E7" w:rsidRPr="001C56D5" w14:paraId="10AF3619" w14:textId="77777777" w:rsidTr="00196CA0">
        <w:trPr>
          <w:jc w:val="center"/>
        </w:trPr>
        <w:tc>
          <w:tcPr>
            <w:tcW w:w="5666" w:type="dxa"/>
          </w:tcPr>
          <w:p w14:paraId="31BB2A90" w14:textId="46E99E11" w:rsidR="008E65E7" w:rsidRPr="001C56D5" w:rsidRDefault="00146F1F">
            <w:pPr>
              <w:rPr>
                <w:szCs w:val="24"/>
              </w:rPr>
            </w:pPr>
            <w:r>
              <w:rPr>
                <w:szCs w:val="24"/>
              </w:rPr>
              <w:t xml:space="preserve">Lea go plánejuvvon jeavddalaš </w:t>
            </w:r>
            <w:r w:rsidR="0099683F">
              <w:rPr>
                <w:szCs w:val="24"/>
              </w:rPr>
              <w:t>searvadahtti doaimmat vuosttaš vahkuide?</w:t>
            </w:r>
          </w:p>
        </w:tc>
        <w:tc>
          <w:tcPr>
            <w:tcW w:w="1134" w:type="dxa"/>
          </w:tcPr>
          <w:p w14:paraId="745C933A" w14:textId="77777777" w:rsidR="008E65E7" w:rsidRPr="001C56D5" w:rsidRDefault="000A4724">
            <w:pPr>
              <w:rPr>
                <w:szCs w:val="24"/>
              </w:rPr>
            </w:pPr>
            <w:r w:rsidRPr="001C56D5">
              <w:rPr>
                <w:szCs w:val="24"/>
              </w:rPr>
              <w:t>☐</w:t>
            </w:r>
          </w:p>
        </w:tc>
        <w:tc>
          <w:tcPr>
            <w:tcW w:w="1134" w:type="dxa"/>
          </w:tcPr>
          <w:p w14:paraId="1E890BC3" w14:textId="77777777" w:rsidR="008E65E7" w:rsidRPr="001C56D5" w:rsidRDefault="000A4724">
            <w:pPr>
              <w:rPr>
                <w:szCs w:val="24"/>
              </w:rPr>
            </w:pPr>
            <w:r w:rsidRPr="001C56D5">
              <w:rPr>
                <w:szCs w:val="24"/>
              </w:rPr>
              <w:t>☐</w:t>
            </w:r>
          </w:p>
        </w:tc>
        <w:tc>
          <w:tcPr>
            <w:tcW w:w="2268" w:type="dxa"/>
          </w:tcPr>
          <w:p w14:paraId="0A94FCB4" w14:textId="77777777" w:rsidR="008E65E7" w:rsidRPr="001C56D5" w:rsidRDefault="008E65E7">
            <w:pPr>
              <w:rPr>
                <w:szCs w:val="24"/>
              </w:rPr>
            </w:pPr>
          </w:p>
        </w:tc>
      </w:tr>
      <w:tr w:rsidR="008E65E7" w:rsidRPr="001C56D5" w14:paraId="0B72F6FE" w14:textId="77777777" w:rsidTr="00196CA0">
        <w:trPr>
          <w:jc w:val="center"/>
        </w:trPr>
        <w:tc>
          <w:tcPr>
            <w:tcW w:w="5666" w:type="dxa"/>
          </w:tcPr>
          <w:p w14:paraId="2CBB131B" w14:textId="1A505D7A" w:rsidR="008E65E7" w:rsidRPr="001C56D5" w:rsidRDefault="0099683F">
            <w:pPr>
              <w:rPr>
                <w:szCs w:val="24"/>
              </w:rPr>
            </w:pPr>
            <w:r>
              <w:rPr>
                <w:szCs w:val="24"/>
              </w:rPr>
              <w:t>Leat go buot bargit guđet deivet joavkku ožžon seammá dieđuid rutiinnaid ja uhkiid hárrái?</w:t>
            </w:r>
          </w:p>
        </w:tc>
        <w:tc>
          <w:tcPr>
            <w:tcW w:w="1134" w:type="dxa"/>
          </w:tcPr>
          <w:p w14:paraId="1FD8CB3A" w14:textId="77777777" w:rsidR="008E65E7" w:rsidRPr="001C56D5" w:rsidRDefault="000A4724">
            <w:pPr>
              <w:rPr>
                <w:szCs w:val="24"/>
              </w:rPr>
            </w:pPr>
            <w:r w:rsidRPr="001C56D5">
              <w:rPr>
                <w:szCs w:val="24"/>
              </w:rPr>
              <w:t>☐</w:t>
            </w:r>
          </w:p>
        </w:tc>
        <w:tc>
          <w:tcPr>
            <w:tcW w:w="1134" w:type="dxa"/>
          </w:tcPr>
          <w:p w14:paraId="5AF9306F" w14:textId="77777777" w:rsidR="008E65E7" w:rsidRPr="001C56D5" w:rsidRDefault="000A4724">
            <w:pPr>
              <w:rPr>
                <w:szCs w:val="24"/>
              </w:rPr>
            </w:pPr>
            <w:r w:rsidRPr="001C56D5">
              <w:rPr>
                <w:szCs w:val="24"/>
              </w:rPr>
              <w:t>☐</w:t>
            </w:r>
          </w:p>
        </w:tc>
        <w:tc>
          <w:tcPr>
            <w:tcW w:w="2268" w:type="dxa"/>
          </w:tcPr>
          <w:p w14:paraId="24C3ED4A" w14:textId="77777777" w:rsidR="008E65E7" w:rsidRPr="001C56D5" w:rsidRDefault="008E65E7">
            <w:pPr>
              <w:rPr>
                <w:szCs w:val="24"/>
              </w:rPr>
            </w:pPr>
          </w:p>
        </w:tc>
      </w:tr>
    </w:tbl>
    <w:p w14:paraId="68EAF240" w14:textId="77777777" w:rsidR="00906D28" w:rsidRPr="001C56D5" w:rsidRDefault="00906D28">
      <w:pPr>
        <w:rPr>
          <w:szCs w:val="24"/>
        </w:rPr>
      </w:pPr>
    </w:p>
    <w:p w14:paraId="65F9A185" w14:textId="7091A692" w:rsidR="008E65E7" w:rsidRPr="001C56D5" w:rsidRDefault="00AB0AAE" w:rsidP="00A2666E">
      <w:pPr>
        <w:rPr>
          <w:b/>
          <w:bCs/>
          <w:szCs w:val="24"/>
        </w:rPr>
      </w:pPr>
      <w:r w:rsidRPr="001C56D5">
        <w:rPr>
          <w:b/>
          <w:bCs/>
          <w:szCs w:val="24"/>
        </w:rPr>
        <w:br w:type="page"/>
      </w:r>
      <w:r w:rsidR="000A4724" w:rsidRPr="001C56D5">
        <w:rPr>
          <w:b/>
          <w:bCs/>
          <w:szCs w:val="24"/>
        </w:rPr>
        <w:lastRenderedPageBreak/>
        <w:t xml:space="preserve">C. </w:t>
      </w:r>
      <w:r w:rsidR="0099683F">
        <w:rPr>
          <w:b/>
          <w:bCs/>
          <w:szCs w:val="24"/>
        </w:rPr>
        <w:t>Ohppiid mielváikkuheapmi ja ohppiidjietna</w:t>
      </w:r>
    </w:p>
    <w:tbl>
      <w:tblPr>
        <w:tblStyle w:val="Tabellrutenett"/>
        <w:tblW w:w="0" w:type="auto"/>
        <w:jc w:val="center"/>
        <w:tblLook w:val="04A0" w:firstRow="1" w:lastRow="0" w:firstColumn="1" w:lastColumn="0" w:noHBand="0" w:noVBand="1"/>
      </w:tblPr>
      <w:tblGrid>
        <w:gridCol w:w="4959"/>
        <w:gridCol w:w="5178"/>
      </w:tblGrid>
      <w:tr w:rsidR="008E65E7" w:rsidRPr="001C56D5" w14:paraId="655B787A" w14:textId="77777777" w:rsidTr="00196CA0">
        <w:trPr>
          <w:jc w:val="center"/>
        </w:trPr>
        <w:tc>
          <w:tcPr>
            <w:tcW w:w="4959" w:type="dxa"/>
            <w:shd w:val="clear" w:color="auto" w:fill="DDF1EA"/>
          </w:tcPr>
          <w:p w14:paraId="34B65BA3" w14:textId="0C710E9E" w:rsidR="008E65E7" w:rsidRPr="00DB3E90" w:rsidRDefault="00DB3E90">
            <w:pPr>
              <w:rPr>
                <w:szCs w:val="24"/>
              </w:rPr>
            </w:pPr>
            <w:r>
              <w:rPr>
                <w:b/>
                <w:szCs w:val="24"/>
              </w:rPr>
              <w:t>Gažaldat ohppiide</w:t>
            </w:r>
          </w:p>
        </w:tc>
        <w:tc>
          <w:tcPr>
            <w:tcW w:w="5178" w:type="dxa"/>
            <w:shd w:val="clear" w:color="auto" w:fill="DDF1EA"/>
          </w:tcPr>
          <w:p w14:paraId="52E63A68" w14:textId="787057D9" w:rsidR="008E65E7" w:rsidRPr="001C56D5" w:rsidRDefault="00054DF6">
            <w:pPr>
              <w:rPr>
                <w:szCs w:val="24"/>
              </w:rPr>
            </w:pPr>
            <w:r>
              <w:rPr>
                <w:b/>
                <w:szCs w:val="24"/>
              </w:rPr>
              <w:t>Masa geavahit vástádusa?</w:t>
            </w:r>
          </w:p>
        </w:tc>
      </w:tr>
      <w:tr w:rsidR="008E65E7" w:rsidRPr="001C56D5" w14:paraId="05E9C2F9" w14:textId="77777777" w:rsidTr="00196CA0">
        <w:trPr>
          <w:jc w:val="center"/>
        </w:trPr>
        <w:tc>
          <w:tcPr>
            <w:tcW w:w="4959" w:type="dxa"/>
          </w:tcPr>
          <w:p w14:paraId="0129D237" w14:textId="00819432" w:rsidR="008E65E7" w:rsidRPr="001C56D5" w:rsidRDefault="00054DF6">
            <w:pPr>
              <w:rPr>
                <w:szCs w:val="24"/>
              </w:rPr>
            </w:pPr>
            <w:r>
              <w:rPr>
                <w:szCs w:val="24"/>
              </w:rPr>
              <w:t>Mii</w:t>
            </w:r>
            <w:r w:rsidR="00921031">
              <w:rPr>
                <w:szCs w:val="24"/>
              </w:rPr>
              <w:t xml:space="preserve"> dahká ahte dovddat oadjebasvuođa luohkkás/joavkkus?</w:t>
            </w:r>
          </w:p>
        </w:tc>
        <w:tc>
          <w:tcPr>
            <w:tcW w:w="5178" w:type="dxa"/>
          </w:tcPr>
          <w:p w14:paraId="3C723F0E" w14:textId="3D0A2E2F" w:rsidR="008E65E7" w:rsidRPr="001C56D5" w:rsidRDefault="00D821AB">
            <w:pPr>
              <w:rPr>
                <w:szCs w:val="24"/>
              </w:rPr>
            </w:pPr>
            <w:r>
              <w:rPr>
                <w:szCs w:val="24"/>
              </w:rPr>
              <w:t>Geavahuvvo rievdadit rutiinnaid ja doaimmaid.</w:t>
            </w:r>
          </w:p>
        </w:tc>
      </w:tr>
      <w:tr w:rsidR="008E65E7" w:rsidRPr="001C56D5" w14:paraId="36E09747" w14:textId="77777777" w:rsidTr="00196CA0">
        <w:trPr>
          <w:jc w:val="center"/>
        </w:trPr>
        <w:tc>
          <w:tcPr>
            <w:tcW w:w="4959" w:type="dxa"/>
          </w:tcPr>
          <w:p w14:paraId="73E982F3" w14:textId="783DFEAE" w:rsidR="008E65E7" w:rsidRPr="001C56D5" w:rsidRDefault="00921031">
            <w:pPr>
              <w:rPr>
                <w:szCs w:val="24"/>
              </w:rPr>
            </w:pPr>
            <w:r>
              <w:rPr>
                <w:szCs w:val="24"/>
              </w:rPr>
              <w:t xml:space="preserve">Lea go dus geainna ovttastallat bottuin ja </w:t>
            </w:r>
            <w:r w:rsidR="00AF0C23">
              <w:rPr>
                <w:szCs w:val="24"/>
              </w:rPr>
              <w:t>sirdašumiin?</w:t>
            </w:r>
          </w:p>
        </w:tc>
        <w:tc>
          <w:tcPr>
            <w:tcW w:w="5178" w:type="dxa"/>
          </w:tcPr>
          <w:p w14:paraId="6051A2D4" w14:textId="1015F462" w:rsidR="008E65E7" w:rsidRPr="001C56D5" w:rsidRDefault="00295A80">
            <w:pPr>
              <w:rPr>
                <w:szCs w:val="24"/>
              </w:rPr>
            </w:pPr>
            <w:r>
              <w:rPr>
                <w:szCs w:val="24"/>
              </w:rPr>
              <w:t>Geavahuvvo fuomášit olggušteami árrat.</w:t>
            </w:r>
          </w:p>
        </w:tc>
      </w:tr>
      <w:tr w:rsidR="008E65E7" w:rsidRPr="001C56D5" w14:paraId="6282E233" w14:textId="77777777" w:rsidTr="00196CA0">
        <w:trPr>
          <w:jc w:val="center"/>
        </w:trPr>
        <w:tc>
          <w:tcPr>
            <w:tcW w:w="4959" w:type="dxa"/>
          </w:tcPr>
          <w:p w14:paraId="611846B9" w14:textId="4FEABA4F" w:rsidR="008E65E7" w:rsidRPr="001C56D5" w:rsidRDefault="00AF0C23">
            <w:pPr>
              <w:rPr>
                <w:szCs w:val="24"/>
              </w:rPr>
            </w:pPr>
            <w:r>
              <w:rPr>
                <w:szCs w:val="24"/>
              </w:rPr>
              <w:t xml:space="preserve">Lea go mihkkige </w:t>
            </w:r>
            <w:r w:rsidR="005A226E">
              <w:rPr>
                <w:szCs w:val="24"/>
              </w:rPr>
              <w:t>mii daga</w:t>
            </w:r>
            <w:r w:rsidR="003F5DE6">
              <w:rPr>
                <w:szCs w:val="24"/>
              </w:rPr>
              <w:t>ha</w:t>
            </w:r>
            <w:r w:rsidR="005A226E">
              <w:rPr>
                <w:szCs w:val="24"/>
              </w:rPr>
              <w:t xml:space="preserve"> dutnje váttisin </w:t>
            </w:r>
            <w:r w:rsidR="003F5DE6">
              <w:rPr>
                <w:szCs w:val="24"/>
              </w:rPr>
              <w:t>searvat?</w:t>
            </w:r>
          </w:p>
        </w:tc>
        <w:tc>
          <w:tcPr>
            <w:tcW w:w="5178" w:type="dxa"/>
          </w:tcPr>
          <w:p w14:paraId="7B5E0F6E" w14:textId="46810E3A" w:rsidR="008E65E7" w:rsidRPr="001C56D5" w:rsidRDefault="001D48B1">
            <w:pPr>
              <w:rPr>
                <w:szCs w:val="24"/>
              </w:rPr>
            </w:pPr>
            <w:r>
              <w:rPr>
                <w:szCs w:val="24"/>
              </w:rPr>
              <w:t>Geavahuvvo heivehit ja doarjut.</w:t>
            </w:r>
          </w:p>
        </w:tc>
      </w:tr>
      <w:tr w:rsidR="008E65E7" w:rsidRPr="001C56D5" w14:paraId="472D5820" w14:textId="77777777" w:rsidTr="00196CA0">
        <w:trPr>
          <w:jc w:val="center"/>
        </w:trPr>
        <w:tc>
          <w:tcPr>
            <w:tcW w:w="4959" w:type="dxa"/>
          </w:tcPr>
          <w:p w14:paraId="522CA674" w14:textId="1A338E16" w:rsidR="008E65E7" w:rsidRPr="001C56D5" w:rsidRDefault="0049138D">
            <w:pPr>
              <w:rPr>
                <w:szCs w:val="24"/>
              </w:rPr>
            </w:pPr>
            <w:r>
              <w:rPr>
                <w:szCs w:val="24"/>
              </w:rPr>
              <w:t>Maid sáhttet rávesolbmot bargat</w:t>
            </w:r>
            <w:r w:rsidR="00A16F47">
              <w:rPr>
                <w:szCs w:val="24"/>
              </w:rPr>
              <w:t xml:space="preserve"> </w:t>
            </w:r>
            <w:r w:rsidR="0034038C">
              <w:rPr>
                <w:szCs w:val="24"/>
              </w:rPr>
              <w:t>vai buohkat ožžot buori álggu?</w:t>
            </w:r>
          </w:p>
        </w:tc>
        <w:tc>
          <w:tcPr>
            <w:tcW w:w="5178" w:type="dxa"/>
          </w:tcPr>
          <w:p w14:paraId="15FA8783" w14:textId="2D893A1D" w:rsidR="008E65E7" w:rsidRPr="001C56D5" w:rsidRDefault="001D48B1">
            <w:pPr>
              <w:rPr>
                <w:szCs w:val="24"/>
              </w:rPr>
            </w:pPr>
            <w:r>
              <w:rPr>
                <w:szCs w:val="24"/>
              </w:rPr>
              <w:t xml:space="preserve">Geavahuvvo </w:t>
            </w:r>
            <w:r w:rsidR="00FE5CED">
              <w:rPr>
                <w:szCs w:val="24"/>
              </w:rPr>
              <w:t xml:space="preserve">bargiidjoavkku árvvoštallamis. </w:t>
            </w:r>
          </w:p>
        </w:tc>
      </w:tr>
      <w:tr w:rsidR="008E65E7" w:rsidRPr="001C56D5" w14:paraId="49872E70" w14:textId="77777777" w:rsidTr="00196CA0">
        <w:trPr>
          <w:jc w:val="center"/>
        </w:trPr>
        <w:tc>
          <w:tcPr>
            <w:tcW w:w="4959" w:type="dxa"/>
          </w:tcPr>
          <w:p w14:paraId="319A8B8F" w14:textId="1B25D029" w:rsidR="008E65E7" w:rsidRPr="001C56D5" w:rsidRDefault="00E20A20">
            <w:pPr>
              <w:rPr>
                <w:szCs w:val="24"/>
              </w:rPr>
            </w:pPr>
            <w:r>
              <w:rPr>
                <w:szCs w:val="24"/>
              </w:rPr>
              <w:t>Mo mii sáhttit</w:t>
            </w:r>
            <w:r w:rsidR="008D10EA">
              <w:rPr>
                <w:szCs w:val="24"/>
              </w:rPr>
              <w:t xml:space="preserve"> leat buorre </w:t>
            </w:r>
            <w:r w:rsidR="0029368A">
              <w:rPr>
                <w:szCs w:val="24"/>
              </w:rPr>
              <w:t xml:space="preserve">skuvlaustibin </w:t>
            </w:r>
            <w:r w:rsidR="00027B1F">
              <w:rPr>
                <w:szCs w:val="24"/>
              </w:rPr>
              <w:t xml:space="preserve">earáide?  </w:t>
            </w:r>
          </w:p>
        </w:tc>
        <w:tc>
          <w:tcPr>
            <w:tcW w:w="5178" w:type="dxa"/>
          </w:tcPr>
          <w:p w14:paraId="10E8AED0" w14:textId="2AB2D5AD" w:rsidR="008E65E7" w:rsidRPr="001C56D5" w:rsidRDefault="00C21D64">
            <w:pPr>
              <w:rPr>
                <w:szCs w:val="24"/>
              </w:rPr>
            </w:pPr>
            <w:r>
              <w:rPr>
                <w:szCs w:val="24"/>
              </w:rPr>
              <w:t>Geavahuvvo luohkkánjuolggadusaid j</w:t>
            </w:r>
            <w:r w:rsidR="004F39C6">
              <w:rPr>
                <w:szCs w:val="24"/>
              </w:rPr>
              <w:t>a searvevuođa barggus.</w:t>
            </w:r>
          </w:p>
        </w:tc>
      </w:tr>
    </w:tbl>
    <w:p w14:paraId="620D6676" w14:textId="77777777" w:rsidR="008E65E7" w:rsidRPr="001C56D5" w:rsidRDefault="008E65E7">
      <w:pPr>
        <w:rPr>
          <w:szCs w:val="24"/>
        </w:rPr>
      </w:pPr>
    </w:p>
    <w:p w14:paraId="3720ACA9" w14:textId="03A9F92F" w:rsidR="008E65E7" w:rsidRPr="001C56D5" w:rsidRDefault="000A4724" w:rsidP="00A2666E">
      <w:pPr>
        <w:rPr>
          <w:b/>
          <w:bCs/>
          <w:szCs w:val="24"/>
        </w:rPr>
      </w:pPr>
      <w:r w:rsidRPr="001C56D5">
        <w:rPr>
          <w:b/>
          <w:bCs/>
          <w:szCs w:val="24"/>
        </w:rPr>
        <w:t xml:space="preserve">D. </w:t>
      </w:r>
      <w:r w:rsidR="00C57221">
        <w:rPr>
          <w:b/>
          <w:bCs/>
          <w:szCs w:val="24"/>
        </w:rPr>
        <w:t>Vuosttaš vahku árvvoštallan</w:t>
      </w:r>
    </w:p>
    <w:tbl>
      <w:tblPr>
        <w:tblStyle w:val="Tabellrutenett"/>
        <w:tblW w:w="0" w:type="auto"/>
        <w:jc w:val="center"/>
        <w:tblLook w:val="04A0" w:firstRow="1" w:lastRow="0" w:firstColumn="1" w:lastColumn="0" w:noHBand="0" w:noVBand="1"/>
      </w:tblPr>
      <w:tblGrid>
        <w:gridCol w:w="3154"/>
        <w:gridCol w:w="2219"/>
        <w:gridCol w:w="2771"/>
        <w:gridCol w:w="2046"/>
      </w:tblGrid>
      <w:tr w:rsidR="008E65E7" w:rsidRPr="001C56D5" w14:paraId="72D1CDF0" w14:textId="77777777" w:rsidTr="00196CA0">
        <w:trPr>
          <w:jc w:val="center"/>
        </w:trPr>
        <w:tc>
          <w:tcPr>
            <w:tcW w:w="3193" w:type="dxa"/>
            <w:shd w:val="clear" w:color="auto" w:fill="DDF1EA"/>
          </w:tcPr>
          <w:p w14:paraId="7B8CA988" w14:textId="1B52BDC3" w:rsidR="008E65E7" w:rsidRPr="002C5E61" w:rsidRDefault="002C5E61">
            <w:pPr>
              <w:rPr>
                <w:b/>
                <w:bCs/>
                <w:szCs w:val="24"/>
              </w:rPr>
            </w:pPr>
            <w:r w:rsidRPr="002C5E61">
              <w:rPr>
                <w:b/>
                <w:bCs/>
                <w:szCs w:val="24"/>
              </w:rPr>
              <w:t>Fáddá</w:t>
            </w:r>
          </w:p>
        </w:tc>
        <w:tc>
          <w:tcPr>
            <w:tcW w:w="2268" w:type="dxa"/>
            <w:shd w:val="clear" w:color="auto" w:fill="DDF1EA"/>
          </w:tcPr>
          <w:p w14:paraId="5E50B3F3" w14:textId="3FD0E781" w:rsidR="008E65E7" w:rsidRPr="002C5E61" w:rsidRDefault="002C5E61">
            <w:pPr>
              <w:rPr>
                <w:b/>
                <w:bCs/>
                <w:szCs w:val="24"/>
              </w:rPr>
            </w:pPr>
            <w:r w:rsidRPr="002C5E61">
              <w:rPr>
                <w:b/>
                <w:bCs/>
                <w:szCs w:val="24"/>
              </w:rPr>
              <w:t xml:space="preserve">Maid mii oaidnit? </w:t>
            </w:r>
          </w:p>
        </w:tc>
        <w:tc>
          <w:tcPr>
            <w:tcW w:w="2835" w:type="dxa"/>
            <w:shd w:val="clear" w:color="auto" w:fill="DDF1EA"/>
          </w:tcPr>
          <w:p w14:paraId="591460B2" w14:textId="57CE6331" w:rsidR="008E65E7" w:rsidRPr="001C56D5" w:rsidRDefault="002C5E61">
            <w:pPr>
              <w:rPr>
                <w:szCs w:val="24"/>
              </w:rPr>
            </w:pPr>
            <w:r>
              <w:rPr>
                <w:b/>
                <w:szCs w:val="24"/>
              </w:rPr>
              <w:t>Maid mii rievdadit?</w:t>
            </w:r>
          </w:p>
        </w:tc>
        <w:tc>
          <w:tcPr>
            <w:tcW w:w="1809" w:type="dxa"/>
            <w:shd w:val="clear" w:color="auto" w:fill="DDF1EA"/>
          </w:tcPr>
          <w:p w14:paraId="7DCE6A52" w14:textId="59495B0F" w:rsidR="008E65E7" w:rsidRPr="001C56D5" w:rsidRDefault="002C5E61">
            <w:pPr>
              <w:rPr>
                <w:szCs w:val="24"/>
              </w:rPr>
            </w:pPr>
            <w:r>
              <w:rPr>
                <w:b/>
                <w:szCs w:val="24"/>
              </w:rPr>
              <w:t>Ovddasvástádus</w:t>
            </w:r>
          </w:p>
        </w:tc>
      </w:tr>
      <w:tr w:rsidR="008E65E7" w:rsidRPr="001C56D5" w14:paraId="329EB42F" w14:textId="77777777" w:rsidTr="00196CA0">
        <w:trPr>
          <w:jc w:val="center"/>
        </w:trPr>
        <w:tc>
          <w:tcPr>
            <w:tcW w:w="3193" w:type="dxa"/>
          </w:tcPr>
          <w:p w14:paraId="75D65DA8" w14:textId="4F9422F5" w:rsidR="008E65E7" w:rsidRPr="001C56D5" w:rsidRDefault="002C5E61">
            <w:pPr>
              <w:rPr>
                <w:szCs w:val="24"/>
              </w:rPr>
            </w:pPr>
            <w:r>
              <w:rPr>
                <w:szCs w:val="24"/>
              </w:rPr>
              <w:t>Oadjebasvuohta</w:t>
            </w:r>
          </w:p>
        </w:tc>
        <w:tc>
          <w:tcPr>
            <w:tcW w:w="2268" w:type="dxa"/>
          </w:tcPr>
          <w:p w14:paraId="3BD3DE68" w14:textId="77777777" w:rsidR="008E65E7" w:rsidRPr="001C56D5" w:rsidRDefault="008E65E7">
            <w:pPr>
              <w:rPr>
                <w:szCs w:val="24"/>
              </w:rPr>
            </w:pPr>
          </w:p>
        </w:tc>
        <w:tc>
          <w:tcPr>
            <w:tcW w:w="2835" w:type="dxa"/>
          </w:tcPr>
          <w:p w14:paraId="4A0816AB" w14:textId="77777777" w:rsidR="008E65E7" w:rsidRPr="001C56D5" w:rsidRDefault="008E65E7">
            <w:pPr>
              <w:rPr>
                <w:szCs w:val="24"/>
              </w:rPr>
            </w:pPr>
          </w:p>
        </w:tc>
        <w:tc>
          <w:tcPr>
            <w:tcW w:w="1809" w:type="dxa"/>
          </w:tcPr>
          <w:p w14:paraId="335A84A0" w14:textId="77777777" w:rsidR="008E65E7" w:rsidRPr="001C56D5" w:rsidRDefault="008E65E7">
            <w:pPr>
              <w:rPr>
                <w:szCs w:val="24"/>
              </w:rPr>
            </w:pPr>
          </w:p>
        </w:tc>
      </w:tr>
      <w:tr w:rsidR="008E65E7" w:rsidRPr="001C56D5" w14:paraId="4CA1795F" w14:textId="77777777" w:rsidTr="00196CA0">
        <w:trPr>
          <w:jc w:val="center"/>
        </w:trPr>
        <w:tc>
          <w:tcPr>
            <w:tcW w:w="3193" w:type="dxa"/>
          </w:tcPr>
          <w:p w14:paraId="0D73428C" w14:textId="5467D5AF" w:rsidR="008E65E7" w:rsidRPr="001C56D5" w:rsidRDefault="002C5E61">
            <w:pPr>
              <w:rPr>
                <w:szCs w:val="24"/>
              </w:rPr>
            </w:pPr>
            <w:r>
              <w:rPr>
                <w:szCs w:val="24"/>
              </w:rPr>
              <w:t>Gullevašvuohta</w:t>
            </w:r>
          </w:p>
        </w:tc>
        <w:tc>
          <w:tcPr>
            <w:tcW w:w="2268" w:type="dxa"/>
          </w:tcPr>
          <w:p w14:paraId="19CCB5AD" w14:textId="77777777" w:rsidR="008E65E7" w:rsidRPr="001C56D5" w:rsidRDefault="008E65E7">
            <w:pPr>
              <w:rPr>
                <w:szCs w:val="24"/>
              </w:rPr>
            </w:pPr>
          </w:p>
        </w:tc>
        <w:tc>
          <w:tcPr>
            <w:tcW w:w="2835" w:type="dxa"/>
          </w:tcPr>
          <w:p w14:paraId="5D6265E4" w14:textId="77777777" w:rsidR="008E65E7" w:rsidRPr="001C56D5" w:rsidRDefault="008E65E7">
            <w:pPr>
              <w:rPr>
                <w:szCs w:val="24"/>
              </w:rPr>
            </w:pPr>
          </w:p>
        </w:tc>
        <w:tc>
          <w:tcPr>
            <w:tcW w:w="1809" w:type="dxa"/>
          </w:tcPr>
          <w:p w14:paraId="22EBD6F0" w14:textId="77777777" w:rsidR="008E65E7" w:rsidRPr="001C56D5" w:rsidRDefault="008E65E7">
            <w:pPr>
              <w:rPr>
                <w:szCs w:val="24"/>
              </w:rPr>
            </w:pPr>
          </w:p>
        </w:tc>
      </w:tr>
      <w:tr w:rsidR="008E65E7" w:rsidRPr="001C56D5" w14:paraId="3646FA86" w14:textId="77777777" w:rsidTr="00196CA0">
        <w:trPr>
          <w:jc w:val="center"/>
        </w:trPr>
        <w:tc>
          <w:tcPr>
            <w:tcW w:w="3193" w:type="dxa"/>
          </w:tcPr>
          <w:p w14:paraId="69BA1696" w14:textId="5BC6F583" w:rsidR="008E65E7" w:rsidRPr="001C56D5" w:rsidRDefault="002C5E61">
            <w:pPr>
              <w:rPr>
                <w:szCs w:val="24"/>
              </w:rPr>
            </w:pPr>
            <w:r>
              <w:rPr>
                <w:szCs w:val="24"/>
              </w:rPr>
              <w:t>Joavkkut ja sajit</w:t>
            </w:r>
          </w:p>
        </w:tc>
        <w:tc>
          <w:tcPr>
            <w:tcW w:w="2268" w:type="dxa"/>
          </w:tcPr>
          <w:p w14:paraId="230179F8" w14:textId="77777777" w:rsidR="008E65E7" w:rsidRPr="001C56D5" w:rsidRDefault="008E65E7">
            <w:pPr>
              <w:rPr>
                <w:szCs w:val="24"/>
              </w:rPr>
            </w:pPr>
          </w:p>
        </w:tc>
        <w:tc>
          <w:tcPr>
            <w:tcW w:w="2835" w:type="dxa"/>
          </w:tcPr>
          <w:p w14:paraId="0AB0F424" w14:textId="77777777" w:rsidR="008E65E7" w:rsidRPr="001C56D5" w:rsidRDefault="008E65E7">
            <w:pPr>
              <w:rPr>
                <w:szCs w:val="24"/>
              </w:rPr>
            </w:pPr>
          </w:p>
        </w:tc>
        <w:tc>
          <w:tcPr>
            <w:tcW w:w="1809" w:type="dxa"/>
          </w:tcPr>
          <w:p w14:paraId="4192C2C6" w14:textId="77777777" w:rsidR="008E65E7" w:rsidRPr="001C56D5" w:rsidRDefault="008E65E7">
            <w:pPr>
              <w:rPr>
                <w:szCs w:val="24"/>
              </w:rPr>
            </w:pPr>
          </w:p>
        </w:tc>
      </w:tr>
      <w:tr w:rsidR="008E65E7" w:rsidRPr="001C56D5" w14:paraId="51DB1EEF" w14:textId="77777777" w:rsidTr="00196CA0">
        <w:trPr>
          <w:jc w:val="center"/>
        </w:trPr>
        <w:tc>
          <w:tcPr>
            <w:tcW w:w="3193" w:type="dxa"/>
          </w:tcPr>
          <w:p w14:paraId="5C05C34A" w14:textId="5E78155F" w:rsidR="008E65E7" w:rsidRPr="001C56D5" w:rsidRDefault="00CC772A">
            <w:pPr>
              <w:rPr>
                <w:szCs w:val="24"/>
              </w:rPr>
            </w:pPr>
            <w:r>
              <w:rPr>
                <w:szCs w:val="24"/>
              </w:rPr>
              <w:t>Bottut/sirdašumit</w:t>
            </w:r>
          </w:p>
        </w:tc>
        <w:tc>
          <w:tcPr>
            <w:tcW w:w="2268" w:type="dxa"/>
          </w:tcPr>
          <w:p w14:paraId="6421DB34" w14:textId="77777777" w:rsidR="008E65E7" w:rsidRPr="001C56D5" w:rsidRDefault="008E65E7">
            <w:pPr>
              <w:rPr>
                <w:szCs w:val="24"/>
              </w:rPr>
            </w:pPr>
          </w:p>
        </w:tc>
        <w:tc>
          <w:tcPr>
            <w:tcW w:w="2835" w:type="dxa"/>
          </w:tcPr>
          <w:p w14:paraId="01E33442" w14:textId="77777777" w:rsidR="008E65E7" w:rsidRPr="001C56D5" w:rsidRDefault="008E65E7">
            <w:pPr>
              <w:rPr>
                <w:szCs w:val="24"/>
              </w:rPr>
            </w:pPr>
          </w:p>
        </w:tc>
        <w:tc>
          <w:tcPr>
            <w:tcW w:w="1809" w:type="dxa"/>
          </w:tcPr>
          <w:p w14:paraId="04587DB4" w14:textId="77777777" w:rsidR="008E65E7" w:rsidRPr="001C56D5" w:rsidRDefault="008E65E7">
            <w:pPr>
              <w:rPr>
                <w:szCs w:val="24"/>
              </w:rPr>
            </w:pPr>
          </w:p>
        </w:tc>
      </w:tr>
      <w:tr w:rsidR="008E65E7" w:rsidRPr="001C56D5" w14:paraId="1D49687F" w14:textId="77777777" w:rsidTr="00196CA0">
        <w:trPr>
          <w:jc w:val="center"/>
        </w:trPr>
        <w:tc>
          <w:tcPr>
            <w:tcW w:w="3193" w:type="dxa"/>
          </w:tcPr>
          <w:p w14:paraId="5E3E9EAA" w14:textId="7B30A025" w:rsidR="008E65E7" w:rsidRPr="001C56D5" w:rsidRDefault="00CC772A">
            <w:pPr>
              <w:rPr>
                <w:szCs w:val="24"/>
              </w:rPr>
            </w:pPr>
            <w:r>
              <w:rPr>
                <w:szCs w:val="24"/>
              </w:rPr>
              <w:t>Fágalaš searvan</w:t>
            </w:r>
          </w:p>
        </w:tc>
        <w:tc>
          <w:tcPr>
            <w:tcW w:w="2268" w:type="dxa"/>
          </w:tcPr>
          <w:p w14:paraId="2359C73C" w14:textId="77777777" w:rsidR="008E65E7" w:rsidRPr="001C56D5" w:rsidRDefault="008E65E7">
            <w:pPr>
              <w:rPr>
                <w:szCs w:val="24"/>
              </w:rPr>
            </w:pPr>
          </w:p>
        </w:tc>
        <w:tc>
          <w:tcPr>
            <w:tcW w:w="2835" w:type="dxa"/>
          </w:tcPr>
          <w:p w14:paraId="463D1CB7" w14:textId="77777777" w:rsidR="008E65E7" w:rsidRPr="001C56D5" w:rsidRDefault="008E65E7">
            <w:pPr>
              <w:rPr>
                <w:szCs w:val="24"/>
              </w:rPr>
            </w:pPr>
          </w:p>
        </w:tc>
        <w:tc>
          <w:tcPr>
            <w:tcW w:w="1809" w:type="dxa"/>
          </w:tcPr>
          <w:p w14:paraId="3183831B" w14:textId="77777777" w:rsidR="008E65E7" w:rsidRPr="001C56D5" w:rsidRDefault="008E65E7">
            <w:pPr>
              <w:rPr>
                <w:szCs w:val="24"/>
              </w:rPr>
            </w:pPr>
          </w:p>
        </w:tc>
      </w:tr>
      <w:tr w:rsidR="008E65E7" w:rsidRPr="001C56D5" w14:paraId="3D50D4B9" w14:textId="77777777" w:rsidTr="00196CA0">
        <w:trPr>
          <w:jc w:val="center"/>
        </w:trPr>
        <w:tc>
          <w:tcPr>
            <w:tcW w:w="3193" w:type="dxa"/>
          </w:tcPr>
          <w:p w14:paraId="243A80C4" w14:textId="2CC53703" w:rsidR="008E65E7" w:rsidRPr="001C56D5" w:rsidRDefault="00037AD9">
            <w:pPr>
              <w:rPr>
                <w:szCs w:val="24"/>
              </w:rPr>
            </w:pPr>
            <w:r>
              <w:rPr>
                <w:szCs w:val="24"/>
              </w:rPr>
              <w:t>Rašes oahppit</w:t>
            </w:r>
          </w:p>
        </w:tc>
        <w:tc>
          <w:tcPr>
            <w:tcW w:w="2268" w:type="dxa"/>
          </w:tcPr>
          <w:p w14:paraId="736AB49E" w14:textId="77777777" w:rsidR="008E65E7" w:rsidRPr="001C56D5" w:rsidRDefault="008E65E7">
            <w:pPr>
              <w:rPr>
                <w:szCs w:val="24"/>
              </w:rPr>
            </w:pPr>
          </w:p>
        </w:tc>
        <w:tc>
          <w:tcPr>
            <w:tcW w:w="2835" w:type="dxa"/>
          </w:tcPr>
          <w:p w14:paraId="5FA0144C" w14:textId="77777777" w:rsidR="008E65E7" w:rsidRPr="001C56D5" w:rsidRDefault="008E65E7">
            <w:pPr>
              <w:rPr>
                <w:szCs w:val="24"/>
              </w:rPr>
            </w:pPr>
          </w:p>
        </w:tc>
        <w:tc>
          <w:tcPr>
            <w:tcW w:w="1809" w:type="dxa"/>
          </w:tcPr>
          <w:p w14:paraId="1B378E0A" w14:textId="77777777" w:rsidR="008E65E7" w:rsidRPr="001C56D5" w:rsidRDefault="008E65E7">
            <w:pPr>
              <w:rPr>
                <w:szCs w:val="24"/>
              </w:rPr>
            </w:pPr>
          </w:p>
        </w:tc>
      </w:tr>
      <w:tr w:rsidR="008E65E7" w:rsidRPr="001C56D5" w14:paraId="17CC164C" w14:textId="77777777" w:rsidTr="00196CA0">
        <w:trPr>
          <w:jc w:val="center"/>
        </w:trPr>
        <w:tc>
          <w:tcPr>
            <w:tcW w:w="3193" w:type="dxa"/>
          </w:tcPr>
          <w:p w14:paraId="60FD94CC" w14:textId="41F1B8D2" w:rsidR="008E65E7" w:rsidRPr="001C56D5" w:rsidRDefault="00BA7303">
            <w:pPr>
              <w:rPr>
                <w:szCs w:val="24"/>
              </w:rPr>
            </w:pPr>
            <w:r>
              <w:rPr>
                <w:szCs w:val="24"/>
              </w:rPr>
              <w:t>Váhnenovttasbargu</w:t>
            </w:r>
          </w:p>
        </w:tc>
        <w:tc>
          <w:tcPr>
            <w:tcW w:w="2268" w:type="dxa"/>
          </w:tcPr>
          <w:p w14:paraId="7B423CE8" w14:textId="77777777" w:rsidR="008E65E7" w:rsidRPr="001C56D5" w:rsidRDefault="008E65E7">
            <w:pPr>
              <w:rPr>
                <w:szCs w:val="24"/>
              </w:rPr>
            </w:pPr>
          </w:p>
        </w:tc>
        <w:tc>
          <w:tcPr>
            <w:tcW w:w="2835" w:type="dxa"/>
          </w:tcPr>
          <w:p w14:paraId="37279894" w14:textId="77777777" w:rsidR="008E65E7" w:rsidRPr="001C56D5" w:rsidRDefault="008E65E7">
            <w:pPr>
              <w:rPr>
                <w:szCs w:val="24"/>
              </w:rPr>
            </w:pPr>
          </w:p>
        </w:tc>
        <w:tc>
          <w:tcPr>
            <w:tcW w:w="1809" w:type="dxa"/>
          </w:tcPr>
          <w:p w14:paraId="051528D5" w14:textId="77777777" w:rsidR="008E65E7" w:rsidRPr="001C56D5" w:rsidRDefault="008E65E7">
            <w:pPr>
              <w:rPr>
                <w:szCs w:val="24"/>
              </w:rPr>
            </w:pPr>
          </w:p>
        </w:tc>
      </w:tr>
    </w:tbl>
    <w:p w14:paraId="0B802DD1" w14:textId="77777777" w:rsidR="008E65E7" w:rsidRPr="001C56D5" w:rsidRDefault="008E65E7">
      <w:pPr>
        <w:rPr>
          <w:szCs w:val="24"/>
        </w:rPr>
      </w:pPr>
    </w:p>
    <w:p w14:paraId="2909378A" w14:textId="77777777" w:rsidR="00AB0AAE" w:rsidRPr="001C56D5" w:rsidRDefault="00AB0AAE">
      <w:pPr>
        <w:rPr>
          <w:rFonts w:asciiTheme="majorHAnsi" w:eastAsiaTheme="majorEastAsia" w:hAnsiTheme="majorHAnsi" w:cstheme="majorBidi"/>
          <w:b/>
          <w:bCs/>
          <w:color w:val="000000" w:themeColor="text1"/>
          <w:sz w:val="36"/>
          <w:szCs w:val="28"/>
        </w:rPr>
      </w:pPr>
      <w:r w:rsidRPr="001C56D5">
        <w:br w:type="page"/>
      </w:r>
    </w:p>
    <w:p w14:paraId="4F6A53FC" w14:textId="338D8550" w:rsidR="008E65E7" w:rsidRPr="001C56D5" w:rsidRDefault="00BA7303" w:rsidP="000321FD">
      <w:pPr>
        <w:pStyle w:val="Overskrift1"/>
      </w:pPr>
      <w:bookmarkStart w:id="21" w:name="_Toc238470125"/>
      <w:r>
        <w:lastRenderedPageBreak/>
        <w:t>Gáldut</w:t>
      </w:r>
      <w:bookmarkEnd w:id="21"/>
      <w:r w:rsidR="000A4724" w:rsidRPr="001C56D5">
        <w:t xml:space="preserve"> </w:t>
      </w:r>
    </w:p>
    <w:p w14:paraId="49A837F1" w14:textId="31C5E2BD" w:rsidR="008E65E7" w:rsidRPr="001C56D5" w:rsidRDefault="00F63A60">
      <w:pPr>
        <w:pStyle w:val="Punktliste"/>
        <w:rPr>
          <w:szCs w:val="24"/>
        </w:rPr>
      </w:pPr>
      <w:r>
        <w:rPr>
          <w:szCs w:val="24"/>
        </w:rPr>
        <w:t xml:space="preserve">Oahpahusláhka § </w:t>
      </w:r>
      <w:r w:rsidR="000A4724" w:rsidRPr="001C56D5">
        <w:rPr>
          <w:szCs w:val="24"/>
        </w:rPr>
        <w:t xml:space="preserve">12-2: </w:t>
      </w:r>
      <w:r w:rsidR="007F19E0" w:rsidRPr="007F19E0">
        <w:rPr>
          <w:szCs w:val="24"/>
        </w:rPr>
        <w:t>Vuoigatvuohta oadjebas ja buori skuvlabirrasii</w:t>
      </w:r>
      <w:r w:rsidR="007F19E0">
        <w:rPr>
          <w:szCs w:val="24"/>
        </w:rPr>
        <w:t>.</w:t>
      </w:r>
      <w:r w:rsidR="00836FFC">
        <w:rPr>
          <w:szCs w:val="24"/>
        </w:rPr>
        <w:t xml:space="preserve"> </w:t>
      </w:r>
      <w:hyperlink r:id="rId16" w:history="1">
        <w:r w:rsidR="00836FFC" w:rsidRPr="00192038">
          <w:rPr>
            <w:rStyle w:val="Hyperkobling"/>
            <w:szCs w:val="24"/>
          </w:rPr>
          <w:t>https://lovdata.no/static/NL/nl-20230609-030-01-01.pdf?timestamp=1787035722496</w:t>
        </w:r>
      </w:hyperlink>
      <w:r w:rsidR="00836FFC">
        <w:rPr>
          <w:szCs w:val="24"/>
        </w:rPr>
        <w:t xml:space="preserve"> </w:t>
      </w:r>
    </w:p>
    <w:p w14:paraId="5576FF6D" w14:textId="299F27FF" w:rsidR="008E65E7" w:rsidRPr="001C56D5" w:rsidRDefault="00836FFC">
      <w:pPr>
        <w:pStyle w:val="Punktliste"/>
        <w:rPr>
          <w:szCs w:val="24"/>
        </w:rPr>
      </w:pPr>
      <w:r>
        <w:rPr>
          <w:szCs w:val="24"/>
        </w:rPr>
        <w:t xml:space="preserve">Oahppodirektoráhtta: </w:t>
      </w:r>
      <w:r w:rsidR="008C5935" w:rsidRPr="008C5935">
        <w:rPr>
          <w:szCs w:val="24"/>
        </w:rPr>
        <w:t>Vuoigatvuohta oadjebas ja buori skuvlabirrasii</w:t>
      </w:r>
      <w:r w:rsidR="008C5935">
        <w:rPr>
          <w:szCs w:val="24"/>
        </w:rPr>
        <w:t xml:space="preserve"> ja kapihttal 12.</w:t>
      </w:r>
      <w:r w:rsidR="008C5935" w:rsidRPr="008C5935">
        <w:rPr>
          <w:szCs w:val="24"/>
        </w:rPr>
        <w:t xml:space="preserve"> </w:t>
      </w:r>
      <w:hyperlink r:id="rId17" w:history="1">
        <w:r w:rsidR="0076611F" w:rsidRPr="001C56D5">
          <w:rPr>
            <w:rStyle w:val="Hyperkobling"/>
            <w:szCs w:val="24"/>
          </w:rPr>
          <w:t>https://www.udir.no/regelverkstolkninger/opplaring/lov-om-grunnskoleopplaringa-og-den-vidaregaande-opplaringa-opplaringslova/fjerde-del--fellesreglar-for-grunnskoleopplaringa-og-den-vidaregaande-opplaringa-for-barn-og-unge/kapittel-12-skolemiljoet-til-elevane/-12-1-verkeomrade-for-kapittelet/</w:t>
        </w:r>
      </w:hyperlink>
      <w:r w:rsidR="0076611F" w:rsidRPr="001C56D5">
        <w:rPr>
          <w:szCs w:val="24"/>
        </w:rPr>
        <w:t xml:space="preserve"> </w:t>
      </w:r>
    </w:p>
    <w:p w14:paraId="058870E9" w14:textId="717094F3" w:rsidR="002918AC" w:rsidRPr="008C5935" w:rsidRDefault="000A4724">
      <w:pPr>
        <w:pStyle w:val="Punktliste"/>
        <w:rPr>
          <w:szCs w:val="24"/>
        </w:rPr>
      </w:pPr>
      <w:r w:rsidRPr="008C5935">
        <w:rPr>
          <w:szCs w:val="24"/>
        </w:rPr>
        <w:t xml:space="preserve">Ingrid Lund </w:t>
      </w:r>
      <w:proofErr w:type="spellStart"/>
      <w:r w:rsidR="002918AC" w:rsidRPr="008C5935">
        <w:rPr>
          <w:szCs w:val="24"/>
        </w:rPr>
        <w:t>m.fl</w:t>
      </w:r>
      <w:proofErr w:type="spellEnd"/>
      <w:r w:rsidR="002918AC" w:rsidRPr="008C5935">
        <w:rPr>
          <w:szCs w:val="24"/>
        </w:rPr>
        <w:t>. (</w:t>
      </w:r>
      <w:r w:rsidR="00541EAE" w:rsidRPr="008C5935">
        <w:rPr>
          <w:szCs w:val="24"/>
        </w:rPr>
        <w:t>2017)</w:t>
      </w:r>
      <w:r w:rsidRPr="008C5935">
        <w:rPr>
          <w:szCs w:val="24"/>
        </w:rPr>
        <w:t xml:space="preserve">: </w:t>
      </w:r>
      <w:proofErr w:type="spellStart"/>
      <w:r w:rsidR="002918AC" w:rsidRPr="008C5935">
        <w:rPr>
          <w:rFonts w:cs="Noto Sans"/>
          <w:szCs w:val="24"/>
          <w:shd w:val="clear" w:color="auto" w:fill="FFFFFF"/>
        </w:rPr>
        <w:t>På</w:t>
      </w:r>
      <w:proofErr w:type="spellEnd"/>
      <w:r w:rsidR="002918AC" w:rsidRPr="008C5935">
        <w:rPr>
          <w:rFonts w:cs="Noto Sans"/>
          <w:szCs w:val="24"/>
          <w:shd w:val="clear" w:color="auto" w:fill="FFFFFF"/>
        </w:rPr>
        <w:t xml:space="preserve"> </w:t>
      </w:r>
      <w:proofErr w:type="spellStart"/>
      <w:r w:rsidR="002918AC" w:rsidRPr="008C5935">
        <w:rPr>
          <w:rFonts w:cs="Noto Sans"/>
          <w:szCs w:val="24"/>
          <w:shd w:val="clear" w:color="auto" w:fill="FFFFFF"/>
        </w:rPr>
        <w:t>vei</w:t>
      </w:r>
      <w:proofErr w:type="spellEnd"/>
      <w:r w:rsidR="002918AC" w:rsidRPr="008C5935">
        <w:rPr>
          <w:rFonts w:cs="Noto Sans"/>
          <w:szCs w:val="24"/>
          <w:shd w:val="clear" w:color="auto" w:fill="FFFFFF"/>
        </w:rPr>
        <w:t xml:space="preserve"> mot en </w:t>
      </w:r>
      <w:proofErr w:type="spellStart"/>
      <w:r w:rsidR="002918AC" w:rsidRPr="008C5935">
        <w:rPr>
          <w:rFonts w:cs="Noto Sans"/>
          <w:szCs w:val="24"/>
          <w:shd w:val="clear" w:color="auto" w:fill="FFFFFF"/>
        </w:rPr>
        <w:t>ny</w:t>
      </w:r>
      <w:proofErr w:type="spellEnd"/>
      <w:r w:rsidR="002918AC" w:rsidRPr="008C5935">
        <w:rPr>
          <w:rFonts w:cs="Noto Sans"/>
          <w:szCs w:val="24"/>
          <w:shd w:val="clear" w:color="auto" w:fill="FFFFFF"/>
        </w:rPr>
        <w:t xml:space="preserve"> </w:t>
      </w:r>
      <w:proofErr w:type="spellStart"/>
      <w:r w:rsidR="002918AC" w:rsidRPr="008C5935">
        <w:rPr>
          <w:rFonts w:cs="Noto Sans"/>
          <w:szCs w:val="24"/>
          <w:shd w:val="clear" w:color="auto" w:fill="FFFFFF"/>
        </w:rPr>
        <w:t>forståelse</w:t>
      </w:r>
      <w:proofErr w:type="spellEnd"/>
      <w:r w:rsidR="002918AC" w:rsidRPr="008C5935">
        <w:rPr>
          <w:rFonts w:cs="Noto Sans"/>
          <w:szCs w:val="24"/>
          <w:shd w:val="clear" w:color="auto" w:fill="FFFFFF"/>
        </w:rPr>
        <w:t xml:space="preserve"> </w:t>
      </w:r>
      <w:proofErr w:type="spellStart"/>
      <w:r w:rsidR="002918AC" w:rsidRPr="008C5935">
        <w:rPr>
          <w:rFonts w:cs="Noto Sans"/>
          <w:szCs w:val="24"/>
          <w:shd w:val="clear" w:color="auto" w:fill="FFFFFF"/>
        </w:rPr>
        <w:t>av</w:t>
      </w:r>
      <w:proofErr w:type="spellEnd"/>
      <w:r w:rsidR="002918AC" w:rsidRPr="008C5935">
        <w:rPr>
          <w:rFonts w:cs="Noto Sans"/>
          <w:szCs w:val="24"/>
          <w:shd w:val="clear" w:color="auto" w:fill="FFFFFF"/>
        </w:rPr>
        <w:t xml:space="preserve"> </w:t>
      </w:r>
      <w:proofErr w:type="spellStart"/>
      <w:r w:rsidR="002918AC" w:rsidRPr="008C5935">
        <w:rPr>
          <w:rFonts w:cs="Noto Sans"/>
          <w:szCs w:val="24"/>
          <w:shd w:val="clear" w:color="auto" w:fill="FFFFFF"/>
        </w:rPr>
        <w:t>mobbing</w:t>
      </w:r>
      <w:proofErr w:type="spellEnd"/>
      <w:r w:rsidR="002918AC" w:rsidRPr="008C5935">
        <w:rPr>
          <w:rFonts w:cs="Noto Sans"/>
          <w:szCs w:val="24"/>
          <w:shd w:val="clear" w:color="auto" w:fill="FFFFFF"/>
        </w:rPr>
        <w:t xml:space="preserve"> i et </w:t>
      </w:r>
      <w:proofErr w:type="spellStart"/>
      <w:r w:rsidR="002918AC" w:rsidRPr="008C5935">
        <w:rPr>
          <w:rFonts w:cs="Noto Sans"/>
          <w:szCs w:val="24"/>
          <w:shd w:val="clear" w:color="auto" w:fill="FFFFFF"/>
        </w:rPr>
        <w:t>folkehelseperspektiv</w:t>
      </w:r>
      <w:proofErr w:type="spellEnd"/>
      <w:r w:rsidR="002918AC" w:rsidRPr="008C5935">
        <w:rPr>
          <w:rFonts w:cs="Noto Sans"/>
          <w:szCs w:val="24"/>
          <w:shd w:val="clear" w:color="auto" w:fill="FFFFFF"/>
        </w:rPr>
        <w:t>. (2017). </w:t>
      </w:r>
      <w:r w:rsidR="002918AC" w:rsidRPr="008C5935">
        <w:rPr>
          <w:rFonts w:cs="Noto Sans"/>
          <w:i/>
          <w:iCs/>
          <w:szCs w:val="24"/>
          <w:shd w:val="clear" w:color="auto" w:fill="FFFFFF"/>
        </w:rPr>
        <w:t xml:space="preserve">Acta </w:t>
      </w:r>
      <w:proofErr w:type="spellStart"/>
      <w:r w:rsidR="002918AC" w:rsidRPr="008C5935">
        <w:rPr>
          <w:rFonts w:cs="Noto Sans"/>
          <w:i/>
          <w:iCs/>
          <w:szCs w:val="24"/>
          <w:shd w:val="clear" w:color="auto" w:fill="FFFFFF"/>
        </w:rPr>
        <w:t>Didactica</w:t>
      </w:r>
      <w:proofErr w:type="spellEnd"/>
      <w:r w:rsidR="002918AC" w:rsidRPr="008C5935">
        <w:rPr>
          <w:rFonts w:cs="Noto Sans"/>
          <w:i/>
          <w:iCs/>
          <w:szCs w:val="24"/>
          <w:shd w:val="clear" w:color="auto" w:fill="FFFFFF"/>
        </w:rPr>
        <w:t xml:space="preserve"> Norge</w:t>
      </w:r>
      <w:r w:rsidR="002918AC" w:rsidRPr="008C5935">
        <w:rPr>
          <w:rFonts w:cs="Noto Sans"/>
          <w:szCs w:val="24"/>
          <w:shd w:val="clear" w:color="auto" w:fill="FFFFFF"/>
        </w:rPr>
        <w:t>, </w:t>
      </w:r>
      <w:r w:rsidR="002918AC" w:rsidRPr="008C5935">
        <w:rPr>
          <w:rFonts w:cs="Noto Sans"/>
          <w:i/>
          <w:iCs/>
          <w:szCs w:val="24"/>
          <w:shd w:val="clear" w:color="auto" w:fill="FFFFFF"/>
        </w:rPr>
        <w:t>11</w:t>
      </w:r>
      <w:r w:rsidR="002918AC" w:rsidRPr="008C5935">
        <w:rPr>
          <w:rFonts w:cs="Noto Sans"/>
          <w:szCs w:val="24"/>
          <w:shd w:val="clear" w:color="auto" w:fill="FFFFFF"/>
        </w:rPr>
        <w:t xml:space="preserve">(3), Art. 5, 19, </w:t>
      </w:r>
      <w:proofErr w:type="spellStart"/>
      <w:r w:rsidR="002918AC" w:rsidRPr="008C5935">
        <w:rPr>
          <w:rFonts w:cs="Noto Sans"/>
          <w:szCs w:val="24"/>
          <w:shd w:val="clear" w:color="auto" w:fill="FFFFFF"/>
        </w:rPr>
        <w:t>sider</w:t>
      </w:r>
      <w:proofErr w:type="spellEnd"/>
      <w:r w:rsidR="002918AC" w:rsidRPr="008C5935">
        <w:rPr>
          <w:rFonts w:cs="Noto Sans"/>
          <w:szCs w:val="24"/>
          <w:shd w:val="clear" w:color="auto" w:fill="FFFFFF"/>
        </w:rPr>
        <w:t>. </w:t>
      </w:r>
      <w:hyperlink r:id="rId18" w:history="1">
        <w:r w:rsidR="002918AC" w:rsidRPr="008C5935">
          <w:rPr>
            <w:rFonts w:cs="Noto Sans"/>
            <w:color w:val="006798"/>
            <w:szCs w:val="24"/>
            <w:u w:val="single"/>
            <w:shd w:val="clear" w:color="auto" w:fill="FFFFFF"/>
          </w:rPr>
          <w:t>https://doi.org/10.5617/adno.4691</w:t>
        </w:r>
      </w:hyperlink>
    </w:p>
    <w:p w14:paraId="77487FB0" w14:textId="7789EE92" w:rsidR="00F7553B" w:rsidRDefault="00F7553B" w:rsidP="00802134">
      <w:pPr>
        <w:pStyle w:val="Punktliste"/>
        <w:rPr>
          <w:szCs w:val="24"/>
        </w:rPr>
      </w:pPr>
      <w:hyperlink r:id="rId19" w:history="1">
        <w:r w:rsidRPr="00192038">
          <w:rPr>
            <w:rStyle w:val="Hyperkobling"/>
            <w:szCs w:val="24"/>
          </w:rPr>
          <w:t>https://omnimodellen.no/sme/</w:t>
        </w:r>
      </w:hyperlink>
    </w:p>
    <w:p w14:paraId="2C570022" w14:textId="0905CCA0" w:rsidR="007B01D5" w:rsidRPr="001C56D5" w:rsidRDefault="00802134" w:rsidP="00802134">
      <w:pPr>
        <w:pStyle w:val="Punktliste"/>
        <w:rPr>
          <w:szCs w:val="24"/>
        </w:rPr>
      </w:pPr>
      <w:r w:rsidRPr="001C56D5">
        <w:rPr>
          <w:szCs w:val="24"/>
        </w:rPr>
        <w:t>Omnimode</w:t>
      </w:r>
      <w:r w:rsidR="006A47FF">
        <w:rPr>
          <w:szCs w:val="24"/>
        </w:rPr>
        <w:t>alla</w:t>
      </w:r>
      <w:r w:rsidRPr="001C56D5">
        <w:rPr>
          <w:szCs w:val="24"/>
        </w:rPr>
        <w:t xml:space="preserve">: </w:t>
      </w:r>
      <w:proofErr w:type="spellStart"/>
      <w:r w:rsidR="006A47FF">
        <w:rPr>
          <w:szCs w:val="24"/>
        </w:rPr>
        <w:t>OEBD</w:t>
      </w:r>
      <w:proofErr w:type="spellEnd"/>
      <w:r w:rsidRPr="001C56D5">
        <w:rPr>
          <w:szCs w:val="24"/>
        </w:rPr>
        <w:t xml:space="preserve"> – </w:t>
      </w:r>
      <w:r w:rsidR="006A47FF">
        <w:rPr>
          <w:szCs w:val="24"/>
        </w:rPr>
        <w:t xml:space="preserve">ovddidit, eastadit, bissehit ja doarjut: </w:t>
      </w:r>
      <w:hyperlink r:id="rId20" w:history="1">
        <w:r w:rsidR="006A47FF" w:rsidRPr="00192038">
          <w:rPr>
            <w:rStyle w:val="Hyperkobling"/>
          </w:rPr>
          <w:t>https://omnimodellen.no/sme/omnimodellen/ffss-a-bygge-et-godt-fellesskap/</w:t>
        </w:r>
      </w:hyperlink>
      <w:r w:rsidR="006A47FF">
        <w:t xml:space="preserve"> </w:t>
      </w:r>
    </w:p>
    <w:p w14:paraId="3A6F152D" w14:textId="78192DC8" w:rsidR="009B4A20" w:rsidRPr="001C56D5" w:rsidRDefault="0023486A">
      <w:pPr>
        <w:pStyle w:val="Punktliste"/>
        <w:rPr>
          <w:szCs w:val="24"/>
        </w:rPr>
      </w:pPr>
      <w:hyperlink r:id="rId21" w:history="1">
        <w:proofErr w:type="spellStart"/>
        <w:r w:rsidRPr="001C56D5">
          <w:rPr>
            <w:rStyle w:val="Hyperkobling"/>
            <w:szCs w:val="24"/>
          </w:rPr>
          <w:t>Alle</w:t>
        </w:r>
        <w:proofErr w:type="spellEnd"/>
        <w:r w:rsidRPr="001C56D5">
          <w:rPr>
            <w:rStyle w:val="Hyperkobling"/>
            <w:szCs w:val="24"/>
          </w:rPr>
          <w:t xml:space="preserve"> </w:t>
        </w:r>
        <w:proofErr w:type="spellStart"/>
        <w:r w:rsidRPr="001C56D5">
          <w:rPr>
            <w:rStyle w:val="Hyperkobling"/>
            <w:szCs w:val="24"/>
          </w:rPr>
          <w:t>undervisningsressurser</w:t>
        </w:r>
        <w:proofErr w:type="spellEnd"/>
        <w:r w:rsidRPr="001C56D5">
          <w:rPr>
            <w:rStyle w:val="Hyperkobling"/>
            <w:szCs w:val="24"/>
          </w:rPr>
          <w:t xml:space="preserve"> | </w:t>
        </w:r>
        <w:proofErr w:type="spellStart"/>
        <w:r w:rsidRPr="001C56D5">
          <w:rPr>
            <w:rStyle w:val="Hyperkobling"/>
            <w:szCs w:val="24"/>
          </w:rPr>
          <w:t>Dembra</w:t>
        </w:r>
        <w:proofErr w:type="spellEnd"/>
      </w:hyperlink>
    </w:p>
    <w:p w14:paraId="59A6D261" w14:textId="5F210FFD" w:rsidR="00A80671" w:rsidRPr="001C56D5" w:rsidRDefault="00A80671">
      <w:pPr>
        <w:pStyle w:val="Punktliste"/>
        <w:rPr>
          <w:szCs w:val="24"/>
        </w:rPr>
      </w:pPr>
      <w:hyperlink r:id="rId22" w:history="1">
        <w:proofErr w:type="spellStart"/>
        <w:r w:rsidRPr="001C56D5">
          <w:rPr>
            <w:rStyle w:val="Hyperkobling"/>
            <w:szCs w:val="24"/>
          </w:rPr>
          <w:t>Inkluderende</w:t>
        </w:r>
        <w:proofErr w:type="spellEnd"/>
        <w:r w:rsidRPr="001C56D5">
          <w:rPr>
            <w:rStyle w:val="Hyperkobling"/>
            <w:szCs w:val="24"/>
          </w:rPr>
          <w:t xml:space="preserve"> </w:t>
        </w:r>
        <w:proofErr w:type="spellStart"/>
        <w:r w:rsidRPr="001C56D5">
          <w:rPr>
            <w:rStyle w:val="Hyperkobling"/>
            <w:szCs w:val="24"/>
          </w:rPr>
          <w:t>fellesskap</w:t>
        </w:r>
        <w:proofErr w:type="spellEnd"/>
        <w:r w:rsidRPr="001C56D5">
          <w:rPr>
            <w:rStyle w:val="Hyperkobling"/>
            <w:szCs w:val="24"/>
          </w:rPr>
          <w:t xml:space="preserve"> | </w:t>
        </w:r>
        <w:proofErr w:type="spellStart"/>
        <w:r w:rsidRPr="001C56D5">
          <w:rPr>
            <w:rStyle w:val="Hyperkobling"/>
            <w:szCs w:val="24"/>
          </w:rPr>
          <w:t>udir.no</w:t>
        </w:r>
        <w:proofErr w:type="spellEnd"/>
      </w:hyperlink>
    </w:p>
    <w:p w14:paraId="6DA1BBA1" w14:textId="5D443CE1" w:rsidR="00023D8C" w:rsidRPr="001C56D5" w:rsidRDefault="00EB42E0" w:rsidP="00F26AB6">
      <w:pPr>
        <w:pStyle w:val="Punktliste"/>
        <w:rPr>
          <w:szCs w:val="24"/>
        </w:rPr>
      </w:pPr>
      <w:r>
        <w:rPr>
          <w:szCs w:val="24"/>
        </w:rPr>
        <w:t>Vuođđo</w:t>
      </w:r>
      <w:r w:rsidR="000B77D5">
        <w:rPr>
          <w:szCs w:val="24"/>
        </w:rPr>
        <w:t xml:space="preserve">materiála </w:t>
      </w:r>
      <w:r w:rsidR="00CC0EFB">
        <w:rPr>
          <w:szCs w:val="24"/>
        </w:rPr>
        <w:t xml:space="preserve">Nordlándda, Romssa ja Finnmárkku </w:t>
      </w:r>
      <w:r w:rsidR="000B77D5">
        <w:rPr>
          <w:szCs w:val="24"/>
        </w:rPr>
        <w:t>ohppiid-, fidnoohppiid- ja givssidanáittardeddjii</w:t>
      </w:r>
      <w:r w:rsidR="00CC0EFB">
        <w:rPr>
          <w:szCs w:val="24"/>
        </w:rPr>
        <w:t xml:space="preserve">n: Skuvlaálgin 2026 ja </w:t>
      </w:r>
      <w:r w:rsidR="003B7C9C">
        <w:rPr>
          <w:szCs w:val="24"/>
        </w:rPr>
        <w:t xml:space="preserve">guoskevaš iskanlisttut/skovit. </w:t>
      </w:r>
    </w:p>
    <w:p w14:paraId="0297350C" w14:textId="77777777" w:rsidR="00852A07" w:rsidRPr="001C56D5" w:rsidRDefault="00852A07">
      <w:pPr>
        <w:rPr>
          <w:rStyle w:val="normaltextrun"/>
          <w:rFonts w:cs="Segoe UI"/>
          <w:b/>
          <w:bCs/>
          <w:color w:val="000000"/>
          <w:position w:val="1"/>
          <w:sz w:val="48"/>
          <w:szCs w:val="48"/>
        </w:rPr>
      </w:pPr>
      <w:r w:rsidRPr="001C56D5">
        <w:rPr>
          <w:rStyle w:val="normaltextrun"/>
          <w:rFonts w:cs="Segoe UI"/>
          <w:b/>
          <w:bCs/>
          <w:color w:val="000000"/>
          <w:position w:val="1"/>
          <w:sz w:val="48"/>
          <w:szCs w:val="48"/>
        </w:rPr>
        <w:br w:type="page"/>
      </w:r>
    </w:p>
    <w:p w14:paraId="3DA45782" w14:textId="3681EDB1" w:rsidR="00023D8C" w:rsidRPr="001C56D5" w:rsidRDefault="00BA7303" w:rsidP="00023D8C">
      <w:pPr>
        <w:pStyle w:val="Punktliste"/>
        <w:numPr>
          <w:ilvl w:val="0"/>
          <w:numId w:val="0"/>
        </w:numPr>
        <w:ind w:left="360"/>
        <w:jc w:val="center"/>
        <w:rPr>
          <w:rFonts w:ascii="Segoe UI" w:eastAsia="Times New Roman" w:hAnsi="Segoe UI"/>
          <w:sz w:val="48"/>
          <w:szCs w:val="48"/>
        </w:rPr>
      </w:pPr>
      <w:r>
        <w:rPr>
          <w:rStyle w:val="normaltextrun"/>
          <w:rFonts w:cs="Segoe UI"/>
          <w:b/>
          <w:bCs/>
          <w:color w:val="000000"/>
          <w:position w:val="1"/>
          <w:sz w:val="48"/>
          <w:szCs w:val="48"/>
        </w:rPr>
        <w:lastRenderedPageBreak/>
        <w:t xml:space="preserve">Ollu lihkku skuvlaálgimii </w:t>
      </w:r>
      <w:r w:rsidR="00295D22">
        <w:rPr>
          <w:rStyle w:val="normaltextrun"/>
          <w:rFonts w:cs="Segoe UI"/>
          <w:b/>
          <w:bCs/>
          <w:color w:val="000000"/>
          <w:position w:val="1"/>
          <w:sz w:val="48"/>
          <w:szCs w:val="48"/>
        </w:rPr>
        <w:t>ja sávvat buori skuvlajagi buot ohppiide, fuolaheddjiide ja bargiide!</w:t>
      </w:r>
    </w:p>
    <w:p w14:paraId="64BDF828" w14:textId="7B28DE75" w:rsidR="00023D8C" w:rsidRPr="001C56D5" w:rsidRDefault="00023D8C" w:rsidP="00023D8C">
      <w:pPr>
        <w:pStyle w:val="Punktliste"/>
        <w:numPr>
          <w:ilvl w:val="0"/>
          <w:numId w:val="0"/>
        </w:numPr>
        <w:ind w:left="360"/>
        <w:jc w:val="center"/>
        <w:rPr>
          <w:rFonts w:ascii="Segoe UI" w:hAnsi="Segoe UI" w:cs="Segoe UI"/>
          <w:sz w:val="18"/>
          <w:szCs w:val="18"/>
        </w:rPr>
      </w:pPr>
    </w:p>
    <w:p w14:paraId="66E5FFE1" w14:textId="449A7373" w:rsidR="00023D8C" w:rsidRPr="001C56D5" w:rsidRDefault="00295D22" w:rsidP="00023D8C">
      <w:pPr>
        <w:pStyle w:val="Punktliste"/>
        <w:numPr>
          <w:ilvl w:val="0"/>
          <w:numId w:val="0"/>
        </w:numPr>
        <w:ind w:left="360"/>
        <w:jc w:val="center"/>
        <w:rPr>
          <w:rFonts w:ascii="Segoe UI" w:hAnsi="Segoe UI"/>
          <w:sz w:val="32"/>
          <w:szCs w:val="32"/>
        </w:rPr>
      </w:pPr>
      <w:r>
        <w:rPr>
          <w:rStyle w:val="normaltextrun"/>
          <w:rFonts w:cs="Segoe UI"/>
          <w:b/>
          <w:bCs/>
          <w:color w:val="000000"/>
          <w:sz w:val="32"/>
          <w:szCs w:val="32"/>
        </w:rPr>
        <w:t>Dearvuođat Davvi-Norgga</w:t>
      </w:r>
      <w:r w:rsidR="00D16E87">
        <w:rPr>
          <w:rStyle w:val="normaltextrun"/>
          <w:rFonts w:cs="Segoe UI"/>
          <w:b/>
          <w:bCs/>
          <w:color w:val="000000"/>
          <w:sz w:val="32"/>
          <w:szCs w:val="32"/>
        </w:rPr>
        <w:t xml:space="preserve"> áittardeddjiiguin!</w:t>
      </w:r>
    </w:p>
    <w:p w14:paraId="22FD8271" w14:textId="6B1774AC" w:rsidR="00D453C6" w:rsidRPr="001C56D5" w:rsidRDefault="00963000" w:rsidP="005B0C72">
      <w:pPr>
        <w:jc w:val="center"/>
      </w:pPr>
      <w:r w:rsidRPr="001C56D5">
        <w:rPr>
          <w:noProof/>
        </w:rPr>
        <w:drawing>
          <wp:inline distT="0" distB="0" distL="0" distR="0" wp14:anchorId="1D512022" wp14:editId="184B70A2">
            <wp:extent cx="4893945" cy="5094151"/>
            <wp:effectExtent l="0" t="0" r="1905" b="0"/>
            <wp:docPr id="13601929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92940" name=""/>
                    <pic:cNvPicPr/>
                  </pic:nvPicPr>
                  <pic:blipFill>
                    <a:blip r:embed="rId23"/>
                    <a:stretch>
                      <a:fillRect/>
                    </a:stretch>
                  </pic:blipFill>
                  <pic:spPr>
                    <a:xfrm>
                      <a:off x="0" y="0"/>
                      <a:ext cx="4911778" cy="5112714"/>
                    </a:xfrm>
                    <a:prstGeom prst="rect">
                      <a:avLst/>
                    </a:prstGeom>
                  </pic:spPr>
                </pic:pic>
              </a:graphicData>
            </a:graphic>
          </wp:inline>
        </w:drawing>
      </w:r>
    </w:p>
    <w:p w14:paraId="00179D9E" w14:textId="77777777" w:rsidR="00D453C6" w:rsidRPr="001C56D5" w:rsidRDefault="00D453C6" w:rsidP="005B0C72">
      <w:pPr>
        <w:jc w:val="center"/>
      </w:pPr>
    </w:p>
    <w:p w14:paraId="21E984EA" w14:textId="77777777" w:rsidR="00D453C6" w:rsidRPr="001C56D5" w:rsidRDefault="00D453C6" w:rsidP="00EC4344"/>
    <w:sectPr w:rsidR="00D453C6" w:rsidRPr="001C56D5">
      <w:footerReference w:type="default" r:id="rId24"/>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A823E" w14:textId="77777777" w:rsidR="008A14D8" w:rsidRPr="001C56D5" w:rsidRDefault="008A14D8">
      <w:pPr>
        <w:spacing w:after="0" w:line="240" w:lineRule="auto"/>
      </w:pPr>
      <w:r w:rsidRPr="001C56D5">
        <w:separator/>
      </w:r>
    </w:p>
  </w:endnote>
  <w:endnote w:type="continuationSeparator" w:id="0">
    <w:p w14:paraId="7E74DDF9" w14:textId="77777777" w:rsidR="008A14D8" w:rsidRPr="001C56D5" w:rsidRDefault="008A14D8">
      <w:pPr>
        <w:spacing w:after="0" w:line="240" w:lineRule="auto"/>
      </w:pPr>
      <w:r w:rsidRPr="001C5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610217"/>
      <w:docPartObj>
        <w:docPartGallery w:val="Page Numbers (Bottom of Page)"/>
        <w:docPartUnique/>
      </w:docPartObj>
    </w:sdtPr>
    <w:sdtContent>
      <w:p w14:paraId="441E97AD" w14:textId="3DD3165F" w:rsidR="00EC4344" w:rsidRPr="001C56D5" w:rsidRDefault="00EC4344">
        <w:pPr>
          <w:pStyle w:val="Bunntekst"/>
          <w:jc w:val="right"/>
        </w:pPr>
        <w:r w:rsidRPr="001C56D5">
          <w:fldChar w:fldCharType="begin"/>
        </w:r>
        <w:r w:rsidRPr="001C56D5">
          <w:instrText>PAGE   \* MERGEFORMAT</w:instrText>
        </w:r>
        <w:r w:rsidRPr="001C56D5">
          <w:fldChar w:fldCharType="separate"/>
        </w:r>
        <w:r w:rsidRPr="001C56D5">
          <w:t>2</w:t>
        </w:r>
        <w:r w:rsidRPr="001C56D5">
          <w:fldChar w:fldCharType="end"/>
        </w:r>
      </w:p>
    </w:sdtContent>
  </w:sdt>
  <w:p w14:paraId="166B10D9" w14:textId="19393E7A" w:rsidR="008E65E7" w:rsidRPr="001C56D5" w:rsidRDefault="008E65E7">
    <w:pPr>
      <w:pStyle w:val="Bunn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AB5DA" w14:textId="77777777" w:rsidR="008A14D8" w:rsidRPr="001C56D5" w:rsidRDefault="008A14D8">
      <w:pPr>
        <w:spacing w:after="0" w:line="240" w:lineRule="auto"/>
      </w:pPr>
      <w:r w:rsidRPr="001C56D5">
        <w:separator/>
      </w:r>
    </w:p>
  </w:footnote>
  <w:footnote w:type="continuationSeparator" w:id="0">
    <w:p w14:paraId="659D9A08" w14:textId="77777777" w:rsidR="008A14D8" w:rsidRPr="001C56D5" w:rsidRDefault="008A14D8">
      <w:pPr>
        <w:spacing w:after="0" w:line="240" w:lineRule="auto"/>
      </w:pPr>
      <w:r w:rsidRPr="001C56D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440"/>
        </w:tabs>
        <w:ind w:left="144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9AC264E"/>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67884BB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703C0298"/>
    <w:multiLevelType w:val="hybridMultilevel"/>
    <w:tmpl w:val="78E421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FF81C48"/>
    <w:multiLevelType w:val="hybridMultilevel"/>
    <w:tmpl w:val="F65CBF6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28631374">
    <w:abstractNumId w:val="8"/>
  </w:num>
  <w:num w:numId="2" w16cid:durableId="2135521115">
    <w:abstractNumId w:val="6"/>
  </w:num>
  <w:num w:numId="3" w16cid:durableId="1306474527">
    <w:abstractNumId w:val="5"/>
  </w:num>
  <w:num w:numId="4" w16cid:durableId="967585162">
    <w:abstractNumId w:val="4"/>
  </w:num>
  <w:num w:numId="5" w16cid:durableId="1607302559">
    <w:abstractNumId w:val="7"/>
  </w:num>
  <w:num w:numId="6" w16cid:durableId="505173236">
    <w:abstractNumId w:val="3"/>
  </w:num>
  <w:num w:numId="7" w16cid:durableId="218637006">
    <w:abstractNumId w:val="2"/>
  </w:num>
  <w:num w:numId="8" w16cid:durableId="169685229">
    <w:abstractNumId w:val="1"/>
  </w:num>
  <w:num w:numId="9" w16cid:durableId="635448732">
    <w:abstractNumId w:val="0"/>
  </w:num>
  <w:num w:numId="10" w16cid:durableId="2138986364">
    <w:abstractNumId w:val="7"/>
  </w:num>
  <w:num w:numId="11" w16cid:durableId="1630276981">
    <w:abstractNumId w:val="7"/>
  </w:num>
  <w:num w:numId="12" w16cid:durableId="1420637951">
    <w:abstractNumId w:val="7"/>
  </w:num>
  <w:num w:numId="13" w16cid:durableId="1449203229">
    <w:abstractNumId w:val="10"/>
  </w:num>
  <w:num w:numId="14" w16cid:durableId="7150876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C9C"/>
    <w:rsid w:val="00012424"/>
    <w:rsid w:val="00014C32"/>
    <w:rsid w:val="0001658B"/>
    <w:rsid w:val="00023D8C"/>
    <w:rsid w:val="00027B1F"/>
    <w:rsid w:val="000321FD"/>
    <w:rsid w:val="00034616"/>
    <w:rsid w:val="00035BCD"/>
    <w:rsid w:val="00036AAF"/>
    <w:rsid w:val="00037AD9"/>
    <w:rsid w:val="000412FF"/>
    <w:rsid w:val="000510DE"/>
    <w:rsid w:val="00052BED"/>
    <w:rsid w:val="00053462"/>
    <w:rsid w:val="000534C1"/>
    <w:rsid w:val="00054DF6"/>
    <w:rsid w:val="0006063C"/>
    <w:rsid w:val="00062550"/>
    <w:rsid w:val="00062787"/>
    <w:rsid w:val="00070AE1"/>
    <w:rsid w:val="0007385F"/>
    <w:rsid w:val="00073BFF"/>
    <w:rsid w:val="00073F7A"/>
    <w:rsid w:val="0007615F"/>
    <w:rsid w:val="00077C39"/>
    <w:rsid w:val="00077DE6"/>
    <w:rsid w:val="00080118"/>
    <w:rsid w:val="000A04E2"/>
    <w:rsid w:val="000A4724"/>
    <w:rsid w:val="000A7E3A"/>
    <w:rsid w:val="000B0EE2"/>
    <w:rsid w:val="000B3EA9"/>
    <w:rsid w:val="000B6E6C"/>
    <w:rsid w:val="000B77D5"/>
    <w:rsid w:val="000C07B1"/>
    <w:rsid w:val="000D3DA7"/>
    <w:rsid w:val="000D6C01"/>
    <w:rsid w:val="000E1709"/>
    <w:rsid w:val="000E6F30"/>
    <w:rsid w:val="000F5EA6"/>
    <w:rsid w:val="00102653"/>
    <w:rsid w:val="00102EA1"/>
    <w:rsid w:val="001041B2"/>
    <w:rsid w:val="00105A0F"/>
    <w:rsid w:val="00114C7A"/>
    <w:rsid w:val="00116659"/>
    <w:rsid w:val="00121161"/>
    <w:rsid w:val="00121EBC"/>
    <w:rsid w:val="00122FA5"/>
    <w:rsid w:val="00123530"/>
    <w:rsid w:val="0013637A"/>
    <w:rsid w:val="00144044"/>
    <w:rsid w:val="00144FEB"/>
    <w:rsid w:val="00146F1F"/>
    <w:rsid w:val="0015074B"/>
    <w:rsid w:val="00154F84"/>
    <w:rsid w:val="00155488"/>
    <w:rsid w:val="001604BB"/>
    <w:rsid w:val="00160EAC"/>
    <w:rsid w:val="0016599B"/>
    <w:rsid w:val="00165C45"/>
    <w:rsid w:val="0016620E"/>
    <w:rsid w:val="001663E8"/>
    <w:rsid w:val="00176970"/>
    <w:rsid w:val="00176A4E"/>
    <w:rsid w:val="00184F34"/>
    <w:rsid w:val="00195AA6"/>
    <w:rsid w:val="00196CA0"/>
    <w:rsid w:val="001A1770"/>
    <w:rsid w:val="001A511A"/>
    <w:rsid w:val="001B0010"/>
    <w:rsid w:val="001B206B"/>
    <w:rsid w:val="001B5CC0"/>
    <w:rsid w:val="001B60C8"/>
    <w:rsid w:val="001B66BB"/>
    <w:rsid w:val="001C1BF3"/>
    <w:rsid w:val="001C56D5"/>
    <w:rsid w:val="001D0CDC"/>
    <w:rsid w:val="001D3138"/>
    <w:rsid w:val="001D3385"/>
    <w:rsid w:val="001D48B1"/>
    <w:rsid w:val="001E716E"/>
    <w:rsid w:val="001F20ED"/>
    <w:rsid w:val="001F2B78"/>
    <w:rsid w:val="001F3FB1"/>
    <w:rsid w:val="001F5321"/>
    <w:rsid w:val="001F59B4"/>
    <w:rsid w:val="001F5C08"/>
    <w:rsid w:val="001F6094"/>
    <w:rsid w:val="001F7BB5"/>
    <w:rsid w:val="00207A81"/>
    <w:rsid w:val="00213831"/>
    <w:rsid w:val="00221497"/>
    <w:rsid w:val="002242CA"/>
    <w:rsid w:val="002312A0"/>
    <w:rsid w:val="0023486A"/>
    <w:rsid w:val="00235C40"/>
    <w:rsid w:val="0026176D"/>
    <w:rsid w:val="00265E2D"/>
    <w:rsid w:val="002660BF"/>
    <w:rsid w:val="00282615"/>
    <w:rsid w:val="00287BBA"/>
    <w:rsid w:val="002903DA"/>
    <w:rsid w:val="002918AC"/>
    <w:rsid w:val="0029197A"/>
    <w:rsid w:val="00291E36"/>
    <w:rsid w:val="0029368A"/>
    <w:rsid w:val="00295A80"/>
    <w:rsid w:val="00295D22"/>
    <w:rsid w:val="0029639D"/>
    <w:rsid w:val="00296D6B"/>
    <w:rsid w:val="00297603"/>
    <w:rsid w:val="00297F74"/>
    <w:rsid w:val="002A259E"/>
    <w:rsid w:val="002B0171"/>
    <w:rsid w:val="002C5E61"/>
    <w:rsid w:val="002D0349"/>
    <w:rsid w:val="002D3D90"/>
    <w:rsid w:val="002D5331"/>
    <w:rsid w:val="002E073A"/>
    <w:rsid w:val="002E5DC3"/>
    <w:rsid w:val="002E7A3C"/>
    <w:rsid w:val="002F2B33"/>
    <w:rsid w:val="002F6426"/>
    <w:rsid w:val="002F7594"/>
    <w:rsid w:val="00305422"/>
    <w:rsid w:val="00307C8B"/>
    <w:rsid w:val="00315581"/>
    <w:rsid w:val="00315D24"/>
    <w:rsid w:val="003211BA"/>
    <w:rsid w:val="00323A9F"/>
    <w:rsid w:val="00326F90"/>
    <w:rsid w:val="00333710"/>
    <w:rsid w:val="0033405B"/>
    <w:rsid w:val="0034038C"/>
    <w:rsid w:val="003413DD"/>
    <w:rsid w:val="00345C01"/>
    <w:rsid w:val="00347BC3"/>
    <w:rsid w:val="003502BA"/>
    <w:rsid w:val="00351260"/>
    <w:rsid w:val="00352B95"/>
    <w:rsid w:val="00352C86"/>
    <w:rsid w:val="00356AC1"/>
    <w:rsid w:val="0037437B"/>
    <w:rsid w:val="00375930"/>
    <w:rsid w:val="00381D92"/>
    <w:rsid w:val="003845E1"/>
    <w:rsid w:val="0039075B"/>
    <w:rsid w:val="00391212"/>
    <w:rsid w:val="00395D97"/>
    <w:rsid w:val="00397BE5"/>
    <w:rsid w:val="003A0879"/>
    <w:rsid w:val="003A47D8"/>
    <w:rsid w:val="003A7D42"/>
    <w:rsid w:val="003B06FE"/>
    <w:rsid w:val="003B1E5B"/>
    <w:rsid w:val="003B30B8"/>
    <w:rsid w:val="003B358A"/>
    <w:rsid w:val="003B68F4"/>
    <w:rsid w:val="003B7280"/>
    <w:rsid w:val="003B7C9C"/>
    <w:rsid w:val="003C1D4E"/>
    <w:rsid w:val="003C2AE3"/>
    <w:rsid w:val="003E2A75"/>
    <w:rsid w:val="003E62A6"/>
    <w:rsid w:val="003F5DE6"/>
    <w:rsid w:val="00400528"/>
    <w:rsid w:val="00401658"/>
    <w:rsid w:val="0040215F"/>
    <w:rsid w:val="00405488"/>
    <w:rsid w:val="00407FC6"/>
    <w:rsid w:val="004110C4"/>
    <w:rsid w:val="00411F67"/>
    <w:rsid w:val="00412B8F"/>
    <w:rsid w:val="004145B6"/>
    <w:rsid w:val="004150DA"/>
    <w:rsid w:val="00417C39"/>
    <w:rsid w:val="0042029B"/>
    <w:rsid w:val="004209CA"/>
    <w:rsid w:val="00426BB8"/>
    <w:rsid w:val="00450A46"/>
    <w:rsid w:val="004528AB"/>
    <w:rsid w:val="00456863"/>
    <w:rsid w:val="004625EA"/>
    <w:rsid w:val="004665EF"/>
    <w:rsid w:val="004714FD"/>
    <w:rsid w:val="0047565D"/>
    <w:rsid w:val="00482062"/>
    <w:rsid w:val="00486A63"/>
    <w:rsid w:val="0049138D"/>
    <w:rsid w:val="0049292E"/>
    <w:rsid w:val="00497333"/>
    <w:rsid w:val="004A11FD"/>
    <w:rsid w:val="004A6D2B"/>
    <w:rsid w:val="004B1E2D"/>
    <w:rsid w:val="004B34F8"/>
    <w:rsid w:val="004B6B42"/>
    <w:rsid w:val="004C4AED"/>
    <w:rsid w:val="004D1E49"/>
    <w:rsid w:val="004E061A"/>
    <w:rsid w:val="004E083A"/>
    <w:rsid w:val="004E2CAA"/>
    <w:rsid w:val="004F04AC"/>
    <w:rsid w:val="004F07A2"/>
    <w:rsid w:val="004F1210"/>
    <w:rsid w:val="004F2254"/>
    <w:rsid w:val="004F39C6"/>
    <w:rsid w:val="004F712B"/>
    <w:rsid w:val="00504D2B"/>
    <w:rsid w:val="00505932"/>
    <w:rsid w:val="00510F3D"/>
    <w:rsid w:val="005135A7"/>
    <w:rsid w:val="00515A19"/>
    <w:rsid w:val="005178D6"/>
    <w:rsid w:val="00521A12"/>
    <w:rsid w:val="00525882"/>
    <w:rsid w:val="00530329"/>
    <w:rsid w:val="00531D14"/>
    <w:rsid w:val="00534AC2"/>
    <w:rsid w:val="005414CB"/>
    <w:rsid w:val="00541EAE"/>
    <w:rsid w:val="005456FF"/>
    <w:rsid w:val="00547666"/>
    <w:rsid w:val="00554D94"/>
    <w:rsid w:val="00562F2D"/>
    <w:rsid w:val="00565024"/>
    <w:rsid w:val="005661C0"/>
    <w:rsid w:val="00567A30"/>
    <w:rsid w:val="00570F62"/>
    <w:rsid w:val="00571B07"/>
    <w:rsid w:val="005819A5"/>
    <w:rsid w:val="00582D98"/>
    <w:rsid w:val="00583778"/>
    <w:rsid w:val="00593483"/>
    <w:rsid w:val="005939D3"/>
    <w:rsid w:val="005A226E"/>
    <w:rsid w:val="005A23D3"/>
    <w:rsid w:val="005A5143"/>
    <w:rsid w:val="005A70AE"/>
    <w:rsid w:val="005B0C72"/>
    <w:rsid w:val="005B1137"/>
    <w:rsid w:val="005B4B64"/>
    <w:rsid w:val="005C2789"/>
    <w:rsid w:val="005C29CA"/>
    <w:rsid w:val="005D0D76"/>
    <w:rsid w:val="005D1880"/>
    <w:rsid w:val="005E57BA"/>
    <w:rsid w:val="005F4774"/>
    <w:rsid w:val="005F72B8"/>
    <w:rsid w:val="005F7DC7"/>
    <w:rsid w:val="00607FF0"/>
    <w:rsid w:val="00613620"/>
    <w:rsid w:val="006162D7"/>
    <w:rsid w:val="00616362"/>
    <w:rsid w:val="006212FF"/>
    <w:rsid w:val="006377D0"/>
    <w:rsid w:val="0066741A"/>
    <w:rsid w:val="0066775C"/>
    <w:rsid w:val="00667B08"/>
    <w:rsid w:val="00673185"/>
    <w:rsid w:val="0067437E"/>
    <w:rsid w:val="0067461E"/>
    <w:rsid w:val="00677C52"/>
    <w:rsid w:val="00687AAD"/>
    <w:rsid w:val="006939C0"/>
    <w:rsid w:val="00694400"/>
    <w:rsid w:val="006A1399"/>
    <w:rsid w:val="006A23E4"/>
    <w:rsid w:val="006A47FF"/>
    <w:rsid w:val="006A5173"/>
    <w:rsid w:val="006B2106"/>
    <w:rsid w:val="006B6646"/>
    <w:rsid w:val="006B718F"/>
    <w:rsid w:val="006C65DE"/>
    <w:rsid w:val="006D01C8"/>
    <w:rsid w:val="006D0ACE"/>
    <w:rsid w:val="006D5A7D"/>
    <w:rsid w:val="006E0010"/>
    <w:rsid w:val="006E065B"/>
    <w:rsid w:val="006F2323"/>
    <w:rsid w:val="006F24AE"/>
    <w:rsid w:val="00707B46"/>
    <w:rsid w:val="00713198"/>
    <w:rsid w:val="0071466C"/>
    <w:rsid w:val="007200BF"/>
    <w:rsid w:val="00724022"/>
    <w:rsid w:val="00730034"/>
    <w:rsid w:val="00731CD6"/>
    <w:rsid w:val="00732713"/>
    <w:rsid w:val="00737CCD"/>
    <w:rsid w:val="007443B2"/>
    <w:rsid w:val="00745675"/>
    <w:rsid w:val="00745FF8"/>
    <w:rsid w:val="00746D2D"/>
    <w:rsid w:val="00747891"/>
    <w:rsid w:val="007514EA"/>
    <w:rsid w:val="00751848"/>
    <w:rsid w:val="00755409"/>
    <w:rsid w:val="00760413"/>
    <w:rsid w:val="00761F3A"/>
    <w:rsid w:val="0076611F"/>
    <w:rsid w:val="00772561"/>
    <w:rsid w:val="00773AA5"/>
    <w:rsid w:val="007776BF"/>
    <w:rsid w:val="007843F1"/>
    <w:rsid w:val="00785AAB"/>
    <w:rsid w:val="00793DAA"/>
    <w:rsid w:val="00797A07"/>
    <w:rsid w:val="007A2ACB"/>
    <w:rsid w:val="007A2EEF"/>
    <w:rsid w:val="007A4950"/>
    <w:rsid w:val="007A5BC4"/>
    <w:rsid w:val="007A707A"/>
    <w:rsid w:val="007B01D5"/>
    <w:rsid w:val="007B24AC"/>
    <w:rsid w:val="007C062E"/>
    <w:rsid w:val="007C0883"/>
    <w:rsid w:val="007D3193"/>
    <w:rsid w:val="007E66B5"/>
    <w:rsid w:val="007E7433"/>
    <w:rsid w:val="007F19E0"/>
    <w:rsid w:val="007F6F12"/>
    <w:rsid w:val="007F7C6B"/>
    <w:rsid w:val="007F7C73"/>
    <w:rsid w:val="00800FF1"/>
    <w:rsid w:val="00802134"/>
    <w:rsid w:val="0082262E"/>
    <w:rsid w:val="00825645"/>
    <w:rsid w:val="00834F2E"/>
    <w:rsid w:val="00836FFC"/>
    <w:rsid w:val="008378EC"/>
    <w:rsid w:val="008415EA"/>
    <w:rsid w:val="00845FAD"/>
    <w:rsid w:val="00846B5E"/>
    <w:rsid w:val="008525D5"/>
    <w:rsid w:val="00852A07"/>
    <w:rsid w:val="00857AC1"/>
    <w:rsid w:val="00860367"/>
    <w:rsid w:val="00867BEF"/>
    <w:rsid w:val="00872003"/>
    <w:rsid w:val="00873353"/>
    <w:rsid w:val="0087385F"/>
    <w:rsid w:val="00873B3B"/>
    <w:rsid w:val="0087563B"/>
    <w:rsid w:val="00875FE9"/>
    <w:rsid w:val="00881F16"/>
    <w:rsid w:val="0088389D"/>
    <w:rsid w:val="00890C72"/>
    <w:rsid w:val="008A0A3E"/>
    <w:rsid w:val="008A14D8"/>
    <w:rsid w:val="008A2382"/>
    <w:rsid w:val="008B2315"/>
    <w:rsid w:val="008B4840"/>
    <w:rsid w:val="008B5284"/>
    <w:rsid w:val="008B7993"/>
    <w:rsid w:val="008C20E1"/>
    <w:rsid w:val="008C5935"/>
    <w:rsid w:val="008D10EA"/>
    <w:rsid w:val="008D241D"/>
    <w:rsid w:val="008D25E7"/>
    <w:rsid w:val="008D46ED"/>
    <w:rsid w:val="008D5118"/>
    <w:rsid w:val="008D675A"/>
    <w:rsid w:val="008E384C"/>
    <w:rsid w:val="008E65E7"/>
    <w:rsid w:val="008F0BDD"/>
    <w:rsid w:val="008F533F"/>
    <w:rsid w:val="0090253A"/>
    <w:rsid w:val="009033B5"/>
    <w:rsid w:val="00904042"/>
    <w:rsid w:val="00905C61"/>
    <w:rsid w:val="00906D28"/>
    <w:rsid w:val="00910FB2"/>
    <w:rsid w:val="00913427"/>
    <w:rsid w:val="00921031"/>
    <w:rsid w:val="00921EE2"/>
    <w:rsid w:val="00923345"/>
    <w:rsid w:val="0092528F"/>
    <w:rsid w:val="00931A9D"/>
    <w:rsid w:val="009377AD"/>
    <w:rsid w:val="0094314E"/>
    <w:rsid w:val="0094472A"/>
    <w:rsid w:val="00963000"/>
    <w:rsid w:val="0096317C"/>
    <w:rsid w:val="00963A98"/>
    <w:rsid w:val="00966923"/>
    <w:rsid w:val="00966A4F"/>
    <w:rsid w:val="00972679"/>
    <w:rsid w:val="00972DCF"/>
    <w:rsid w:val="00974DF4"/>
    <w:rsid w:val="00982D28"/>
    <w:rsid w:val="009863EF"/>
    <w:rsid w:val="009875C6"/>
    <w:rsid w:val="009957A8"/>
    <w:rsid w:val="0099683F"/>
    <w:rsid w:val="009969CB"/>
    <w:rsid w:val="0099729D"/>
    <w:rsid w:val="009A103A"/>
    <w:rsid w:val="009A1705"/>
    <w:rsid w:val="009B4A20"/>
    <w:rsid w:val="009C3D06"/>
    <w:rsid w:val="009C4378"/>
    <w:rsid w:val="009D18BE"/>
    <w:rsid w:val="009D53DB"/>
    <w:rsid w:val="009E4EDD"/>
    <w:rsid w:val="009E5E2D"/>
    <w:rsid w:val="009E77C8"/>
    <w:rsid w:val="009F50B8"/>
    <w:rsid w:val="009F6276"/>
    <w:rsid w:val="009F70BA"/>
    <w:rsid w:val="00A01E73"/>
    <w:rsid w:val="00A0554B"/>
    <w:rsid w:val="00A10200"/>
    <w:rsid w:val="00A1324C"/>
    <w:rsid w:val="00A165D8"/>
    <w:rsid w:val="00A16F47"/>
    <w:rsid w:val="00A173A5"/>
    <w:rsid w:val="00A200DE"/>
    <w:rsid w:val="00A22ADD"/>
    <w:rsid w:val="00A23363"/>
    <w:rsid w:val="00A24C03"/>
    <w:rsid w:val="00A2666E"/>
    <w:rsid w:val="00A34114"/>
    <w:rsid w:val="00A344CD"/>
    <w:rsid w:val="00A371F8"/>
    <w:rsid w:val="00A438BB"/>
    <w:rsid w:val="00A4446C"/>
    <w:rsid w:val="00A50AB3"/>
    <w:rsid w:val="00A56259"/>
    <w:rsid w:val="00A627C8"/>
    <w:rsid w:val="00A65DFD"/>
    <w:rsid w:val="00A72BF5"/>
    <w:rsid w:val="00A74094"/>
    <w:rsid w:val="00A76113"/>
    <w:rsid w:val="00A80671"/>
    <w:rsid w:val="00A80FD4"/>
    <w:rsid w:val="00A815F4"/>
    <w:rsid w:val="00A85DE4"/>
    <w:rsid w:val="00A9503E"/>
    <w:rsid w:val="00AA1D8D"/>
    <w:rsid w:val="00AA27FE"/>
    <w:rsid w:val="00AA3796"/>
    <w:rsid w:val="00AA3A02"/>
    <w:rsid w:val="00AA6671"/>
    <w:rsid w:val="00AB0AAE"/>
    <w:rsid w:val="00AB24C8"/>
    <w:rsid w:val="00AB39FB"/>
    <w:rsid w:val="00AB61F0"/>
    <w:rsid w:val="00AB7640"/>
    <w:rsid w:val="00AC3C81"/>
    <w:rsid w:val="00AD682D"/>
    <w:rsid w:val="00AD7523"/>
    <w:rsid w:val="00AD773B"/>
    <w:rsid w:val="00AE164A"/>
    <w:rsid w:val="00AE2503"/>
    <w:rsid w:val="00AE5C5C"/>
    <w:rsid w:val="00AE7D7E"/>
    <w:rsid w:val="00AF0C23"/>
    <w:rsid w:val="00AF4BCB"/>
    <w:rsid w:val="00B008D7"/>
    <w:rsid w:val="00B024DF"/>
    <w:rsid w:val="00B2064A"/>
    <w:rsid w:val="00B27AA9"/>
    <w:rsid w:val="00B33020"/>
    <w:rsid w:val="00B35888"/>
    <w:rsid w:val="00B35D3A"/>
    <w:rsid w:val="00B444BF"/>
    <w:rsid w:val="00B45D28"/>
    <w:rsid w:val="00B47730"/>
    <w:rsid w:val="00B54A91"/>
    <w:rsid w:val="00B56C25"/>
    <w:rsid w:val="00B712BA"/>
    <w:rsid w:val="00B746E3"/>
    <w:rsid w:val="00B777D9"/>
    <w:rsid w:val="00B81F24"/>
    <w:rsid w:val="00B82FA2"/>
    <w:rsid w:val="00B83304"/>
    <w:rsid w:val="00B85BBF"/>
    <w:rsid w:val="00B86369"/>
    <w:rsid w:val="00B9074E"/>
    <w:rsid w:val="00B93DB9"/>
    <w:rsid w:val="00BA6266"/>
    <w:rsid w:val="00BA7303"/>
    <w:rsid w:val="00BB226F"/>
    <w:rsid w:val="00BB49E6"/>
    <w:rsid w:val="00BC2FAC"/>
    <w:rsid w:val="00BC5FC4"/>
    <w:rsid w:val="00BD594D"/>
    <w:rsid w:val="00BE0275"/>
    <w:rsid w:val="00BE2B9D"/>
    <w:rsid w:val="00BE30FC"/>
    <w:rsid w:val="00BF0537"/>
    <w:rsid w:val="00BF51AB"/>
    <w:rsid w:val="00BF650C"/>
    <w:rsid w:val="00BF77ED"/>
    <w:rsid w:val="00BF7879"/>
    <w:rsid w:val="00C06240"/>
    <w:rsid w:val="00C074A5"/>
    <w:rsid w:val="00C10473"/>
    <w:rsid w:val="00C15C09"/>
    <w:rsid w:val="00C20FD3"/>
    <w:rsid w:val="00C21D64"/>
    <w:rsid w:val="00C23881"/>
    <w:rsid w:val="00C256CC"/>
    <w:rsid w:val="00C2790B"/>
    <w:rsid w:val="00C374E1"/>
    <w:rsid w:val="00C43169"/>
    <w:rsid w:val="00C44C24"/>
    <w:rsid w:val="00C45DFC"/>
    <w:rsid w:val="00C522C6"/>
    <w:rsid w:val="00C53177"/>
    <w:rsid w:val="00C53AC0"/>
    <w:rsid w:val="00C563A0"/>
    <w:rsid w:val="00C57221"/>
    <w:rsid w:val="00C6256A"/>
    <w:rsid w:val="00C81B0F"/>
    <w:rsid w:val="00C8774E"/>
    <w:rsid w:val="00C90DAA"/>
    <w:rsid w:val="00C90E4A"/>
    <w:rsid w:val="00C94AC7"/>
    <w:rsid w:val="00C951EC"/>
    <w:rsid w:val="00CA07E8"/>
    <w:rsid w:val="00CB0664"/>
    <w:rsid w:val="00CB3579"/>
    <w:rsid w:val="00CC0EFB"/>
    <w:rsid w:val="00CC4FBF"/>
    <w:rsid w:val="00CC56CC"/>
    <w:rsid w:val="00CC772A"/>
    <w:rsid w:val="00CD6649"/>
    <w:rsid w:val="00CD6A77"/>
    <w:rsid w:val="00CE1330"/>
    <w:rsid w:val="00CE2031"/>
    <w:rsid w:val="00CE550E"/>
    <w:rsid w:val="00CF5C55"/>
    <w:rsid w:val="00CF5C7F"/>
    <w:rsid w:val="00D0032E"/>
    <w:rsid w:val="00D0286A"/>
    <w:rsid w:val="00D029C1"/>
    <w:rsid w:val="00D042B1"/>
    <w:rsid w:val="00D04672"/>
    <w:rsid w:val="00D05A94"/>
    <w:rsid w:val="00D11F42"/>
    <w:rsid w:val="00D16E87"/>
    <w:rsid w:val="00D23AAE"/>
    <w:rsid w:val="00D24651"/>
    <w:rsid w:val="00D331BF"/>
    <w:rsid w:val="00D354DC"/>
    <w:rsid w:val="00D35CD7"/>
    <w:rsid w:val="00D40372"/>
    <w:rsid w:val="00D40BBF"/>
    <w:rsid w:val="00D44D38"/>
    <w:rsid w:val="00D453C6"/>
    <w:rsid w:val="00D5583E"/>
    <w:rsid w:val="00D5765B"/>
    <w:rsid w:val="00D62A8F"/>
    <w:rsid w:val="00D63849"/>
    <w:rsid w:val="00D66A07"/>
    <w:rsid w:val="00D70E41"/>
    <w:rsid w:val="00D718FF"/>
    <w:rsid w:val="00D72657"/>
    <w:rsid w:val="00D74B94"/>
    <w:rsid w:val="00D7555B"/>
    <w:rsid w:val="00D776E6"/>
    <w:rsid w:val="00D8214C"/>
    <w:rsid w:val="00D821AB"/>
    <w:rsid w:val="00D83280"/>
    <w:rsid w:val="00D91152"/>
    <w:rsid w:val="00D91C1C"/>
    <w:rsid w:val="00D93531"/>
    <w:rsid w:val="00DA2788"/>
    <w:rsid w:val="00DA4DFA"/>
    <w:rsid w:val="00DA63D1"/>
    <w:rsid w:val="00DB3E90"/>
    <w:rsid w:val="00DC0E76"/>
    <w:rsid w:val="00DE2436"/>
    <w:rsid w:val="00DE7577"/>
    <w:rsid w:val="00DF4D3E"/>
    <w:rsid w:val="00E0465F"/>
    <w:rsid w:val="00E1123A"/>
    <w:rsid w:val="00E12F6E"/>
    <w:rsid w:val="00E15F29"/>
    <w:rsid w:val="00E16221"/>
    <w:rsid w:val="00E20A20"/>
    <w:rsid w:val="00E33B25"/>
    <w:rsid w:val="00E34D82"/>
    <w:rsid w:val="00E41973"/>
    <w:rsid w:val="00E42F6C"/>
    <w:rsid w:val="00E45CB0"/>
    <w:rsid w:val="00E57044"/>
    <w:rsid w:val="00E672F4"/>
    <w:rsid w:val="00E67ECC"/>
    <w:rsid w:val="00E7021A"/>
    <w:rsid w:val="00E74E69"/>
    <w:rsid w:val="00E84959"/>
    <w:rsid w:val="00E90DC5"/>
    <w:rsid w:val="00E93F7F"/>
    <w:rsid w:val="00E9663E"/>
    <w:rsid w:val="00E96BB6"/>
    <w:rsid w:val="00E97FBA"/>
    <w:rsid w:val="00EA3CC6"/>
    <w:rsid w:val="00EA5FEC"/>
    <w:rsid w:val="00EA6A55"/>
    <w:rsid w:val="00EA798D"/>
    <w:rsid w:val="00EB24BA"/>
    <w:rsid w:val="00EB421F"/>
    <w:rsid w:val="00EB42E0"/>
    <w:rsid w:val="00EB5406"/>
    <w:rsid w:val="00EC4344"/>
    <w:rsid w:val="00ED151D"/>
    <w:rsid w:val="00ED20BC"/>
    <w:rsid w:val="00EE35E9"/>
    <w:rsid w:val="00EE7538"/>
    <w:rsid w:val="00EF4DE4"/>
    <w:rsid w:val="00EF6319"/>
    <w:rsid w:val="00EF6564"/>
    <w:rsid w:val="00F00362"/>
    <w:rsid w:val="00F01027"/>
    <w:rsid w:val="00F03CE9"/>
    <w:rsid w:val="00F04FE2"/>
    <w:rsid w:val="00F16CE2"/>
    <w:rsid w:val="00F21AE0"/>
    <w:rsid w:val="00F26235"/>
    <w:rsid w:val="00F26AB6"/>
    <w:rsid w:val="00F35D8A"/>
    <w:rsid w:val="00F36731"/>
    <w:rsid w:val="00F40AEB"/>
    <w:rsid w:val="00F42729"/>
    <w:rsid w:val="00F430D6"/>
    <w:rsid w:val="00F47D9A"/>
    <w:rsid w:val="00F529F6"/>
    <w:rsid w:val="00F5525A"/>
    <w:rsid w:val="00F561C7"/>
    <w:rsid w:val="00F57BC8"/>
    <w:rsid w:val="00F63A60"/>
    <w:rsid w:val="00F67BB7"/>
    <w:rsid w:val="00F7553B"/>
    <w:rsid w:val="00F817F0"/>
    <w:rsid w:val="00F81897"/>
    <w:rsid w:val="00F8362B"/>
    <w:rsid w:val="00F9608E"/>
    <w:rsid w:val="00F96DA6"/>
    <w:rsid w:val="00FA1306"/>
    <w:rsid w:val="00FA44D8"/>
    <w:rsid w:val="00FA6E22"/>
    <w:rsid w:val="00FB0468"/>
    <w:rsid w:val="00FB6E15"/>
    <w:rsid w:val="00FB7338"/>
    <w:rsid w:val="00FB7387"/>
    <w:rsid w:val="00FC2693"/>
    <w:rsid w:val="00FC693F"/>
    <w:rsid w:val="00FD166B"/>
    <w:rsid w:val="00FD2B6E"/>
    <w:rsid w:val="00FD40A4"/>
    <w:rsid w:val="00FD798F"/>
    <w:rsid w:val="00FE1CFC"/>
    <w:rsid w:val="00FE4549"/>
    <w:rsid w:val="00FE5CED"/>
    <w:rsid w:val="00FF2069"/>
    <w:rsid w:val="00FF4088"/>
    <w:rsid w:val="00FF6C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23D222B-744A-4849-9E1A-944A974E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7A8"/>
    <w:rPr>
      <w:rFonts w:ascii="Aptos" w:eastAsia="Aptos" w:hAnsi="Aptos"/>
      <w:sz w:val="24"/>
      <w:lang w:val="se-NO"/>
    </w:rPr>
  </w:style>
  <w:style w:type="paragraph" w:styleId="Overskrift1">
    <w:name w:val="heading 1"/>
    <w:basedOn w:val="Normal"/>
    <w:next w:val="Normal"/>
    <w:link w:val="Overskrift1Tegn"/>
    <w:uiPriority w:val="9"/>
    <w:qFormat/>
    <w:rsid w:val="00504D2B"/>
    <w:pPr>
      <w:keepNext/>
      <w:keepLines/>
      <w:spacing w:before="480" w:after="0"/>
      <w:outlineLvl w:val="0"/>
    </w:pPr>
    <w:rPr>
      <w:rFonts w:asciiTheme="majorHAnsi" w:eastAsiaTheme="majorEastAsia" w:hAnsiTheme="majorHAnsi" w:cstheme="majorBidi"/>
      <w:b/>
      <w:bCs/>
      <w:color w:val="000000" w:themeColor="text1"/>
      <w:sz w:val="36"/>
      <w:szCs w:val="28"/>
    </w:rPr>
  </w:style>
  <w:style w:type="paragraph" w:styleId="Overskrift2">
    <w:name w:val="heading 2"/>
    <w:basedOn w:val="Normal"/>
    <w:next w:val="Normal"/>
    <w:link w:val="Overskrift2Tegn"/>
    <w:uiPriority w:val="9"/>
    <w:unhideWhenUsed/>
    <w:qFormat/>
    <w:rsid w:val="009957A8"/>
    <w:pPr>
      <w:keepNext/>
      <w:keepLines/>
      <w:spacing w:before="200" w:after="0"/>
      <w:outlineLvl w:val="1"/>
    </w:pPr>
    <w:rPr>
      <w:rFonts w:eastAsiaTheme="majorEastAsia" w:cstheme="majorBidi"/>
      <w:b/>
      <w:bCs/>
      <w:color w:val="000000" w:themeColor="text1"/>
      <w:sz w:val="28"/>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056178"/>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504D2B"/>
    <w:rPr>
      <w:rFonts w:asciiTheme="majorHAnsi" w:eastAsiaTheme="majorEastAsia" w:hAnsiTheme="majorHAnsi" w:cstheme="majorBidi"/>
      <w:b/>
      <w:bCs/>
      <w:color w:val="000000" w:themeColor="text1"/>
      <w:sz w:val="36"/>
      <w:szCs w:val="28"/>
    </w:rPr>
  </w:style>
  <w:style w:type="character" w:customStyle="1" w:styleId="Overskrift2Tegn">
    <w:name w:val="Overskrift 2 Tegn"/>
    <w:basedOn w:val="Standardskriftforavsnitt"/>
    <w:link w:val="Overskrift2"/>
    <w:uiPriority w:val="9"/>
    <w:rsid w:val="009957A8"/>
    <w:rPr>
      <w:rFonts w:ascii="Aptos" w:eastAsiaTheme="majorEastAsia" w:hAnsi="Aptos" w:cstheme="majorBidi"/>
      <w:b/>
      <w:bCs/>
      <w:color w:val="000000" w:themeColor="text1"/>
      <w:sz w:val="28"/>
      <w:szCs w:val="26"/>
      <w:lang w:val="nb-NO"/>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56178"/>
      <w:spacing w:val="5"/>
      <w:kern w:val="28"/>
      <w:sz w:val="56"/>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itat1">
    <w:name w:val="Sitat1"/>
    <w:basedOn w:val="Normal"/>
    <w:pPr>
      <w:ind w:left="283" w:right="283"/>
    </w:pPr>
    <w:rPr>
      <w:i/>
      <w:sz w:val="22"/>
    </w:rPr>
  </w:style>
  <w:style w:type="paragraph" w:customStyle="1" w:styleId="paragraph">
    <w:name w:val="paragraph"/>
    <w:basedOn w:val="Normal"/>
    <w:rsid w:val="00023D8C"/>
    <w:pPr>
      <w:spacing w:before="100" w:beforeAutospacing="1" w:after="100" w:afterAutospacing="1" w:line="240" w:lineRule="auto"/>
    </w:pPr>
    <w:rPr>
      <w:rFonts w:ascii="Times New Roman" w:eastAsia="Times New Roman" w:hAnsi="Times New Roman" w:cs="Times New Roman"/>
      <w:szCs w:val="24"/>
      <w:lang w:eastAsia="nb-NO"/>
    </w:rPr>
  </w:style>
  <w:style w:type="character" w:customStyle="1" w:styleId="normaltextrun">
    <w:name w:val="normaltextrun"/>
    <w:basedOn w:val="Standardskriftforavsnitt"/>
    <w:rsid w:val="00023D8C"/>
  </w:style>
  <w:style w:type="character" w:customStyle="1" w:styleId="eop">
    <w:name w:val="eop"/>
    <w:basedOn w:val="Standardskriftforavsnitt"/>
    <w:rsid w:val="00023D8C"/>
  </w:style>
  <w:style w:type="character" w:styleId="Hyperkobling">
    <w:name w:val="Hyperlink"/>
    <w:basedOn w:val="Standardskriftforavsnitt"/>
    <w:uiPriority w:val="99"/>
    <w:unhideWhenUsed/>
    <w:rsid w:val="009B4A20"/>
    <w:rPr>
      <w:color w:val="0000FF" w:themeColor="hyperlink"/>
      <w:u w:val="single"/>
    </w:rPr>
  </w:style>
  <w:style w:type="character" w:styleId="Ulstomtale">
    <w:name w:val="Unresolved Mention"/>
    <w:basedOn w:val="Standardskriftforavsnitt"/>
    <w:uiPriority w:val="99"/>
    <w:semiHidden/>
    <w:unhideWhenUsed/>
    <w:rsid w:val="009B4A20"/>
    <w:rPr>
      <w:color w:val="605E5C"/>
      <w:shd w:val="clear" w:color="auto" w:fill="E1DFDD"/>
    </w:rPr>
  </w:style>
  <w:style w:type="paragraph" w:styleId="INNH2">
    <w:name w:val="toc 2"/>
    <w:basedOn w:val="Normal"/>
    <w:next w:val="Normal"/>
    <w:autoRedefine/>
    <w:uiPriority w:val="39"/>
    <w:unhideWhenUsed/>
    <w:rsid w:val="00102EA1"/>
    <w:pPr>
      <w:spacing w:after="100"/>
      <w:ind w:left="210"/>
    </w:pPr>
  </w:style>
  <w:style w:type="paragraph" w:styleId="INNH1">
    <w:name w:val="toc 1"/>
    <w:basedOn w:val="Normal"/>
    <w:next w:val="Normal"/>
    <w:autoRedefine/>
    <w:uiPriority w:val="39"/>
    <w:unhideWhenUsed/>
    <w:rsid w:val="00426BB8"/>
    <w:pPr>
      <w:spacing w:after="100"/>
    </w:pPr>
  </w:style>
  <w:style w:type="character" w:styleId="Fulgthyperkobling">
    <w:name w:val="FollowedHyperlink"/>
    <w:basedOn w:val="Standardskriftforavsnitt"/>
    <w:uiPriority w:val="99"/>
    <w:semiHidden/>
    <w:unhideWhenUsed/>
    <w:rsid w:val="00C2790B"/>
    <w:rPr>
      <w:color w:val="800080" w:themeColor="followedHyperlink"/>
      <w:u w:val="single"/>
    </w:rPr>
  </w:style>
  <w:style w:type="character" w:styleId="Merknadsreferanse">
    <w:name w:val="annotation reference"/>
    <w:basedOn w:val="Standardskriftforavsnitt"/>
    <w:uiPriority w:val="99"/>
    <w:semiHidden/>
    <w:unhideWhenUsed/>
    <w:rsid w:val="007C062E"/>
    <w:rPr>
      <w:sz w:val="16"/>
      <w:szCs w:val="16"/>
    </w:rPr>
  </w:style>
  <w:style w:type="paragraph" w:styleId="Merknadstekst">
    <w:name w:val="annotation text"/>
    <w:basedOn w:val="Normal"/>
    <w:link w:val="MerknadstekstTegn"/>
    <w:uiPriority w:val="99"/>
    <w:unhideWhenUsed/>
    <w:rsid w:val="007C062E"/>
    <w:pPr>
      <w:spacing w:line="240" w:lineRule="auto"/>
    </w:pPr>
    <w:rPr>
      <w:sz w:val="20"/>
      <w:szCs w:val="20"/>
    </w:rPr>
  </w:style>
  <w:style w:type="character" w:customStyle="1" w:styleId="MerknadstekstTegn">
    <w:name w:val="Merknadstekst Tegn"/>
    <w:basedOn w:val="Standardskriftforavsnitt"/>
    <w:link w:val="Merknadstekst"/>
    <w:uiPriority w:val="99"/>
    <w:rsid w:val="007C062E"/>
    <w:rPr>
      <w:rFonts w:ascii="Aptos" w:eastAsia="Aptos" w:hAnsi="Aptos"/>
      <w:sz w:val="20"/>
      <w:szCs w:val="20"/>
      <w:lang w:val="se-NO"/>
    </w:rPr>
  </w:style>
  <w:style w:type="paragraph" w:styleId="Kommentaremne">
    <w:name w:val="annotation subject"/>
    <w:basedOn w:val="Merknadstekst"/>
    <w:next w:val="Merknadstekst"/>
    <w:link w:val="KommentaremneTegn"/>
    <w:uiPriority w:val="99"/>
    <w:semiHidden/>
    <w:unhideWhenUsed/>
    <w:rsid w:val="007C062E"/>
    <w:rPr>
      <w:b/>
      <w:bCs/>
    </w:rPr>
  </w:style>
  <w:style w:type="character" w:customStyle="1" w:styleId="KommentaremneTegn">
    <w:name w:val="Kommentaremne Tegn"/>
    <w:basedOn w:val="MerknadstekstTegn"/>
    <w:link w:val="Kommentaremne"/>
    <w:uiPriority w:val="99"/>
    <w:semiHidden/>
    <w:rsid w:val="007C062E"/>
    <w:rPr>
      <w:rFonts w:ascii="Aptos" w:eastAsia="Aptos" w:hAnsi="Aptos"/>
      <w:b/>
      <w:bCs/>
      <w:sz w:val="20"/>
      <w:szCs w:val="20"/>
      <w:lang w:val="se-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5617/adno.469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dembra.no/no/undervisningsressurser/alle-undervisningsressurse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udir.no/regelverkstolkninger/opplaring/lov-om-grunnskoleopplaringa-og-den-vidaregaande-opplaringa-opplaringslova/fjerde-del--fellesreglar-for-grunnskoleopplaringa-og-den-vidaregaande-opplaringa-for-barn-og-unge/kapittel-12-skolemiljoet-til-elevane/-12-1-verkeomrade-for-kapittele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vdata.no/static/NL/nl-20230609-030-01-01.pdf?timestamp=1787035722496" TargetMode="External"/><Relationship Id="rId20" Type="http://schemas.openxmlformats.org/officeDocument/2006/relationships/hyperlink" Target="https://omnimodellen.no/sme/omnimodellen/ffss-a-bygge-et-godt-fellesska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mnimodellen.no/sme/omnimodellen/ffss-a-bygge-et-godt-fellesskap/" TargetMode="External"/><Relationship Id="rId23"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https://omnimodellen.no/s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mnimodellen.no/sme/omnimodellen/det-rode-og-gronne-fellesskapet/" TargetMode="External"/><Relationship Id="rId22" Type="http://schemas.openxmlformats.org/officeDocument/2006/relationships/hyperlink" Target="https://www.udir.no/laring-og-trivsel/skolemiljo/fremme-et-godt-skolemiljo-og-forebygge-krenkelser/inkluderende-fellessk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3D587E-0DC4-47A7-8472-36FF3C191F34}">
  <we:reference id="WA200001000" version="1.3.2.0" store="Omex" storeType="OMEX"/>
  <we:alternateReferences>
    <we:reference id="WA200001000" version="1.3.2.0" store="WA20000100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b4d1169-3ede-4ab4-b242-eb740ce3a1be}" enabled="0" method="" siteId="{fb4d1169-3ede-4ab4-b242-eb740ce3a1be}" removed="1"/>
</clbl:labelList>
</file>

<file path=docProps/app.xml><?xml version="1.0" encoding="utf-8"?>
<Properties xmlns="http://schemas.openxmlformats.org/officeDocument/2006/extended-properties" xmlns:vt="http://schemas.openxmlformats.org/officeDocument/2006/docPropsVTypes">
  <Template>Normal</Template>
  <TotalTime>1046</TotalTime>
  <Pages>17</Pages>
  <Words>4099</Words>
  <Characters>21726</Characters>
  <Application>Microsoft Office Word</Application>
  <DocSecurity>0</DocSecurity>
  <Lines>181</Lines>
  <Paragraphs>51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25774</CharactersWithSpaces>
  <SharedDoc>false</SharedDoc>
  <HyperlinkBase/>
  <HLinks>
    <vt:vector size="138" baseType="variant">
      <vt:variant>
        <vt:i4>3735612</vt:i4>
      </vt:variant>
      <vt:variant>
        <vt:i4>114</vt:i4>
      </vt:variant>
      <vt:variant>
        <vt:i4>0</vt:i4>
      </vt:variant>
      <vt:variant>
        <vt:i4>5</vt:i4>
      </vt:variant>
      <vt:variant>
        <vt:lpwstr>https://www.udir.no/laring-og-trivsel/skolemiljo/fremme-et-godt-skolemiljo-og-forebygge-krenkelser/inkluderende-fellesskap/</vt:lpwstr>
      </vt:variant>
      <vt:variant>
        <vt:lpwstr/>
      </vt:variant>
      <vt:variant>
        <vt:i4>2490473</vt:i4>
      </vt:variant>
      <vt:variant>
        <vt:i4>111</vt:i4>
      </vt:variant>
      <vt:variant>
        <vt:i4>0</vt:i4>
      </vt:variant>
      <vt:variant>
        <vt:i4>5</vt:i4>
      </vt:variant>
      <vt:variant>
        <vt:lpwstr>https://www.dembra.no/no/undervisningsressurser/alle-undervisningsressurser</vt:lpwstr>
      </vt:variant>
      <vt:variant>
        <vt:lpwstr/>
      </vt:variant>
      <vt:variant>
        <vt:i4>5046292</vt:i4>
      </vt:variant>
      <vt:variant>
        <vt:i4>108</vt:i4>
      </vt:variant>
      <vt:variant>
        <vt:i4>0</vt:i4>
      </vt:variant>
      <vt:variant>
        <vt:i4>5</vt:i4>
      </vt:variant>
      <vt:variant>
        <vt:lpwstr>https://omnimodellen.no/omnimodellen/ffss-a-bygge-et-godt-fellesskap/</vt:lpwstr>
      </vt:variant>
      <vt:variant>
        <vt:lpwstr/>
      </vt:variant>
      <vt:variant>
        <vt:i4>7012402</vt:i4>
      </vt:variant>
      <vt:variant>
        <vt:i4>105</vt:i4>
      </vt:variant>
      <vt:variant>
        <vt:i4>0</vt:i4>
      </vt:variant>
      <vt:variant>
        <vt:i4>5</vt:i4>
      </vt:variant>
      <vt:variant>
        <vt:lpwstr>http://www.omnimodellen.no/</vt:lpwstr>
      </vt:variant>
      <vt:variant>
        <vt:lpwstr/>
      </vt:variant>
      <vt:variant>
        <vt:i4>1048652</vt:i4>
      </vt:variant>
      <vt:variant>
        <vt:i4>102</vt:i4>
      </vt:variant>
      <vt:variant>
        <vt:i4>0</vt:i4>
      </vt:variant>
      <vt:variant>
        <vt:i4>5</vt:i4>
      </vt:variant>
      <vt:variant>
        <vt:lpwstr>https://doi.org/10.5617/adno.4691</vt:lpwstr>
      </vt:variant>
      <vt:variant>
        <vt:lpwstr/>
      </vt:variant>
      <vt:variant>
        <vt:i4>3670063</vt:i4>
      </vt:variant>
      <vt:variant>
        <vt:i4>99</vt:i4>
      </vt:variant>
      <vt:variant>
        <vt:i4>0</vt:i4>
      </vt:variant>
      <vt:variant>
        <vt:i4>5</vt:i4>
      </vt:variant>
      <vt:variant>
        <vt:lpwstr>https://www.udir.no/regelverkstolkninger/opplaring/lov-om-grunnskoleopplaringa-og-den-vidaregaande-opplaringa-opplaringslova/fjerde-del--fellesreglar-for-grunnskoleopplaringa-og-den-vidaregaande-opplaringa-for-barn-og-unge/kapittel-12-skolemiljoet-til-elevane/-12-1-verkeomrade-for-kapittelet/</vt:lpwstr>
      </vt:variant>
      <vt:variant>
        <vt:lpwstr/>
      </vt:variant>
      <vt:variant>
        <vt:i4>4587620</vt:i4>
      </vt:variant>
      <vt:variant>
        <vt:i4>96</vt:i4>
      </vt:variant>
      <vt:variant>
        <vt:i4>0</vt:i4>
      </vt:variant>
      <vt:variant>
        <vt:i4>5</vt:i4>
      </vt:variant>
      <vt:variant>
        <vt:lpwstr>https://lovdata.no/dokument/NL/lov/2023-06-09-30/KAPITTEL_4-3</vt:lpwstr>
      </vt:variant>
      <vt:variant>
        <vt:lpwstr>%C2%A712-1</vt:lpwstr>
      </vt:variant>
      <vt:variant>
        <vt:i4>5046292</vt:i4>
      </vt:variant>
      <vt:variant>
        <vt:i4>93</vt:i4>
      </vt:variant>
      <vt:variant>
        <vt:i4>0</vt:i4>
      </vt:variant>
      <vt:variant>
        <vt:i4>5</vt:i4>
      </vt:variant>
      <vt:variant>
        <vt:lpwstr>https://omnimodellen.no/omnimodellen/ffss-a-bygge-et-godt-fellesskap/</vt:lpwstr>
      </vt:variant>
      <vt:variant>
        <vt:lpwstr/>
      </vt:variant>
      <vt:variant>
        <vt:i4>1048628</vt:i4>
      </vt:variant>
      <vt:variant>
        <vt:i4>86</vt:i4>
      </vt:variant>
      <vt:variant>
        <vt:i4>0</vt:i4>
      </vt:variant>
      <vt:variant>
        <vt:i4>5</vt:i4>
      </vt:variant>
      <vt:variant>
        <vt:lpwstr/>
      </vt:variant>
      <vt:variant>
        <vt:lpwstr>_Toc234924098</vt:lpwstr>
      </vt:variant>
      <vt:variant>
        <vt:i4>1048628</vt:i4>
      </vt:variant>
      <vt:variant>
        <vt:i4>80</vt:i4>
      </vt:variant>
      <vt:variant>
        <vt:i4>0</vt:i4>
      </vt:variant>
      <vt:variant>
        <vt:i4>5</vt:i4>
      </vt:variant>
      <vt:variant>
        <vt:lpwstr/>
      </vt:variant>
      <vt:variant>
        <vt:lpwstr>_Toc234924097</vt:lpwstr>
      </vt:variant>
      <vt:variant>
        <vt:i4>1048628</vt:i4>
      </vt:variant>
      <vt:variant>
        <vt:i4>74</vt:i4>
      </vt:variant>
      <vt:variant>
        <vt:i4>0</vt:i4>
      </vt:variant>
      <vt:variant>
        <vt:i4>5</vt:i4>
      </vt:variant>
      <vt:variant>
        <vt:lpwstr/>
      </vt:variant>
      <vt:variant>
        <vt:lpwstr>_Toc234924096</vt:lpwstr>
      </vt:variant>
      <vt:variant>
        <vt:i4>1048628</vt:i4>
      </vt:variant>
      <vt:variant>
        <vt:i4>68</vt:i4>
      </vt:variant>
      <vt:variant>
        <vt:i4>0</vt:i4>
      </vt:variant>
      <vt:variant>
        <vt:i4>5</vt:i4>
      </vt:variant>
      <vt:variant>
        <vt:lpwstr/>
      </vt:variant>
      <vt:variant>
        <vt:lpwstr>_Toc234924095</vt:lpwstr>
      </vt:variant>
      <vt:variant>
        <vt:i4>1048628</vt:i4>
      </vt:variant>
      <vt:variant>
        <vt:i4>62</vt:i4>
      </vt:variant>
      <vt:variant>
        <vt:i4>0</vt:i4>
      </vt:variant>
      <vt:variant>
        <vt:i4>5</vt:i4>
      </vt:variant>
      <vt:variant>
        <vt:lpwstr/>
      </vt:variant>
      <vt:variant>
        <vt:lpwstr>_Toc234924094</vt:lpwstr>
      </vt:variant>
      <vt:variant>
        <vt:i4>1048628</vt:i4>
      </vt:variant>
      <vt:variant>
        <vt:i4>56</vt:i4>
      </vt:variant>
      <vt:variant>
        <vt:i4>0</vt:i4>
      </vt:variant>
      <vt:variant>
        <vt:i4>5</vt:i4>
      </vt:variant>
      <vt:variant>
        <vt:lpwstr/>
      </vt:variant>
      <vt:variant>
        <vt:lpwstr>_Toc234924093</vt:lpwstr>
      </vt:variant>
      <vt:variant>
        <vt:i4>1048628</vt:i4>
      </vt:variant>
      <vt:variant>
        <vt:i4>50</vt:i4>
      </vt:variant>
      <vt:variant>
        <vt:i4>0</vt:i4>
      </vt:variant>
      <vt:variant>
        <vt:i4>5</vt:i4>
      </vt:variant>
      <vt:variant>
        <vt:lpwstr/>
      </vt:variant>
      <vt:variant>
        <vt:lpwstr>_Toc234924092</vt:lpwstr>
      </vt:variant>
      <vt:variant>
        <vt:i4>1048628</vt:i4>
      </vt:variant>
      <vt:variant>
        <vt:i4>44</vt:i4>
      </vt:variant>
      <vt:variant>
        <vt:i4>0</vt:i4>
      </vt:variant>
      <vt:variant>
        <vt:i4>5</vt:i4>
      </vt:variant>
      <vt:variant>
        <vt:lpwstr/>
      </vt:variant>
      <vt:variant>
        <vt:lpwstr>_Toc234924091</vt:lpwstr>
      </vt:variant>
      <vt:variant>
        <vt:i4>1048628</vt:i4>
      </vt:variant>
      <vt:variant>
        <vt:i4>38</vt:i4>
      </vt:variant>
      <vt:variant>
        <vt:i4>0</vt:i4>
      </vt:variant>
      <vt:variant>
        <vt:i4>5</vt:i4>
      </vt:variant>
      <vt:variant>
        <vt:lpwstr/>
      </vt:variant>
      <vt:variant>
        <vt:lpwstr>_Toc234924090</vt:lpwstr>
      </vt:variant>
      <vt:variant>
        <vt:i4>1114164</vt:i4>
      </vt:variant>
      <vt:variant>
        <vt:i4>32</vt:i4>
      </vt:variant>
      <vt:variant>
        <vt:i4>0</vt:i4>
      </vt:variant>
      <vt:variant>
        <vt:i4>5</vt:i4>
      </vt:variant>
      <vt:variant>
        <vt:lpwstr/>
      </vt:variant>
      <vt:variant>
        <vt:lpwstr>_Toc234924089</vt:lpwstr>
      </vt:variant>
      <vt:variant>
        <vt:i4>1114164</vt:i4>
      </vt:variant>
      <vt:variant>
        <vt:i4>26</vt:i4>
      </vt:variant>
      <vt:variant>
        <vt:i4>0</vt:i4>
      </vt:variant>
      <vt:variant>
        <vt:i4>5</vt:i4>
      </vt:variant>
      <vt:variant>
        <vt:lpwstr/>
      </vt:variant>
      <vt:variant>
        <vt:lpwstr>_Toc234924088</vt:lpwstr>
      </vt:variant>
      <vt:variant>
        <vt:i4>1114164</vt:i4>
      </vt:variant>
      <vt:variant>
        <vt:i4>20</vt:i4>
      </vt:variant>
      <vt:variant>
        <vt:i4>0</vt:i4>
      </vt:variant>
      <vt:variant>
        <vt:i4>5</vt:i4>
      </vt:variant>
      <vt:variant>
        <vt:lpwstr/>
      </vt:variant>
      <vt:variant>
        <vt:lpwstr>_Toc234924087</vt:lpwstr>
      </vt:variant>
      <vt:variant>
        <vt:i4>1114164</vt:i4>
      </vt:variant>
      <vt:variant>
        <vt:i4>14</vt:i4>
      </vt:variant>
      <vt:variant>
        <vt:i4>0</vt:i4>
      </vt:variant>
      <vt:variant>
        <vt:i4>5</vt:i4>
      </vt:variant>
      <vt:variant>
        <vt:lpwstr/>
      </vt:variant>
      <vt:variant>
        <vt:lpwstr>_Toc234924086</vt:lpwstr>
      </vt:variant>
      <vt:variant>
        <vt:i4>1114164</vt:i4>
      </vt:variant>
      <vt:variant>
        <vt:i4>8</vt:i4>
      </vt:variant>
      <vt:variant>
        <vt:i4>0</vt:i4>
      </vt:variant>
      <vt:variant>
        <vt:i4>5</vt:i4>
      </vt:variant>
      <vt:variant>
        <vt:lpwstr/>
      </vt:variant>
      <vt:variant>
        <vt:lpwstr>_Toc234924085</vt:lpwstr>
      </vt:variant>
      <vt:variant>
        <vt:i4>1114164</vt:i4>
      </vt:variant>
      <vt:variant>
        <vt:i4>2</vt:i4>
      </vt:variant>
      <vt:variant>
        <vt:i4>0</vt:i4>
      </vt:variant>
      <vt:variant>
        <vt:i4>5</vt:i4>
      </vt:variant>
      <vt:variant>
        <vt:lpwstr/>
      </vt:variant>
      <vt:variant>
        <vt:lpwstr>_Toc234924084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Gøril Figenschou</dc:creator>
  <cp:keywords/>
  <dc:description>generated by python-docx</dc:description>
  <cp:lastModifiedBy>Aina Helene Guttorm Einarsen</cp:lastModifiedBy>
  <cp:revision>470</cp:revision>
  <dcterms:created xsi:type="dcterms:W3CDTF">2026-08-13T07:42:00Z</dcterms:created>
  <dcterms:modified xsi:type="dcterms:W3CDTF">2026-08-24T11:33:00Z</dcterms:modified>
  <cp:category/>
</cp:coreProperties>
</file>